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jc w:val="center"/>
      </w:pPr>
      <w:r>
        <w:rPr>
          <w:rFonts w:ascii="Georgia" w:hAnsi="Georgia"/>
          <w:b/>
          <w:i w:val="0"/>
          <w:color w:val="9A5B13"/>
          <w:sz w:val="30"/>
          <w:caps/>
          <w:spacing w:val="30"/>
        </w:rPr>
        <w:t>[Organization name]</w:t>
      </w:r>
    </w:p>
    <w:p>
      <w:pPr>
        <w:spacing w:before="0" w:after="40"/>
        <w:jc w:val="center"/>
      </w:pPr>
      <w:r>
        <w:rPr>
          <w:rFonts w:ascii="Calibri" w:hAnsi="Calibri"/>
          <w:b w:val="0"/>
          <w:i/>
          <w:color w:val="9A5B13"/>
          <w:sz w:val="17"/>
        </w:rPr>
        <w:t>[Organization tagline]</w:t>
      </w:r>
    </w:p>
    <w:p>
      <w:pPr>
        <w:spacing w:before="0" w:after="120"/>
        <w:jc w:val="center"/>
      </w:pPr>
      <w:r>
        <w:rPr>
          <w:rFonts w:ascii="Calibri" w:hAnsi="Calibri"/>
          <w:b w:val="0"/>
          <w:i w:val="0"/>
          <w:color w:val="9A5B13"/>
          <w:sz w:val="17"/>
        </w:rPr>
        <w:t>[Organization address]</w:t>
      </w:r>
      <w:r>
        <w:rPr>
          <w:rFonts w:ascii="Calibri" w:hAnsi="Calibri"/>
          <w:b w:val="0"/>
          <w:i w:val="0"/>
          <w:color w:val="5F6B76"/>
          <w:sz w:val="17"/>
        </w:rPr>
        <w:t xml:space="preserve">   ·   </w:t>
      </w:r>
      <w:r>
        <w:rPr>
          <w:rFonts w:ascii="Calibri" w:hAnsi="Calibri"/>
          <w:b w:val="0"/>
          <w:i w:val="0"/>
          <w:color w:val="9A5B13"/>
          <w:sz w:val="17"/>
        </w:rPr>
        <w:t>[Membership email]</w:t>
      </w:r>
    </w:p>
    <w:p>
      <w:pPr>
        <w:spacing w:before="0" w:after="0" w:line="40" w:lineRule="exact"/>
        <w:pBdr>
          <w:bottom w:val="single" w:sz="14" w:space="1" w:color="6B2233"/>
        </w:pBdr>
      </w:pPr>
    </w:p>
    <w:p>
      <w:pPr>
        <w:spacing w:before="0" w:after="160" w:line="40" w:lineRule="exact"/>
        <w:pBdr>
          <w:bottom w:val="single" w:sz="4" w:space="1" w:color="D8CDC2"/>
        </w:pBdr>
      </w:pPr>
    </w:p>
    <w:p>
      <w:pPr>
        <w:spacing w:before="40" w:after="240"/>
      </w:pPr>
      <w:r>
        <w:rPr>
          <w:rFonts w:ascii="Calibri" w:hAnsi="Calibri"/>
          <w:b w:val="0"/>
          <w:i w:val="0"/>
          <w:color w:val="9A5B13"/>
          <w:sz w:val="21"/>
        </w:rPr>
        <w:t>[Letter date]</w:t>
      </w:r>
    </w:p>
    <w:p>
      <w:pPr>
        <w:spacing w:before="200" w:after="60"/>
      </w:pPr>
      <w:r>
        <w:rPr>
          <w:rFonts w:ascii="Calibri" w:hAnsi="Calibri"/>
          <w:b/>
          <w:i w:val="0"/>
          <w:color w:val="6B2233"/>
          <w:sz w:val="19"/>
          <w:spacing w:val="36"/>
        </w:rPr>
        <w:t>WITH GRATITUDE</w:t>
      </w:r>
    </w:p>
    <w:p>
      <w:pPr>
        <w:spacing w:before="0" w:after="200" w:line="40" w:lineRule="exact"/>
        <w:ind w:right="6624"/>
        <w:pBdr>
          <w:bottom w:val="single" w:sz="8" w:space="1" w:color="6B2233"/>
        </w:pBdr>
      </w:pPr>
    </w:p>
    <w:p>
      <w:pPr>
        <w:spacing w:before="0" w:after="140" w:line="276" w:lineRule="auto"/>
      </w:pPr>
      <w:r>
        <w:rPr>
          <w:rFonts w:ascii="Calibri" w:hAnsi="Calibri"/>
          <w:b w:val="0"/>
          <w:i w:val="0"/>
          <w:color w:val="333B44"/>
          <w:sz w:val="21"/>
        </w:rPr>
        <w:t xml:space="preserve">Dear </w:t>
      </w:r>
      <w:fldSimple w:instr=" MERGEFIELD &quot;Volunteer Name&quot; \* MERGEFORMAT ">
        <w:r>
          <w:rPr>
            <w:rFonts w:ascii="Calibri" w:hAnsi="Calibri"/>
            <w:b w:val="0"/>
            <w:i w:val="0"/>
            <w:color w:val="333B44"/>
            <w:sz w:val="21"/>
          </w:rPr>
          <w:t>«Volunteer Name»</w:t>
        </w:r>
      </w:fldSimple>
      <w:r>
        <w:rPr>
          <w:rFonts w:ascii="Calibri" w:hAnsi="Calibri"/>
          <w:b w:val="0"/>
          <w:i w:val="0"/>
          <w:color w:val="333B44"/>
          <w:sz w:val="21"/>
        </w:rPr>
        <w:t>,</w:t>
      </w:r>
    </w:p>
    <w:p>
      <w:pPr>
        <w:spacing w:before="0" w:after="140" w:line="276" w:lineRule="auto"/>
      </w:pPr>
      <w:r>
        <w:rPr>
          <w:rFonts w:ascii="Calibri" w:hAnsi="Calibri"/>
          <w:b w:val="0"/>
          <w:i w:val="0"/>
          <w:color w:val="333B44"/>
          <w:sz w:val="21"/>
        </w:rPr>
        <w:t xml:space="preserve">Before the season gets any busier, we want to say something plainly: thank you. Over the </w:t>
      </w:r>
      <w:fldSimple w:instr=" MERGEFIELD &quot;Service Period&quot; \* MERGEFORMAT ">
        <w:r>
          <w:rPr>
            <w:rFonts w:ascii="Calibri" w:hAnsi="Calibri"/>
            <w:b w:val="0"/>
            <w:i w:val="0"/>
            <w:color w:val="333B44"/>
            <w:sz w:val="21"/>
          </w:rPr>
          <w:t>«Service Period»</w:t>
        </w:r>
      </w:fldSimple>
      <w:r>
        <w:rPr>
          <w:rFonts w:ascii="Calibri" w:hAnsi="Calibri"/>
          <w:b w:val="0"/>
          <w:i w:val="0"/>
          <w:color w:val="333B44"/>
          <w:sz w:val="21"/>
        </w:rPr>
        <w:t xml:space="preserve">, you gave </w:t>
      </w:r>
      <w:fldSimple w:instr=" MERGEFIELD &quot;Volunteer Hours&quot; \* MERGEFORMAT ">
        <w:r>
          <w:rPr>
            <w:rFonts w:ascii="Calibri" w:hAnsi="Calibri"/>
            <w:b w:val="0"/>
            <w:i w:val="0"/>
            <w:color w:val="333B44"/>
            <w:sz w:val="21"/>
          </w:rPr>
          <w:t>«Volunteer Hours»</w:t>
        </w:r>
      </w:fldSimple>
      <w:r>
        <w:rPr>
          <w:rFonts w:ascii="Calibri" w:hAnsi="Calibri"/>
          <w:b w:val="0"/>
          <w:i w:val="0"/>
          <w:color w:val="333B44"/>
          <w:sz w:val="21"/>
        </w:rPr>
        <w:t xml:space="preserve"> hours of your time to </w:t>
      </w:r>
      <w:fldSimple w:instr=" MERGEFIELD &quot;Program Name&quot; \* MERGEFORMAT ">
        <w:r>
          <w:rPr>
            <w:rFonts w:ascii="Calibri" w:hAnsi="Calibri"/>
            <w:b w:val="0"/>
            <w:i w:val="0"/>
            <w:color w:val="333B44"/>
            <w:sz w:val="21"/>
          </w:rPr>
          <w:t>«Program Name»</w:t>
        </w:r>
      </w:fldSimple>
      <w:r>
        <w:rPr>
          <w:rFonts w:ascii="Calibri" w:hAnsi="Calibri"/>
          <w:b w:val="0"/>
          <w:i w:val="0"/>
          <w:color w:val="333B44"/>
          <w:sz w:val="21"/>
        </w:rPr>
        <w:t xml:space="preserve">, and </w:t>
      </w:r>
      <w:r>
        <w:rPr>
          <w:rFonts w:ascii="Calibri" w:hAnsi="Calibri"/>
          <w:b w:val="0"/>
          <w:i w:val="0"/>
          <w:color w:val="9A5B13"/>
          <w:sz w:val="21"/>
        </w:rPr>
        <w:t>[Organization name]</w:t>
      </w:r>
      <w:r>
        <w:rPr>
          <w:rFonts w:ascii="Calibri" w:hAnsi="Calibri"/>
          <w:b w:val="0"/>
          <w:i w:val="0"/>
          <w:color w:val="333B44"/>
          <w:sz w:val="21"/>
        </w:rPr>
        <w:t xml:space="preserve"> is better for every one of them.</w:t>
      </w:r>
    </w:p>
    <w:p>
      <w:pPr>
        <w:spacing w:before="160" w:after="120" w:line="40" w:lineRule="exact"/>
        <w:ind w:left="1584" w:right="1584"/>
        <w:pBdr>
          <w:bottom w:val="single" w:sz="4" w:space="1" w:color="D8CDC2"/>
        </w:pBdr>
      </w:pPr>
    </w:p>
    <w:p>
      <w:pPr>
        <w:spacing w:before="0" w:after="40"/>
        <w:jc w:val="center"/>
      </w:pPr>
      <w:fldSimple w:instr=" MERGEFIELD &quot;Volunteer Hours&quot; \* MERGEFORMAT ">
        <w:r>
          <w:rPr>
            <w:rFonts w:ascii="Georgia" w:hAnsi="Georgia"/>
            <w:b/>
            <w:i w:val="0"/>
            <w:color w:val="6B2233"/>
            <w:sz w:val="28"/>
            <w:caps/>
            <w:spacing w:val="30"/>
          </w:rPr>
          <w:t>«Volunteer Hours»</w:t>
        </w:r>
      </w:fldSimple>
      <w:r>
        <w:rPr>
          <w:rFonts w:ascii="Georgia" w:hAnsi="Georgia"/>
          <w:b/>
          <w:i w:val="0"/>
          <w:color w:val="6B2233"/>
          <w:sz w:val="28"/>
          <w:caps/>
          <w:spacing w:val="30"/>
        </w:rPr>
        <w:t xml:space="preserve"> hours of service</w:t>
      </w:r>
    </w:p>
    <w:p>
      <w:pPr>
        <w:spacing w:before="0" w:after="80"/>
        <w:jc w:val="center"/>
      </w:pPr>
      <w:fldSimple w:instr=" MERGEFIELD &quot;Program Name&quot; \* MERGEFORMAT ">
        <w:r>
          <w:rPr>
            <w:rFonts w:ascii="Calibri" w:hAnsi="Calibri"/>
            <w:b w:val="0"/>
            <w:i w:val="0"/>
            <w:color w:val="5F6B76"/>
            <w:sz w:val="18"/>
          </w:rPr>
          <w:t>«Program Name»</w:t>
        </w:r>
      </w:fldSimple>
      <w:r>
        <w:rPr>
          <w:rFonts w:ascii="Calibri" w:hAnsi="Calibri"/>
          <w:b w:val="0"/>
          <w:i w:val="0"/>
          <w:color w:val="5F6B76"/>
          <w:sz w:val="18"/>
        </w:rPr>
        <w:t xml:space="preserve">   ·   </w:t>
      </w:r>
      <w:fldSimple w:instr=" MERGEFIELD &quot;Service Period&quot; \* MERGEFORMAT ">
        <w:r>
          <w:rPr>
            <w:rFonts w:ascii="Calibri" w:hAnsi="Calibri"/>
            <w:b w:val="0"/>
            <w:i w:val="0"/>
            <w:color w:val="5F6B76"/>
            <w:sz w:val="18"/>
          </w:rPr>
          <w:t>«Service Period»</w:t>
        </w:r>
      </w:fldSimple>
    </w:p>
    <w:p>
      <w:pPr>
        <w:spacing w:before="40" w:after="200" w:line="40" w:lineRule="exact"/>
        <w:ind w:left="1584" w:right="1584"/>
        <w:pBdr>
          <w:bottom w:val="single" w:sz="4" w:space="1" w:color="D8CDC2"/>
        </w:pBdr>
      </w:pPr>
    </w:p>
    <w:p>
      <w:pPr>
        <w:spacing w:before="0" w:after="140" w:line="276" w:lineRule="auto"/>
      </w:pPr>
      <w:r>
        <w:rPr>
          <w:rFonts w:ascii="Calibri" w:hAnsi="Calibri"/>
          <w:b w:val="0"/>
          <w:i w:val="0"/>
          <w:color w:val="333B44"/>
          <w:sz w:val="21"/>
        </w:rPr>
        <w:t xml:space="preserve">Numbers tell only part of the story. Behind those hours are people who felt welcomed, sessions that started on time, and small problems that never became big ones because you were there. </w:t>
      </w:r>
      <w:fldSimple w:instr=" MERGEFIELD &quot;Coordinator Name&quot; \* MERGEFORMAT ">
        <w:r>
          <w:rPr>
            <w:rFonts w:ascii="Calibri" w:hAnsi="Calibri"/>
            <w:b w:val="0"/>
            <w:i w:val="0"/>
            <w:color w:val="333B44"/>
            <w:sz w:val="21"/>
          </w:rPr>
          <w:t>«Coordinator Name»</w:t>
        </w:r>
      </w:fldSimple>
      <w:r>
        <w:rPr>
          <w:rFonts w:ascii="Calibri" w:hAnsi="Calibri"/>
          <w:b w:val="0"/>
          <w:i w:val="0"/>
          <w:color w:val="333B44"/>
          <w:sz w:val="21"/>
        </w:rPr>
        <w:t xml:space="preserve"> speaks often about how dependable you are, and the members you have worked alongside say the same.</w:t>
      </w:r>
    </w:p>
    <w:p>
      <w:pPr>
        <w:spacing w:before="0" w:after="140" w:line="276" w:lineRule="auto"/>
      </w:pPr>
      <w:r>
        <w:rPr>
          <w:rFonts w:ascii="Calibri" w:hAnsi="Calibri"/>
          <w:b w:val="0"/>
          <w:i w:val="0"/>
          <w:color w:val="333B44"/>
          <w:sz w:val="21"/>
        </w:rPr>
        <w:t xml:space="preserve">Please join us for the volunteer appreciation gathering on </w:t>
      </w:r>
      <w:fldSimple w:instr=" MERGEFIELD &quot;Appreciation Event Date&quot; \* MERGEFORMAT ">
        <w:r>
          <w:rPr>
            <w:rFonts w:ascii="Calibri" w:hAnsi="Calibri"/>
            <w:b w:val="0"/>
            <w:i w:val="0"/>
            <w:color w:val="333B44"/>
            <w:sz w:val="21"/>
          </w:rPr>
          <w:t>«Appreciation Event Date»</w:t>
        </w:r>
      </w:fldSimple>
      <w:r>
        <w:rPr>
          <w:rFonts w:ascii="Calibri" w:hAnsi="Calibri"/>
          <w:b w:val="0"/>
          <w:i w:val="0"/>
          <w:color w:val="333B44"/>
          <w:sz w:val="21"/>
        </w:rPr>
        <w:t xml:space="preserve"> at </w:t>
      </w:r>
      <w:r>
        <w:rPr>
          <w:rFonts w:ascii="Calibri" w:hAnsi="Calibri"/>
          <w:b w:val="0"/>
          <w:i w:val="0"/>
          <w:color w:val="9A5B13"/>
          <w:sz w:val="21"/>
        </w:rPr>
        <w:t>[Event location]</w:t>
      </w:r>
      <w:r>
        <w:rPr>
          <w:rFonts w:ascii="Calibri" w:hAnsi="Calibri"/>
          <w:b w:val="0"/>
          <w:i w:val="0"/>
          <w:color w:val="333B44"/>
          <w:sz w:val="21"/>
        </w:rPr>
        <w:t>. Dinner is on us, and you are welcome to bring a guest. We would love the chance to thank you in person.</w:t>
      </w:r>
    </w:p>
    <w:p>
      <w:pPr>
        <w:spacing w:before="160" w:after="400"/>
        <w:keepNext/>
      </w:pPr>
      <w:r>
        <w:rPr>
          <w:rFonts w:ascii="Calibri" w:hAnsi="Calibri"/>
          <w:b w:val="0"/>
          <w:i w:val="0"/>
          <w:color w:val="333B44"/>
          <w:sz w:val="21"/>
        </w:rPr>
        <w:t>With deep appreciation,</w:t>
      </w:r>
    </w:p>
    <w:p>
      <w:pPr>
        <w:spacing w:before="0" w:after="40"/>
        <w:ind w:right="5616"/>
        <w:pBdr>
          <w:bottom w:val="single" w:sz="6" w:space="1" w:color="333B44"/>
        </w:pBdr>
        <w:keepNext/>
      </w:pPr>
    </w:p>
    <w:p>
      <w:pPr>
        <w:spacing w:before="0" w:after="0"/>
        <w:keepNext/>
      </w:pPr>
      <w:r>
        <w:rPr>
          <w:rFonts w:ascii="Calibri" w:hAnsi="Calibri"/>
          <w:b/>
          <w:i w:val="0"/>
          <w:color w:val="9A5B13"/>
          <w:sz w:val="21"/>
        </w:rPr>
        <w:t>[Membership director name]</w:t>
      </w:r>
    </w:p>
    <w:p>
      <w:pPr>
        <w:spacing w:before="0" w:after="0"/>
      </w:pPr>
      <w:r>
        <w:rPr>
          <w:rFonts w:ascii="Calibri" w:hAnsi="Calibri"/>
          <w:b w:val="0"/>
          <w:i w:val="0"/>
          <w:color w:val="5F6B76"/>
          <w:sz w:val="18"/>
        </w:rPr>
        <w:t xml:space="preserve">Membership Director, </w:t>
      </w:r>
      <w:r>
        <w:rPr>
          <w:rFonts w:ascii="Calibri" w:hAnsi="Calibri"/>
          <w:b w:val="0"/>
          <w:i w:val="0"/>
          <w:color w:val="9A5B13"/>
          <w:sz w:val="18"/>
        </w:rPr>
        <w:t>[Organization name]</w:t>
      </w:r>
    </w:p>
    <w:sectPr w:rsidR="00FC693F" w:rsidRPr="0006063C" w:rsidSect="00034616">
      <w:pgSz w:w="12240" w:h="15840"/>
      <w:pgMar w:top="1008" w:right="1224" w:bottom="79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B4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Appreciation Letter</dc:title>
  <dc:subject/>
  <dc:creator>MailMergic</dc:creator>
  <cp:keywords/>
  <dc:description>generated by python-docx</dc:description>
  <cp:lastModifiedBy/>
  <cp:revision>1</cp:revision>
  <dcterms:created xsi:type="dcterms:W3CDTF">2013-12-23T23:15:00Z</dcterms:created>
  <dcterms:modified xsi:type="dcterms:W3CDTF">2013-12-23T23:15:00Z</dcterms:modified>
  <cp:category/>
</cp:coreProperties>
</file>