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40" w:after="240"/>
      </w:pPr>
      <w:r>
        <w:rPr>
          <w:rFonts w:ascii="Calibri" w:hAnsi="Calibri"/>
          <w:b w:val="0"/>
          <w:i w:val="0"/>
          <w:color w:val="9A5B13"/>
          <w:sz w:val="21"/>
        </w:rPr>
        <w:t>[Letter date]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none" w:sz="0" w:space="0"/>
          <w:left w:val="none" w:sz="0" w:space="0"/>
          <w:bottom w:val="none" w:sz="0" w:space="0"/>
          <w:right w:val="none" w:sz="0" w:space="0"/>
        </w:tblBorders>
        <w:tblCellMar>
          <w:top w:w="110" w:type="dxa"/>
          <w:bottom w:w="110" w:type="dxa"/>
          <w:left w:w="130" w:type="dxa"/>
          <w:right w:w="130" w:type="dxa"/>
        </w:tblCellMar>
      </w:tblPr>
      <w:tblGrid>
        <w:gridCol w:w="9792"/>
      </w:tblGrid>
      <w:tr>
        <w:tc>
          <w:tcPr>
            <w:tcW w:type="dxa" w:w="9792"/>
            <w:tcW w:w="9792" w:type="dxa"/>
            <w:shd w:val="clear" w:fill="6B2233"/>
          </w:tcPr>
          <w:p>
            <w:pPr>
              <w:spacing w:before="0" w:after="0"/>
              <w:jc w:val="center"/>
            </w:pPr>
            <w:r>
              <w:rPr>
                <w:rFonts w:ascii="Georgia" w:hAnsi="Georgia"/>
                <w:b/>
                <w:i w:val="0"/>
                <w:color w:val="FFFFFF"/>
                <w:sz w:val="27"/>
                <w:spacing w:val="44"/>
              </w:rPr>
              <w:t>MEMBERSHIP RENEWAL NOTICE</w:t>
            </w:r>
          </w:p>
        </w:tc>
      </w:tr>
    </w:tbl>
    <w:p>
      <w:pPr>
        <w:spacing w:before="160" w:after="240"/>
        <w:jc w:val="center"/>
      </w:pPr>
      <w:r>
        <w:rPr>
          <w:rFonts w:ascii="Calibri" w:hAnsi="Calibri"/>
          <w:b w:val="0"/>
          <w:i/>
          <w:color w:val="5F6B76"/>
          <w:sz w:val="19"/>
        </w:rPr>
        <w:t xml:space="preserve">RE: Renewal of membership </w:t>
      </w:r>
      <w:fldSimple w:instr=" MERGEFIELD &quot;Member ID&quot; \* MERGEFORMAT ">
        <w:r>
          <w:rPr>
            <w:rFonts w:ascii="Calibri" w:hAnsi="Calibri"/>
            <w:b w:val="0"/>
            <w:i/>
            <w:color w:val="5F6B76"/>
            <w:sz w:val="19"/>
          </w:rPr>
          <w:t>«Member ID»</w:t>
        </w:r>
      </w:fldSimple>
      <w:r>
        <w:rPr>
          <w:rFonts w:ascii="Calibri" w:hAnsi="Calibri"/>
          <w:b w:val="0"/>
          <w:i/>
          <w:color w:val="5F6B76"/>
          <w:sz w:val="19"/>
        </w:rPr>
        <w:t xml:space="preserve"> for </w:t>
      </w:r>
      <w:fldSimple w:instr=" MERGEFIELD &quot;Member Name&quot; \* MERGEFORMAT ">
        <w:r>
          <w:rPr>
            <w:rFonts w:ascii="Calibri" w:hAnsi="Calibri"/>
            <w:b w:val="0"/>
            <w:i/>
            <w:color w:val="5F6B76"/>
            <w:sz w:val="19"/>
          </w:rPr>
          <w:t>«Member Name»</w:t>
        </w:r>
      </w:fldSimple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Dear </w:t>
      </w:r>
      <w:fldSimple w:instr=" MERGEFIELD &quot;Member Nam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 Name»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>,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Thank you for another year with </w:t>
      </w:r>
      <w:r>
        <w:rPr>
          <w:rFonts w:ascii="Calibri" w:hAnsi="Calibri"/>
          <w:b w:val="0"/>
          <w:i w:val="0"/>
          <w:color w:val="9A5B13"/>
          <w:sz w:val="21"/>
        </w:rPr>
        <w:t>[Organization name]</w:t>
      </w:r>
      <w:r>
        <w:rPr>
          <w:rFonts w:ascii="Calibri" w:hAnsi="Calibri"/>
          <w:b w:val="0"/>
          <w:i w:val="0"/>
          <w:color w:val="333B44"/>
          <w:sz w:val="21"/>
        </w:rPr>
        <w:t xml:space="preserve">. Our records show your </w:t>
      </w:r>
      <w:fldSimple w:instr=" MERGEFIELD &quot;Membership Type&quot; \* MERGEFORMAT ">
        <w:r>
          <w:rPr>
            <w:rFonts w:ascii="Calibri" w:hAnsi="Calibri"/>
            <w:b w:val="0"/>
            <w:i w:val="0"/>
            <w:color w:val="333B44"/>
            <w:sz w:val="21"/>
          </w:rPr>
          <w:t>«Membership Type»</w:t>
        </w:r>
      </w:fldSimple>
      <w:r>
        <w:rPr>
          <w:rFonts w:ascii="Calibri" w:hAnsi="Calibri"/>
          <w:b w:val="0"/>
          <w:i w:val="0"/>
          <w:color w:val="333B44"/>
          <w:sz w:val="21"/>
        </w:rPr>
        <w:t xml:space="preserve"> reaches the end of its current term soon, and this notice sets out everything you need to continue without interruption.</w:t>
      </w: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RENEWAL DETAILS</w:t>
      </w:r>
    </w:p>
    <w:tbl>
      <w:tblPr>
        <w:tblW w:type="auto" w:w="0"/>
        <w:tblLayout w:type="fixed"/>
        <w:tblLook w:firstColumn="1" w:firstRow="1" w:lastColumn="0" w:lastRow="0" w:noHBand="0" w:noVBand="1" w:val="04A0"/>
        <w:tblBorders>
          <w:top w:val="single" w:sz="4" w:space="0" w:color="D8CDC2"/>
          <w:left w:val="single" w:sz="4" w:space="0" w:color="D8CDC2"/>
          <w:bottom w:val="single" w:sz="4" w:space="0" w:color="D8CDC2"/>
          <w:right w:val="single" w:sz="4" w:space="0" w:color="D8CDC2"/>
          <w:insideH w:val="single" w:sz="4" w:space="0" w:color="D8CDC2"/>
          <w:insideV w:val="single" w:sz="4" w:space="0" w:color="D8CDC2"/>
        </w:tblBorders>
        <w:tblCellMar>
          <w:top w:w="70" w:type="dxa"/>
          <w:bottom w:w="70" w:type="dxa"/>
          <w:left w:w="130" w:type="dxa"/>
          <w:right w:w="130" w:type="dxa"/>
        </w:tblCellMar>
      </w:tblPr>
      <w:tblGrid>
        <w:gridCol w:w="4896"/>
        <w:gridCol w:w="4896"/>
      </w:tblGrid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Member name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 Nam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 Name»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Membership type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ship Typ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«Membership Type»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Member ID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 ID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 ID»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Current term ends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Membership End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«Membership End Date»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F6F1EA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5F6B76"/>
                <w:sz w:val="19"/>
              </w:rPr>
              <w:t>Renewal deadline</w:t>
            </w:r>
          </w:p>
        </w:tc>
        <w:tc>
          <w:tcPr>
            <w:tcW w:type="dxa" w:w="4896"/>
            <w:tcW w:w="6408" w:type="dxa"/>
          </w:tcPr>
          <w:p>
            <w:pPr>
              <w:spacing w:after="0"/>
            </w:pPr>
            <w:fldSimple w:instr=" MERGEFIELD &quot;Renewal Deadlin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21"/>
                </w:rPr>
                <w:t>«Renewal Deadline»</w:t>
              </w:r>
            </w:fldSimple>
          </w:p>
        </w:tc>
      </w:tr>
      <w:tr>
        <w:tc>
          <w:tcPr>
            <w:tcW w:type="dxa" w:w="4896"/>
            <w:tcW w:w="3384" w:type="dxa"/>
            <w:shd w:val="clear" w:fill="EFE5D6"/>
          </w:tcPr>
          <w:p>
            <w:pPr>
              <w:spacing w:after="0"/>
            </w:pPr>
            <w:r>
              <w:rPr>
                <w:rFonts w:ascii="Calibri" w:hAnsi="Calibri"/>
                <w:b/>
                <w:i w:val="0"/>
                <w:color w:val="6B2233"/>
                <w:sz w:val="19"/>
              </w:rPr>
              <w:t>Renewal dues</w:t>
            </w:r>
          </w:p>
        </w:tc>
        <w:tc>
          <w:tcPr>
            <w:tcW w:type="dxa" w:w="4896"/>
            <w:tcW w:w="6408" w:type="dxa"/>
            <w:shd w:val="clear" w:fill="EFE5D6"/>
          </w:tcPr>
          <w:p>
            <w:pPr>
              <w:spacing w:after="0"/>
            </w:pPr>
            <w:fldSimple w:instr=" MERGEFIELD &quot;Renewal Dues Amount&quot; \* MERGEFORMAT ">
              <w:r>
                <w:rPr>
                  <w:rFonts w:ascii="Calibri" w:hAnsi="Calibri"/>
                  <w:b/>
                  <w:i w:val="0"/>
                  <w:color w:val="333B44"/>
                  <w:sz w:val="21"/>
                </w:rPr>
                <w:t>«Renewal Dues Amount»</w:t>
              </w:r>
            </w:fldSimple>
          </w:p>
        </w:tc>
      </w:tr>
    </w:tbl>
    <w:p>
      <w:pPr>
        <w:spacing w:before="0" w:after="40"/>
      </w:pPr>
    </w:p>
    <w:p>
      <w:pPr>
        <w:spacing w:before="200" w:after="80"/>
      </w:pPr>
      <w:r>
        <w:rPr>
          <w:rFonts w:ascii="Calibri" w:hAnsi="Calibri"/>
          <w:b/>
          <w:i w:val="0"/>
          <w:color w:val="6B2233"/>
          <w:sz w:val="18"/>
          <w:spacing w:val="24"/>
        </w:rPr>
        <w:t>THREE WAYS TO RENEW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1.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Online: sign in at </w:t>
      </w:r>
      <w:r>
        <w:rPr>
          <w:rFonts w:ascii="Calibri" w:hAnsi="Calibri"/>
          <w:b w:val="0"/>
          <w:i w:val="0"/>
          <w:color w:val="9A5B13"/>
          <w:sz w:val="20"/>
        </w:rPr>
        <w:t>[Member portal address]</w:t>
      </w:r>
      <w:r>
        <w:rPr>
          <w:rFonts w:ascii="Calibri" w:hAnsi="Calibri"/>
          <w:b w:val="0"/>
          <w:i w:val="0"/>
          <w:color w:val="333B44"/>
          <w:sz w:val="20"/>
        </w:rPr>
        <w:t xml:space="preserve"> and choose Renew. It takes about two minutes.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2.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By mail: send a check payable to </w:t>
      </w:r>
      <w:r>
        <w:rPr>
          <w:rFonts w:ascii="Calibri" w:hAnsi="Calibri"/>
          <w:b w:val="0"/>
          <w:i w:val="0"/>
          <w:color w:val="9A5B13"/>
          <w:sz w:val="20"/>
        </w:rPr>
        <w:t>[Organization name]</w:t>
      </w:r>
      <w:r>
        <w:rPr>
          <w:rFonts w:ascii="Calibri" w:hAnsi="Calibri"/>
          <w:b w:val="0"/>
          <w:i w:val="0"/>
          <w:color w:val="333B44"/>
          <w:sz w:val="20"/>
        </w:rPr>
        <w:t xml:space="preserve"> to </w:t>
      </w:r>
      <w:r>
        <w:rPr>
          <w:rFonts w:ascii="Calibri" w:hAnsi="Calibri"/>
          <w:b w:val="0"/>
          <w:i w:val="0"/>
          <w:color w:val="9A5B13"/>
          <w:sz w:val="20"/>
        </w:rPr>
        <w:t>[Organization address]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tabs>
          <w:tab w:pos="432" w:val="left"/>
        </w:tabs>
        <w:spacing w:before="0" w:after="60" w:line="276" w:lineRule="auto"/>
        <w:ind w:left="432" w:hanging="317"/>
      </w:pPr>
      <w:r>
        <w:rPr>
          <w:rFonts w:ascii="Calibri" w:hAnsi="Calibri"/>
          <w:b/>
          <w:i w:val="0"/>
          <w:color w:val="6B2233"/>
          <w:sz w:val="20"/>
        </w:rPr>
        <w:t>3.</w:t>
        <w:tab/>
      </w:r>
      <w:r>
        <w:rPr>
          <w:rFonts w:ascii="Calibri" w:hAnsi="Calibri"/>
          <w:b w:val="0"/>
          <w:i w:val="0"/>
          <w:color w:val="333B44"/>
          <w:sz w:val="20"/>
        </w:rPr>
        <w:t xml:space="preserve">In person: visit the front desk during office hours, or call </w:t>
      </w:r>
      <w:r>
        <w:rPr>
          <w:rFonts w:ascii="Calibri" w:hAnsi="Calibri"/>
          <w:b w:val="0"/>
          <w:i w:val="0"/>
          <w:color w:val="9A5B13"/>
          <w:sz w:val="20"/>
        </w:rPr>
        <w:t>[Office phone]</w:t>
      </w:r>
      <w:r>
        <w:rPr>
          <w:rFonts w:ascii="Calibri" w:hAnsi="Calibri"/>
          <w:b w:val="0"/>
          <w:i w:val="0"/>
          <w:color w:val="333B44"/>
          <w:sz w:val="20"/>
        </w:rPr>
        <w:t>.</w:t>
      </w:r>
    </w:p>
    <w:p>
      <w:pPr>
        <w:spacing w:before="100" w:after="180" w:line="276" w:lineRule="auto"/>
        <w:ind w:left="317" w:right="504"/>
        <w:pBdr>
          <w:left w:val="single" w:sz="12" w:space="8" w:color="6B2233"/>
        </w:pBdr>
      </w:pPr>
      <w:r>
        <w:rPr>
          <w:rFonts w:ascii="Calibri" w:hAnsi="Calibri"/>
          <w:b w:val="0"/>
          <w:i w:val="0"/>
          <w:color w:val="333B44"/>
          <w:sz w:val="19"/>
        </w:rPr>
        <w:t xml:space="preserve">Renewals received by </w:t>
      </w:r>
      <w:fldSimple w:instr=" MERGEFIELD &quot;Renewal Deadline&quot; \* MERGEFORMAT ">
        <w:r>
          <w:rPr>
            <w:rFonts w:ascii="Calibri" w:hAnsi="Calibri"/>
            <w:b w:val="0"/>
            <w:i w:val="0"/>
            <w:color w:val="333B44"/>
            <w:sz w:val="19"/>
          </w:rPr>
          <w:t>«Renewal Deadline»</w:t>
        </w:r>
      </w:fldSimple>
      <w:r>
        <w:rPr>
          <w:rFonts w:ascii="Calibri" w:hAnsi="Calibri"/>
          <w:b w:val="0"/>
          <w:i w:val="0"/>
          <w:color w:val="333B44"/>
          <w:sz w:val="19"/>
        </w:rPr>
        <w:t xml:space="preserve"> keep your benefits, program registrations, and member rates continuous. Memberships not renewed by that date lapse at the end of the current term.</w:t>
      </w:r>
    </w:p>
    <w:p>
      <w:pPr>
        <w:spacing w:before="0" w:after="140" w:line="276" w:lineRule="auto"/>
      </w:pPr>
      <w:r>
        <w:rPr>
          <w:rFonts w:ascii="Calibri" w:hAnsi="Calibri"/>
          <w:b w:val="0"/>
          <w:i w:val="0"/>
          <w:color w:val="333B44"/>
          <w:sz w:val="21"/>
        </w:rPr>
        <w:t xml:space="preserve">If your circumstances have changed, or if you would like to talk through membership options, write to </w:t>
      </w:r>
      <w:r>
        <w:rPr>
          <w:rFonts w:ascii="Calibri" w:hAnsi="Calibri"/>
          <w:b w:val="0"/>
          <w:i w:val="0"/>
          <w:color w:val="9A5B13"/>
          <w:sz w:val="21"/>
        </w:rPr>
        <w:t>[Membership email]</w:t>
      </w:r>
      <w:r>
        <w:rPr>
          <w:rFonts w:ascii="Calibri" w:hAnsi="Calibri"/>
          <w:b w:val="0"/>
          <w:i w:val="0"/>
          <w:color w:val="333B44"/>
          <w:sz w:val="21"/>
        </w:rPr>
        <w:t>. We would be glad to help.</w:t>
      </w:r>
    </w:p>
    <w:p>
      <w:pPr>
        <w:spacing w:before="160" w:after="400"/>
        <w:keepNext/>
      </w:pPr>
      <w:r>
        <w:rPr>
          <w:rFonts w:ascii="Calibri" w:hAnsi="Calibri"/>
          <w:b w:val="0"/>
          <w:i w:val="0"/>
          <w:color w:val="333B44"/>
          <w:sz w:val="21"/>
        </w:rPr>
        <w:t>Sincerely,</w:t>
      </w:r>
    </w:p>
    <w:p>
      <w:pPr>
        <w:spacing w:before="0" w:after="40"/>
        <w:ind w:right="5616"/>
        <w:pBdr>
          <w:bottom w:val="single" w:sz="6" w:space="1" w:color="333B44"/>
        </w:pBdr>
        <w:keepNext/>
      </w:pPr>
    </w:p>
    <w:p>
      <w:pPr>
        <w:spacing w:before="0" w:after="0"/>
        <w:keepNext/>
      </w:pPr>
      <w:r>
        <w:rPr>
          <w:rFonts w:ascii="Calibri" w:hAnsi="Calibri"/>
          <w:b/>
          <w:i w:val="0"/>
          <w:color w:val="9A5B13"/>
          <w:sz w:val="21"/>
        </w:rPr>
        <w:t>[Membership director name]</w:t>
      </w:r>
    </w:p>
    <w:p>
      <w:pPr>
        <w:spacing w:before="0" w:after="0"/>
      </w:pPr>
      <w:r>
        <w:rPr>
          <w:rFonts w:ascii="Calibri" w:hAnsi="Calibri"/>
          <w:b w:val="0"/>
          <w:i w:val="0"/>
          <w:color w:val="5F6B76"/>
          <w:sz w:val="18"/>
        </w:rPr>
        <w:t xml:space="preserve">Membership Director, </w:t>
      </w:r>
      <w:r>
        <w:rPr>
          <w:rFonts w:ascii="Calibri" w:hAnsi="Calibri"/>
          <w:b w:val="0"/>
          <w:i w:val="0"/>
          <w:color w:val="9A5B13"/>
          <w:sz w:val="18"/>
        </w:rPr>
        <w:t>[Organization name]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Renewal Notice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