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40" w:lineRule="exact"/>
        <w:pBdr>
          <w:bottom w:val="single" w:sz="20" w:space="1" w:color="6B2233"/>
        </w:pBdr>
      </w:pPr>
    </w:p>
    <w:p>
      <w:pPr>
        <w:spacing w:before="0" w:after="560" w:line="60" w:lineRule="exact"/>
        <w:pBdr>
          <w:bottom w:val="single" w:sz="4" w:space="1" w:color="D8CDC2"/>
        </w:pBdr>
      </w:pPr>
    </w:p>
    <w:p>
      <w:pPr>
        <w:spacing w:before="160" w:after="40"/>
        <w:jc w:val="center"/>
      </w:pPr>
      <w:r>
        <w:rPr>
          <w:rFonts w:ascii="Georgia" w:hAnsi="Georgia"/>
          <w:b/>
          <w:i w:val="0"/>
          <w:color w:val="9A5B13"/>
          <w:sz w:val="28"/>
          <w:caps/>
          <w:spacing w:val="34"/>
        </w:rPr>
        <w:t>[Organization name]</w:t>
      </w:r>
    </w:p>
    <w:p>
      <w:pPr>
        <w:spacing w:before="0" w:after="200"/>
        <w:jc w:val="center"/>
      </w:pPr>
      <w:r>
        <w:rPr>
          <w:rFonts w:ascii="Calibri" w:hAnsi="Calibri"/>
          <w:b w:val="0"/>
          <w:i/>
          <w:color w:val="9A5B13"/>
          <w:sz w:val="17"/>
        </w:rPr>
        <w:t>[Organization tagline]</w:t>
      </w:r>
    </w:p>
    <w:p>
      <w:pPr>
        <w:spacing w:before="840" w:after="360"/>
        <w:jc w:val="center"/>
      </w:pPr>
      <w:r>
        <w:rPr>
          <w:rFonts w:ascii="Georgia" w:hAnsi="Georgia"/>
          <w:b/>
          <w:i w:val="0"/>
          <w:color w:val="6B2233"/>
          <w:sz w:val="40"/>
          <w:spacing w:val="72"/>
        </w:rPr>
        <w:t>MEMBERSHIP CERTIFICATE</w:t>
      </w:r>
    </w:p>
    <w:p>
      <w:pPr>
        <w:spacing w:before="480" w:after="80"/>
        <w:jc w:val="center"/>
      </w:pPr>
      <w:r>
        <w:rPr>
          <w:rFonts w:ascii="Calibri" w:hAnsi="Calibri"/>
          <w:b w:val="0"/>
          <w:i/>
          <w:color w:val="5F6B76"/>
          <w:sz w:val="21"/>
        </w:rPr>
        <w:t>This certifies that</w:t>
      </w:r>
    </w:p>
    <w:p>
      <w:pPr>
        <w:spacing w:before="160" w:after="40"/>
        <w:jc w:val="center"/>
      </w:pPr>
      <w:fldSimple w:instr=" MERGEFIELD &quot;Member Name&quot; \* MERGEFORMAT ">
        <w:r>
          <w:rPr>
            <w:rFonts w:ascii="Georgia" w:hAnsi="Georgia"/>
            <w:b/>
            <w:i w:val="0"/>
            <w:color w:val="333B44"/>
            <w:sz w:val="60"/>
          </w:rPr>
          <w:t>«Member Name»</w:t>
        </w:r>
      </w:fldSimple>
    </w:p>
    <w:p>
      <w:pPr>
        <w:spacing w:before="0" w:after="360" w:line="40" w:lineRule="exact"/>
        <w:ind w:left="2448" w:right="2448"/>
        <w:pBdr>
          <w:bottom w:val="single" w:sz="6" w:space="1" w:color="D8CDC2"/>
        </w:pBdr>
      </w:pPr>
    </w:p>
    <w:p>
      <w:pPr>
        <w:spacing w:before="0" w:after="200"/>
        <w:jc w:val="center"/>
      </w:pPr>
      <w:r>
        <w:rPr>
          <w:rFonts w:ascii="Calibri" w:hAnsi="Calibri"/>
          <w:b w:val="0"/>
          <w:i w:val="0"/>
          <w:color w:val="333B44"/>
          <w:sz w:val="22"/>
        </w:rPr>
        <w:t xml:space="preserve">is a member in good standing of </w:t>
      </w:r>
      <w:r>
        <w:rPr>
          <w:rFonts w:ascii="Calibri" w:hAnsi="Calibri"/>
          <w:b w:val="0"/>
          <w:i w:val="0"/>
          <w:color w:val="9A5B13"/>
          <w:sz w:val="22"/>
        </w:rPr>
        <w:t>[Organization name]</w:t>
      </w:r>
    </w:p>
    <w:p>
      <w:pPr>
        <w:spacing w:before="160" w:after="160"/>
        <w:jc w:val="center"/>
      </w:pPr>
      <w:fldSimple w:instr=" MERGEFIELD &quot;Membership Type&quot; \* MERGEFORMAT ">
        <w:r>
          <w:rPr>
            <w:rFonts w:ascii="Georgia" w:hAnsi="Georgia"/>
            <w:b/>
            <w:i w:val="0"/>
            <w:color w:val="6B2233"/>
            <w:sz w:val="23"/>
            <w:caps/>
            <w:spacing w:val="30"/>
          </w:rPr>
          <w:t>«Membership Type»</w:t>
        </w:r>
      </w:fldSimple>
    </w:p>
    <w:p>
      <w:pPr>
        <w:spacing w:before="440" w:after="40"/>
        <w:jc w:val="center"/>
      </w:pPr>
      <w:r>
        <w:rPr>
          <w:rFonts w:ascii="Calibri" w:hAnsi="Calibri"/>
          <w:b w:val="0"/>
          <w:i w:val="0"/>
          <w:color w:val="5F6B76"/>
          <w:sz w:val="19"/>
        </w:rPr>
        <w:t xml:space="preserve">Member since </w:t>
      </w:r>
      <w:fldSimple w:instr=" MERGEFIELD &quot;Member Since Year&quot; \* MERGEFORMAT ">
        <w:r>
          <w:rPr>
            <w:rFonts w:ascii="Calibri" w:hAnsi="Calibri"/>
            <w:b w:val="0"/>
            <w:i w:val="0"/>
            <w:color w:val="5F6B76"/>
            <w:sz w:val="19"/>
          </w:rPr>
          <w:t>«Member Since Year»</w:t>
        </w:r>
      </w:fldSimple>
      <w:r>
        <w:rPr>
          <w:rFonts w:ascii="Calibri" w:hAnsi="Calibri"/>
          <w:b w:val="0"/>
          <w:i w:val="0"/>
          <w:color w:val="5F6B76"/>
          <w:sz w:val="19"/>
        </w:rPr>
        <w:t xml:space="preserve">   ·   Member ID </w:t>
      </w:r>
      <w:fldSimple w:instr=" MERGEFIELD &quot;Member ID&quot; \* MERGEFORMAT ">
        <w:r>
          <w:rPr>
            <w:rFonts w:ascii="Calibri" w:hAnsi="Calibri"/>
            <w:b w:val="0"/>
            <w:i w:val="0"/>
            <w:color w:val="5F6B76"/>
            <w:sz w:val="19"/>
          </w:rPr>
          <w:t>«Member ID»</w:t>
        </w:r>
      </w:fldSimple>
    </w:p>
    <w:p>
      <w:pPr>
        <w:spacing w:before="0" w:after="160"/>
        <w:jc w:val="center"/>
      </w:pPr>
      <w:r>
        <w:rPr>
          <w:rFonts w:ascii="Calibri" w:hAnsi="Calibri"/>
          <w:b w:val="0"/>
          <w:i w:val="0"/>
          <w:color w:val="333B44"/>
          <w:sz w:val="20"/>
        </w:rPr>
        <w:t xml:space="preserve">Valid through </w:t>
      </w:r>
      <w:fldSimple w:instr=" MERGEFIELD &quot;Valid Through Date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«Valid Through Date»</w:t>
        </w:r>
      </w:fldSimple>
    </w:p>
    <w:p>
      <w:pPr>
        <w:spacing w:before="1600" w:after="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/>
          <w:left w:val="none" w:sz="0" w:space="0"/>
          <w:bottom w:val="none" w:sz="0" w:space="0"/>
          <w:right w:val="none" w:sz="0" w:space="0"/>
          <w:insideH w:val="none" w:sz="0" w:space="0"/>
          <w:insideV w:val="none" w:sz="0" w:space="0"/>
        </w:tblBorders>
        <w:tblCellMar>
          <w:top w:w="70" w:type="dxa"/>
          <w:bottom w:w="70" w:type="dxa"/>
          <w:left w:w="60" w:type="dxa"/>
          <w:right w:w="60" w:type="dxa"/>
        </w:tblCellMar>
      </w:tblPr>
      <w:tblGrid>
        <w:gridCol w:w="3264"/>
        <w:gridCol w:w="3264"/>
        <w:gridCol w:w="3264"/>
      </w:tblGrid>
      <w:tr>
        <w:tc>
          <w:tcPr>
            <w:tcW w:type="dxa" w:w="3264"/>
            <w:tcW w:w="4031" w:type="dxa"/>
          </w:tcPr>
          <w:p>
            <w:pPr>
              <w:spacing w:before="0" w:after="40" w:line="120" w:lineRule="exact"/>
              <w:pBdr>
                <w:bottom w:val="single" w:sz="6" w:space="1" w:color="333B44"/>
              </w:pBdr>
            </w:pPr>
          </w:p>
          <w:p>
            <w:pPr>
              <w:spacing w:before="0" w:after="20"/>
              <w:jc w:val="center"/>
            </w:pPr>
            <w:r>
              <w:rPr>
                <w:rFonts w:ascii="Calibri" w:hAnsi="Calibri"/>
                <w:b/>
                <w:i w:val="0"/>
                <w:color w:val="9A5B13"/>
                <w:sz w:val="20"/>
              </w:rPr>
              <w:t>[Membership director name]</w:t>
            </w:r>
          </w:p>
          <w:p>
            <w:pPr>
              <w:spacing w:before="0" w:after="0"/>
              <w:jc w:val="center"/>
            </w:pPr>
            <w:r>
              <w:rPr>
                <w:rFonts w:ascii="Calibri" w:hAnsi="Calibri"/>
                <w:b w:val="0"/>
                <w:i w:val="0"/>
                <w:color w:val="5F6B76"/>
                <w:sz w:val="17"/>
              </w:rPr>
              <w:t>Membership Director</w:t>
            </w:r>
          </w:p>
        </w:tc>
        <w:tc>
          <w:tcPr>
            <w:tcW w:type="dxa" w:w="3264"/>
            <w:tcW w:w="1728" w:type="dxa"/>
          </w:tcPr>
          <w:p/>
        </w:tc>
        <w:tc>
          <w:tcPr>
            <w:tcW w:type="dxa" w:w="3264"/>
            <w:tcW w:w="4031" w:type="dxa"/>
          </w:tcPr>
          <w:p>
            <w:pPr>
              <w:spacing w:before="0" w:after="40" w:line="120" w:lineRule="exact"/>
              <w:pBdr>
                <w:bottom w:val="single" w:sz="6" w:space="1" w:color="333B44"/>
              </w:pBdr>
            </w:pPr>
          </w:p>
          <w:p>
            <w:pPr>
              <w:spacing w:before="0" w:after="20"/>
              <w:jc w:val="center"/>
            </w:pPr>
            <w:fldSimple w:instr=" MERGEFIELD &quot;Issue Date&quot; \* MERGEFORMAT ">
              <w:r>
                <w:rPr>
                  <w:rFonts w:ascii="Calibri" w:hAnsi="Calibri"/>
                  <w:b/>
                  <w:i w:val="0"/>
                  <w:color w:val="333B44"/>
                  <w:sz w:val="20"/>
                </w:rPr>
                <w:t>«Issue Date»</w:t>
              </w:r>
            </w:fldSimple>
          </w:p>
          <w:p>
            <w:pPr>
              <w:spacing w:before="0" w:after="0"/>
              <w:jc w:val="center"/>
            </w:pPr>
            <w:r>
              <w:rPr>
                <w:rFonts w:ascii="Calibri" w:hAnsi="Calibri"/>
                <w:b w:val="0"/>
                <w:i w:val="0"/>
                <w:color w:val="5F6B76"/>
                <w:sz w:val="17"/>
              </w:rPr>
              <w:t>Date of Issue</w:t>
            </w:r>
          </w:p>
        </w:tc>
      </w:tr>
    </w:tbl>
    <w:p>
      <w:pPr>
        <w:spacing w:before="1720" w:after="0" w:line="60" w:lineRule="exact"/>
        <w:pBdr>
          <w:bottom w:val="single" w:sz="4" w:space="1" w:color="D8CDC2"/>
        </w:pBdr>
      </w:pPr>
    </w:p>
    <w:p>
      <w:pPr>
        <w:spacing w:before="0" w:after="0" w:line="40" w:lineRule="exact"/>
        <w:pBdr>
          <w:bottom w:val="single" w:sz="20" w:space="1" w:color="6B2233"/>
        </w:pBdr>
      </w:pP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Certificate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