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</w:pPr>
      <w:r>
        <w:rPr>
          <w:rFonts w:ascii="Georgia" w:hAnsi="Georgia"/>
          <w:b/>
          <w:i w:val="0"/>
          <w:color w:val="9A5B13"/>
          <w:sz w:val="30"/>
          <w:caps/>
          <w:spacing w:val="30"/>
        </w:rPr>
        <w:t>[Organization name]</w:t>
      </w:r>
    </w:p>
    <w:p>
      <w:pPr>
        <w:spacing w:before="0" w:after="40"/>
        <w:jc w:val="center"/>
      </w:pPr>
      <w:r>
        <w:rPr>
          <w:rFonts w:ascii="Calibri" w:hAnsi="Calibri"/>
          <w:b w:val="0"/>
          <w:i/>
          <w:color w:val="9A5B13"/>
          <w:sz w:val="17"/>
        </w:rPr>
        <w:t>[Organization tagline]</w:t>
      </w:r>
    </w:p>
    <w:p>
      <w:pPr>
        <w:spacing w:before="0" w:after="120"/>
        <w:jc w:val="center"/>
      </w:pPr>
      <w:r>
        <w:rPr>
          <w:rFonts w:ascii="Calibri" w:hAnsi="Calibri"/>
          <w:b w:val="0"/>
          <w:i w:val="0"/>
          <w:color w:val="9A5B13"/>
          <w:sz w:val="17"/>
        </w:rPr>
        <w:t>[Organization address]</w:t>
      </w:r>
      <w:r>
        <w:rPr>
          <w:rFonts w:ascii="Calibri" w:hAnsi="Calibri"/>
          <w:b w:val="0"/>
          <w:i w:val="0"/>
          <w:color w:val="5F6B76"/>
          <w:sz w:val="17"/>
        </w:rPr>
        <w:t xml:space="preserve">   ·   </w:t>
      </w:r>
      <w:r>
        <w:rPr>
          <w:rFonts w:ascii="Calibri" w:hAnsi="Calibri"/>
          <w:b w:val="0"/>
          <w:i w:val="0"/>
          <w:color w:val="9A5B13"/>
          <w:sz w:val="17"/>
        </w:rPr>
        <w:t>[Membership email]</w:t>
      </w:r>
    </w:p>
    <w:p>
      <w:pPr>
        <w:spacing w:before="0" w:after="0" w:line="40" w:lineRule="exact"/>
        <w:pBdr>
          <w:bottom w:val="single" w:sz="14" w:space="1" w:color="6B2233"/>
        </w:pBdr>
      </w:pPr>
    </w:p>
    <w:p>
      <w:pPr>
        <w:spacing w:before="0" w:after="160" w:line="40" w:lineRule="exact"/>
        <w:pBdr>
          <w:bottom w:val="single" w:sz="4" w:space="1" w:color="D8CDC2"/>
        </w:pBdr>
      </w:pPr>
    </w:p>
    <w:p>
      <w:pPr>
        <w:spacing w:before="240" w:after="40"/>
        <w:jc w:val="center"/>
      </w:pPr>
      <w:r>
        <w:rPr>
          <w:rFonts w:ascii="Georgia" w:hAnsi="Georgia"/>
          <w:b/>
          <w:i w:val="0"/>
          <w:color w:val="6B2233"/>
          <w:sz w:val="27"/>
          <w:spacing w:val="44"/>
        </w:rPr>
        <w:t>MEMBERSHIP CARDS</w:t>
      </w:r>
    </w:p>
    <w:p>
      <w:pPr>
        <w:spacing w:before="0" w:after="160" w:line="40" w:lineRule="exact"/>
      </w:pPr>
    </w:p>
    <w:p>
      <w:pPr>
        <w:spacing w:before="0" w:after="280"/>
        <w:jc w:val="center"/>
      </w:pPr>
      <w:r>
        <w:rPr>
          <w:rFonts w:ascii="Calibri" w:hAnsi="Calibri"/>
          <w:b w:val="0"/>
          <w:i w:val="0"/>
          <w:color w:val="5F6B76"/>
          <w:sz w:val="18"/>
        </w:rPr>
        <w:t>Print on heavy card stock, then cut along the dashed guides. Two identical cards are included: one for the wallet and one spare for the gym bag or glove box.</w:t>
      </w:r>
    </w:p>
    <w:tbl>
      <w:tblPr>
        <w:tblW w:type="dxa" w:w="4896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6B2233"/>
          <w:left w:val="single" w:sz="8" w:space="0" w:color="6B2233"/>
          <w:bottom w:val="single" w:sz="8" w:space="0" w:color="6B2233"/>
          <w:right w:val="single" w:sz="8" w:space="0" w:color="6B2233"/>
          <w:insideH w:val="none" w:sz="0" w:space="0"/>
          <w:insideV w:val="none" w:sz="0" w:space="0"/>
        </w:tblBorders>
        <w:tblCellMar>
          <w:top w:w="40" w:type="dxa"/>
          <w:bottom w:w="40" w:type="dxa"/>
          <w:left w:w="120" w:type="dxa"/>
          <w:right w:w="120" w:type="dxa"/>
        </w:tblCellMar>
      </w:tblPr>
      <w:tblGrid>
        <w:gridCol w:w="4896"/>
      </w:tblGrid>
      <w:tr>
        <w:trPr>
          <w:trHeight w:val="604" w:hRule="atLeast"/>
        </w:trPr>
        <w:tc>
          <w:tcPr>
            <w:tcBorders>
              <w:bottom w:val="single" w:sz="12" w:space="0" w:color="6B2233"/>
            </w:tcBorders>
            <w:shd w:val="clear" w:fill="F6F1EA"/>
            <w:vAlign w:val="center"/>
            <w:tcW w:w="4896" w:type="dxa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i w:val="0"/>
                <w:color w:val="9A5B13"/>
                <w:sz w:val="17"/>
                <w:caps/>
                <w:spacing w:val="30"/>
              </w:rPr>
              <w:t>[Organization name]</w:t>
            </w:r>
          </w:p>
        </w:tc>
      </w:tr>
      <w:tr>
        <w:trPr>
          <w:trHeight w:val="964" w:hRule="atLeast"/>
        </w:trPr>
        <w:tc>
          <w:tcPr>
            <w:vAlign w:val="center"/>
            <w:tcW w:w="4896" w:type="dxa"/>
          </w:tcPr>
          <w:p>
            <w:pPr>
              <w:spacing w:before="0" w:after="40"/>
              <w:jc w:val="center"/>
            </w:pPr>
            <w:fldSimple w:instr=" MERGEFIELD &quot;Member Name&quot; \* MERGEFORMAT ">
              <w:r>
                <w:rPr>
                  <w:rFonts w:ascii="Georgia" w:hAnsi="Georgia"/>
                  <w:b/>
                  <w:i w:val="0"/>
                  <w:color w:val="333B44"/>
                  <w:sz w:val="26"/>
                </w:rPr>
                <w:t>«Member Name»</w:t>
              </w:r>
            </w:fldSimple>
          </w:p>
          <w:p>
            <w:pPr>
              <w:spacing w:before="0" w:after="0"/>
              <w:jc w:val="center"/>
            </w:pPr>
            <w:fldSimple w:instr=" MERGEFIELD &quot;Membership Type&quot; \* MERGEFORMAT ">
              <w:r>
                <w:rPr>
                  <w:rFonts w:ascii="Calibri" w:hAnsi="Calibri"/>
                  <w:b/>
                  <w:i w:val="0"/>
                  <w:color w:val="6B2233"/>
                  <w:sz w:val="15"/>
                  <w:caps/>
                  <w:spacing w:val="26"/>
                </w:rPr>
                <w:t>«Membership Type»</w:t>
              </w:r>
            </w:fldSimple>
          </w:p>
        </w:tc>
      </w:tr>
      <w:tr>
        <w:trPr>
          <w:trHeight w:val="619" w:hRule="atLeast"/>
        </w:trPr>
        <w:tc>
          <w:tcPr>
            <w:vAlign w:val="center"/>
            <w:tcW w:w="4896" w:type="dxa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 w:val="0"/>
                <w:i w:val="0"/>
                <w:color w:val="5F6B76"/>
                <w:sz w:val="16"/>
              </w:rPr>
              <w:t xml:space="preserve">Member ID </w:t>
            </w:r>
            <w:fldSimple w:instr=" MERGEFIELD &quot;Member ID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6"/>
                </w:rPr>
                <w:t>«Member ID»</w:t>
              </w:r>
            </w:fldSimple>
            <w:r>
              <w:rPr>
                <w:rFonts w:ascii="Calibri" w:hAnsi="Calibri"/>
                <w:b w:val="0"/>
                <w:i w:val="0"/>
                <w:color w:val="5F6B76"/>
                <w:sz w:val="16"/>
              </w:rPr>
              <w:t xml:space="preserve">   ·   Member since </w:t>
            </w:r>
            <w:fldSimple w:instr=" MERGEFIELD &quot;Member Since Year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6"/>
                </w:rPr>
                <w:t>«Member Since Year»</w:t>
              </w:r>
            </w:fldSimple>
          </w:p>
        </w:tc>
      </w:tr>
      <w:tr>
        <w:trPr>
          <w:trHeight w:val="835" w:hRule="atLeast"/>
        </w:trPr>
        <w:tc>
          <w:tcPr>
            <w:vAlign w:val="center"/>
            <w:tcW w:w="4896" w:type="dxa"/>
          </w:tcPr>
          <w:p>
            <w:pPr>
              <w:spacing w:before="0" w:after="20"/>
              <w:jc w:val="center"/>
            </w:pPr>
            <w:r>
              <w:rPr>
                <w:rFonts w:ascii="Calibri" w:hAnsi="Calibri"/>
                <w:b w:val="0"/>
                <w:i w:val="0"/>
                <w:color w:val="333B44"/>
                <w:sz w:val="16"/>
              </w:rPr>
              <w:t xml:space="preserve">Valid through </w:t>
            </w:r>
            <w:fldSimple w:instr=" MERGEFIELD &quot;Valid Through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16"/>
                </w:rPr>
                <w:t>«Valid Through Date»</w:t>
              </w:r>
            </w:fldSimple>
          </w:p>
          <w:p>
            <w:pPr>
              <w:spacing w:before="0" w:after="0"/>
              <w:jc w:val="center"/>
            </w:pPr>
            <w:r>
              <w:rPr>
                <w:rFonts w:ascii="Calibri" w:hAnsi="Calibri"/>
                <w:b w:val="0"/>
                <w:i w:val="0"/>
                <w:color w:val="5F6B76"/>
                <w:sz w:val="16"/>
              </w:rPr>
              <w:t xml:space="preserve">Card No. </w:t>
            </w:r>
            <w:fldSimple w:instr=" MERGEFIELD &quot;Card Number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6"/>
                </w:rPr>
                <w:t>«Card Number»</w:t>
              </w:r>
            </w:fldSimple>
          </w:p>
        </w:tc>
      </w:tr>
    </w:tbl>
    <w:p>
      <w:pPr>
        <w:spacing w:before="0" w:after="40"/>
      </w:pPr>
    </w:p>
    <w:p>
      <w:pPr>
        <w:spacing w:before="160" w:after="160"/>
        <w:jc w:val="center"/>
        <w:pBdr>
          <w:bottom w:val="dashed" w:sz="6" w:space="4" w:color="D8CDC2"/>
        </w:pBdr>
      </w:pPr>
      <w:r>
        <w:rPr>
          <w:rFonts w:ascii="Calibri" w:hAnsi="Calibri"/>
          <w:b w:val="0"/>
          <w:i w:val="0"/>
          <w:color w:val="5F6B76"/>
          <w:sz w:val="13"/>
          <w:spacing w:val="20"/>
        </w:rPr>
        <w:t>CUT ALONG THE DASHED GUIDE</w:t>
      </w:r>
    </w:p>
    <w:tbl>
      <w:tblPr>
        <w:tblW w:type="dxa" w:w="4896"/>
        <w:jc w:val="center"/>
        <w:tblLayout w:type="fixed"/>
        <w:tblLook w:firstColumn="1" w:firstRow="1" w:lastColumn="0" w:lastRow="0" w:noHBand="0" w:noVBand="1" w:val="04A0"/>
        <w:tblBorders>
          <w:top w:val="single" w:sz="8" w:space="0" w:color="6B2233"/>
          <w:left w:val="single" w:sz="8" w:space="0" w:color="6B2233"/>
          <w:bottom w:val="single" w:sz="8" w:space="0" w:color="6B2233"/>
          <w:right w:val="single" w:sz="8" w:space="0" w:color="6B2233"/>
          <w:insideH w:val="none" w:sz="0" w:space="0"/>
          <w:insideV w:val="none" w:sz="0" w:space="0"/>
        </w:tblBorders>
        <w:tblCellMar>
          <w:top w:w="40" w:type="dxa"/>
          <w:bottom w:w="40" w:type="dxa"/>
          <w:left w:w="120" w:type="dxa"/>
          <w:right w:w="120" w:type="dxa"/>
        </w:tblCellMar>
      </w:tblPr>
      <w:tblGrid>
        <w:gridCol w:w="4896"/>
      </w:tblGrid>
      <w:tr>
        <w:trPr>
          <w:trHeight w:val="604" w:hRule="atLeast"/>
        </w:trPr>
        <w:tc>
          <w:tcPr>
            <w:tcBorders>
              <w:bottom w:val="single" w:sz="12" w:space="0" w:color="6B2233"/>
            </w:tcBorders>
            <w:shd w:val="clear" w:fill="F6F1EA"/>
            <w:vAlign w:val="center"/>
            <w:tcW w:w="4896" w:type="dxa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/>
                <w:i w:val="0"/>
                <w:color w:val="9A5B13"/>
                <w:sz w:val="17"/>
                <w:caps/>
                <w:spacing w:val="30"/>
              </w:rPr>
              <w:t>[Organization name]</w:t>
            </w:r>
          </w:p>
        </w:tc>
      </w:tr>
      <w:tr>
        <w:trPr>
          <w:trHeight w:val="964" w:hRule="atLeast"/>
        </w:trPr>
        <w:tc>
          <w:tcPr>
            <w:vAlign w:val="center"/>
            <w:tcW w:w="4896" w:type="dxa"/>
          </w:tcPr>
          <w:p>
            <w:pPr>
              <w:spacing w:before="0" w:after="40"/>
              <w:jc w:val="center"/>
            </w:pPr>
            <w:fldSimple w:instr=" MERGEFIELD &quot;Member Name&quot; \* MERGEFORMAT ">
              <w:r>
                <w:rPr>
                  <w:rFonts w:ascii="Georgia" w:hAnsi="Georgia"/>
                  <w:b/>
                  <w:i w:val="0"/>
                  <w:color w:val="333B44"/>
                  <w:sz w:val="26"/>
                </w:rPr>
                <w:t>«Member Name»</w:t>
              </w:r>
            </w:fldSimple>
          </w:p>
          <w:p>
            <w:pPr>
              <w:spacing w:before="0" w:after="0"/>
              <w:jc w:val="center"/>
            </w:pPr>
            <w:fldSimple w:instr=" MERGEFIELD &quot;Membership Type&quot; \* MERGEFORMAT ">
              <w:r>
                <w:rPr>
                  <w:rFonts w:ascii="Calibri" w:hAnsi="Calibri"/>
                  <w:b/>
                  <w:i w:val="0"/>
                  <w:color w:val="6B2233"/>
                  <w:sz w:val="15"/>
                  <w:caps/>
                  <w:spacing w:val="26"/>
                </w:rPr>
                <w:t>«Membership Type»</w:t>
              </w:r>
            </w:fldSimple>
          </w:p>
        </w:tc>
      </w:tr>
      <w:tr>
        <w:trPr>
          <w:trHeight w:val="619" w:hRule="atLeast"/>
        </w:trPr>
        <w:tc>
          <w:tcPr>
            <w:vAlign w:val="center"/>
            <w:tcW w:w="4896" w:type="dxa"/>
          </w:tcPr>
          <w:p>
            <w:pPr>
              <w:spacing w:before="0" w:after="0"/>
              <w:jc w:val="center"/>
            </w:pPr>
            <w:r>
              <w:rPr>
                <w:rFonts w:ascii="Calibri" w:hAnsi="Calibri"/>
                <w:b w:val="0"/>
                <w:i w:val="0"/>
                <w:color w:val="5F6B76"/>
                <w:sz w:val="16"/>
              </w:rPr>
              <w:t xml:space="preserve">Member ID </w:t>
            </w:r>
            <w:fldSimple w:instr=" MERGEFIELD &quot;Member ID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6"/>
                </w:rPr>
                <w:t>«Member ID»</w:t>
              </w:r>
            </w:fldSimple>
            <w:r>
              <w:rPr>
                <w:rFonts w:ascii="Calibri" w:hAnsi="Calibri"/>
                <w:b w:val="0"/>
                <w:i w:val="0"/>
                <w:color w:val="5F6B76"/>
                <w:sz w:val="16"/>
              </w:rPr>
              <w:t xml:space="preserve">   ·   Member since </w:t>
            </w:r>
            <w:fldSimple w:instr=" MERGEFIELD &quot;Member Since Year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6"/>
                </w:rPr>
                <w:t>«Member Since Year»</w:t>
              </w:r>
            </w:fldSimple>
          </w:p>
        </w:tc>
      </w:tr>
      <w:tr>
        <w:trPr>
          <w:trHeight w:val="835" w:hRule="atLeast"/>
        </w:trPr>
        <w:tc>
          <w:tcPr>
            <w:vAlign w:val="center"/>
            <w:tcW w:w="4896" w:type="dxa"/>
          </w:tcPr>
          <w:p>
            <w:pPr>
              <w:spacing w:before="0" w:after="20"/>
              <w:jc w:val="center"/>
            </w:pPr>
            <w:r>
              <w:rPr>
                <w:rFonts w:ascii="Calibri" w:hAnsi="Calibri"/>
                <w:b w:val="0"/>
                <w:i w:val="0"/>
                <w:color w:val="333B44"/>
                <w:sz w:val="16"/>
              </w:rPr>
              <w:t xml:space="preserve">Valid through </w:t>
            </w:r>
            <w:fldSimple w:instr=" MERGEFIELD &quot;Valid Through Date&quot; \* MERGEFORMAT ">
              <w:r>
                <w:rPr>
                  <w:rFonts w:ascii="Calibri" w:hAnsi="Calibri"/>
                  <w:b w:val="0"/>
                  <w:i w:val="0"/>
                  <w:color w:val="333B44"/>
                  <w:sz w:val="16"/>
                </w:rPr>
                <w:t>«Valid Through Date»</w:t>
              </w:r>
            </w:fldSimple>
          </w:p>
          <w:p>
            <w:pPr>
              <w:spacing w:before="0" w:after="0"/>
              <w:jc w:val="center"/>
            </w:pPr>
            <w:r>
              <w:rPr>
                <w:rFonts w:ascii="Calibri" w:hAnsi="Calibri"/>
                <w:b w:val="0"/>
                <w:i w:val="0"/>
                <w:color w:val="5F6B76"/>
                <w:sz w:val="16"/>
              </w:rPr>
              <w:t xml:space="preserve">Card No. </w:t>
            </w:r>
            <w:fldSimple w:instr=" MERGEFIELD &quot;Card Number&quot; \* MERGEFORMAT ">
              <w:r>
                <w:rPr>
                  <w:rFonts w:ascii="Calibri" w:hAnsi="Calibri"/>
                  <w:b w:val="0"/>
                  <w:i w:val="0"/>
                  <w:color w:val="5F6B76"/>
                  <w:sz w:val="16"/>
                </w:rPr>
                <w:t>«Card Number»</w:t>
              </w:r>
            </w:fldSimple>
          </w:p>
        </w:tc>
      </w:tr>
    </w:tbl>
    <w:p>
      <w:pPr>
        <w:spacing w:before="0" w:after="40"/>
      </w:pPr>
    </w:p>
    <w:p>
      <w:pPr>
        <w:spacing w:before="160" w:after="160"/>
        <w:jc w:val="center"/>
        <w:pBdr>
          <w:bottom w:val="dashed" w:sz="6" w:space="4" w:color="D8CDC2"/>
        </w:pBdr>
      </w:pPr>
      <w:r>
        <w:rPr>
          <w:rFonts w:ascii="Calibri" w:hAnsi="Calibri"/>
          <w:b w:val="0"/>
          <w:i w:val="0"/>
          <w:color w:val="5F6B76"/>
          <w:sz w:val="13"/>
          <w:spacing w:val="20"/>
        </w:rPr>
        <w:t>CUT ALONG THE DASHED GUIDE</w:t>
      </w:r>
    </w:p>
    <w:p>
      <w:pPr>
        <w:spacing w:before="160" w:after="0"/>
        <w:jc w:val="center"/>
      </w:pPr>
      <w:r>
        <w:rPr>
          <w:rFonts w:ascii="Calibri" w:hAnsi="Calibri"/>
          <w:b w:val="0"/>
          <w:i/>
          <w:color w:val="5F6B76"/>
          <w:sz w:val="16"/>
        </w:rPr>
        <w:t xml:space="preserve">This card remains the property of </w:t>
      </w:r>
      <w:r>
        <w:rPr>
          <w:rFonts w:ascii="Calibri" w:hAnsi="Calibri"/>
          <w:b w:val="0"/>
          <w:i/>
          <w:color w:val="9A5B13"/>
          <w:sz w:val="16"/>
        </w:rPr>
        <w:t>[Organization name]</w:t>
      </w:r>
      <w:r>
        <w:rPr>
          <w:rFonts w:ascii="Calibri" w:hAnsi="Calibri"/>
          <w:b w:val="0"/>
          <w:i/>
          <w:color w:val="5F6B76"/>
          <w:sz w:val="16"/>
        </w:rPr>
        <w:t xml:space="preserve">. Found cards can be returned to </w:t>
      </w:r>
      <w:r>
        <w:rPr>
          <w:rFonts w:ascii="Calibri" w:hAnsi="Calibri"/>
          <w:b w:val="0"/>
          <w:i/>
          <w:color w:val="9A5B13"/>
          <w:sz w:val="16"/>
        </w:rPr>
        <w:t>[Organization address]</w:t>
      </w:r>
      <w:r>
        <w:rPr>
          <w:rFonts w:ascii="Calibri" w:hAnsi="Calibri"/>
          <w:b w:val="0"/>
          <w:i/>
          <w:color w:val="5F6B76"/>
          <w:sz w:val="16"/>
        </w:rPr>
        <w:t>.</w:t>
      </w:r>
    </w:p>
    <w:sectPr w:rsidR="00FC693F" w:rsidRPr="0006063C" w:rsidSect="00034616">
      <w:pgSz w:w="12240" w:h="15840"/>
      <w:pgMar w:top="1008" w:right="1224" w:bottom="792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333B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Membership Card Sheet</dc:title>
  <dc:subject/>
  <dc:creator>MailMergic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