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 w:line="288" w:lineRule="auto"/>
        <w:ind w:left="230"/>
        <w:pBdr>
          <w:left w:val="single" w:sz="20" w:space="10" w:color="6B2233"/>
        </w:pBdr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  <w:r>
        <w:br/>
      </w:r>
      <w:r>
        <w:rPr>
          <w:rFonts w:ascii="Calibri" w:hAnsi="Calibri"/>
          <w:b w:val="0"/>
          <w:i/>
          <w:color w:val="9A5B13"/>
          <w:sz w:val="17"/>
        </w:rPr>
        <w:t>[Organization tagline]</w:t>
      </w:r>
      <w:r>
        <w:br/>
      </w: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00" w:after="60"/>
      </w:pPr>
      <w:r>
        <w:rPr>
          <w:rFonts w:ascii="Calibri" w:hAnsi="Calibri"/>
          <w:b/>
          <w:i w:val="0"/>
          <w:color w:val="6B2233"/>
          <w:sz w:val="19"/>
          <w:spacing w:val="36"/>
        </w:rPr>
        <w:t>WELCOME TO THE ASSOCIATION</w:t>
      </w:r>
    </w:p>
    <w:p>
      <w:pPr>
        <w:spacing w:before="0" w:after="200" w:line="40" w:lineRule="exact"/>
        <w:ind w:right="6624"/>
        <w:pBdr>
          <w:bottom w:val="single" w:sz="8" w:space="1" w:color="6B2233"/>
        </w:pBdr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Memb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Welcome to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! On behalf of our members, volunteers, and board, we are delighted you have joined us. Your </w:t>
      </w:r>
      <w:fldSimple w:instr=" MERGEFIELD &quot;Membership Typ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«Membership Type»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is active as of </w:t>
      </w:r>
      <w:fldSimple w:instr=" MERGEFIELD &quot;Membership Star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«Membership Start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and this letter has everything you need to get started.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YOUR MEMBERSHIP AT A GLANCE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V w:val="none" w:sz="0" w:space="0"/>
          <w:insideH w:val="single" w:sz="4" w:space="0" w:color="D8CDC2"/>
        </w:tblBorders>
        <w:tblCellMar>
          <w:top w:w="90" w:type="dxa"/>
          <w:bottom w:w="90" w:type="dxa"/>
          <w:left w:w="20" w:type="dxa"/>
          <w:right w:w="2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7"/>
                <w:caps/>
                <w:spacing w:val="20"/>
              </w:rPr>
              <w:t>Member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 Name»</w:t>
              </w:r>
            </w:fldSimple>
          </w:p>
        </w:tc>
      </w:tr>
      <w:tr>
        <w:tc>
          <w:tcPr>
            <w:tcW w:type="dxa" w:w="4896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7"/>
                <w:caps/>
                <w:spacing w:val="20"/>
              </w:rPr>
              <w:t>Membership type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ship Typ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«Membership Type»</w:t>
              </w:r>
            </w:fldSimple>
          </w:p>
        </w:tc>
      </w:tr>
      <w:tr>
        <w:tc>
          <w:tcPr>
            <w:tcW w:type="dxa" w:w="4896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7"/>
                <w:caps/>
                <w:spacing w:val="20"/>
              </w:rPr>
              <w:t>Member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 ID»</w:t>
              </w:r>
            </w:fldSimple>
          </w:p>
        </w:tc>
      </w:tr>
      <w:tr>
        <w:tc>
          <w:tcPr>
            <w:tcW w:type="dxa" w:w="4896"/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7"/>
                <w:caps/>
                <w:spacing w:val="20"/>
              </w:rPr>
              <w:t>Membership starts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ship Star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«Membership Start Date»</w:t>
              </w:r>
            </w:fldSimple>
          </w:p>
        </w:tc>
      </w:tr>
      <w:tr>
        <w:tc>
          <w:tcPr>
            <w:tcW w:type="dxa" w:w="4896"/>
            <w:tcBorders>
              <w:top w:val="single" w:sz="12" w:space="0" w:color="6B2233"/>
            </w:tcBorders>
            <w:tcW w:w="3384" w:type="dx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7"/>
                <w:caps/>
                <w:spacing w:val="20"/>
              </w:rPr>
              <w:t>Annual dues</w:t>
            </w:r>
          </w:p>
        </w:tc>
        <w:tc>
          <w:tcPr>
            <w:tcW w:type="dxa" w:w="4896"/>
            <w:tcBorders>
              <w:top w:val="single" w:sz="12" w:space="0" w:color="6B2233"/>
            </w:tcBorders>
            <w:tcW w:w="6408" w:type="dxa"/>
          </w:tcPr>
          <w:p>
            <w:pPr>
              <w:spacing w:after="0"/>
            </w:pPr>
            <w:fldSimple w:instr=" MERGEFIELD &quot;Annual Dues Amoun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«Annual Dues Amount»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WHAT HAPPENS NEXT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Your welcome packet and member portal sign-in details are on their way from </w:t>
      </w:r>
      <w:r>
        <w:rPr>
          <w:rFonts w:ascii="Calibri" w:hAnsi="Calibri"/>
          <w:b w:val="0"/>
          <w:i w:val="0"/>
          <w:color w:val="9A5B13"/>
          <w:sz w:val="20"/>
        </w:rPr>
        <w:t>[Membership email]</w:t>
      </w:r>
      <w:r>
        <w:rPr>
          <w:rFonts w:ascii="Calibri" w:hAnsi="Calibri"/>
          <w:b w:val="0"/>
          <w:i w:val="0"/>
          <w:color w:val="333B44"/>
          <w:sz w:val="20"/>
        </w:rPr>
        <w:t>. Keep an eye on your inbox this week.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Join us at the new member gathering on </w:t>
      </w:r>
      <w:fldSimple w:instr=" MERGEFIELD &quot;Welcome Event Dat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«Welcome Event Date»</w:t>
        </w:r>
      </w:fldSimple>
      <w:r>
        <w:rPr>
          <w:rFonts w:ascii="Calibri" w:hAnsi="Calibri"/>
          <w:b w:val="0"/>
          <w:i w:val="0"/>
          <w:color w:val="333B44"/>
          <w:sz w:val="20"/>
        </w:rPr>
        <w:t xml:space="preserve"> at </w:t>
      </w:r>
      <w:r>
        <w:rPr>
          <w:rFonts w:ascii="Calibri" w:hAnsi="Calibri"/>
          <w:b w:val="0"/>
          <w:i w:val="0"/>
          <w:color w:val="9A5B13"/>
          <w:sz w:val="20"/>
        </w:rPr>
        <w:t>[Event location]</w:t>
      </w:r>
      <w:r>
        <w:rPr>
          <w:rFonts w:ascii="Calibri" w:hAnsi="Calibri"/>
          <w:b w:val="0"/>
          <w:i w:val="0"/>
          <w:color w:val="333B44"/>
          <w:sz w:val="20"/>
        </w:rPr>
        <w:t>. No RSVP needed; come as you are and say hello.</w:t>
      </w:r>
    </w:p>
    <w:p>
      <w:pPr>
        <w:tabs>
          <w:tab w:pos="403" w:val="left"/>
        </w:tabs>
        <w:spacing w:before="0" w:after="60" w:line="276" w:lineRule="auto"/>
        <w:ind w:left="403" w:hanging="245"/>
      </w:pPr>
      <w:r>
        <w:rPr>
          <w:rFonts w:ascii="Calibri" w:hAnsi="Calibri"/>
          <w:b/>
          <w:i w:val="0"/>
          <w:color w:val="6B2233"/>
          <w:sz w:val="20"/>
        </w:rPr>
        <w:t>•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Questions in the meantime? Write to </w:t>
      </w:r>
      <w:r>
        <w:rPr>
          <w:rFonts w:ascii="Calibri" w:hAnsi="Calibri"/>
          <w:b w:val="0"/>
          <w:i w:val="0"/>
          <w:color w:val="9A5B13"/>
          <w:sz w:val="20"/>
        </w:rPr>
        <w:t>[Membership email]</w:t>
      </w:r>
      <w:r>
        <w:rPr>
          <w:rFonts w:ascii="Calibri" w:hAnsi="Calibri"/>
          <w:b w:val="0"/>
          <w:i w:val="0"/>
          <w:color w:val="333B44"/>
          <w:sz w:val="20"/>
        </w:rPr>
        <w:t>; a real person reads every message.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Membership here is less about dues and more about showing up for one another. We are so glad you are with us.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Warmly,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Member Welcome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