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</w:pPr>
      <w:r>
        <w:rPr>
          <w:rFonts w:ascii="Georgia" w:hAnsi="Georgia"/>
          <w:b/>
          <w:i w:val="0"/>
          <w:color w:val="9A5B13"/>
          <w:sz w:val="30"/>
          <w:caps/>
          <w:spacing w:val="30"/>
        </w:rPr>
        <w:t>[Organization name]</w:t>
      </w:r>
    </w:p>
    <w:p>
      <w:pPr>
        <w:spacing w:before="0" w:after="40"/>
        <w:jc w:val="center"/>
      </w:pPr>
      <w:r>
        <w:rPr>
          <w:rFonts w:ascii="Calibri" w:hAnsi="Calibri"/>
          <w:b w:val="0"/>
          <w:i/>
          <w:color w:val="9A5B13"/>
          <w:sz w:val="17"/>
        </w:rPr>
        <w:t>[Organization tagline]</w:t>
      </w:r>
    </w:p>
    <w:p>
      <w:pPr>
        <w:spacing w:before="0" w:after="120"/>
        <w:jc w:val="center"/>
      </w:pPr>
      <w:r>
        <w:rPr>
          <w:rFonts w:ascii="Calibri" w:hAnsi="Calibri"/>
          <w:b w:val="0"/>
          <w:i w:val="0"/>
          <w:color w:val="9A5B13"/>
          <w:sz w:val="17"/>
        </w:rPr>
        <w:t>[Organization address]</w:t>
      </w:r>
      <w:r>
        <w:rPr>
          <w:rFonts w:ascii="Calibri" w:hAnsi="Calibri"/>
          <w:b w:val="0"/>
          <w:i w:val="0"/>
          <w:color w:val="5F6B76"/>
          <w:sz w:val="17"/>
        </w:rPr>
        <w:t xml:space="preserve">   ·   </w:t>
      </w:r>
      <w:r>
        <w:rPr>
          <w:rFonts w:ascii="Calibri" w:hAnsi="Calibri"/>
          <w:b w:val="0"/>
          <w:i w:val="0"/>
          <w:color w:val="9A5B13"/>
          <w:sz w:val="17"/>
        </w:rPr>
        <w:t>[Membership email]</w:t>
      </w:r>
    </w:p>
    <w:p>
      <w:pPr>
        <w:spacing w:before="0" w:after="0" w:line="40" w:lineRule="exact"/>
        <w:pBdr>
          <w:bottom w:val="single" w:sz="14" w:space="1" w:color="6B2233"/>
        </w:pBdr>
      </w:pPr>
    </w:p>
    <w:p>
      <w:pPr>
        <w:spacing w:before="0" w:after="160" w:line="40" w:lineRule="exact"/>
        <w:pBdr>
          <w:bottom w:val="single" w:sz="4" w:space="1" w:color="D8CDC2"/>
        </w:pBdr>
      </w:pPr>
    </w:p>
    <w:p>
      <w:pPr>
        <w:spacing w:before="40" w:after="240"/>
      </w:pPr>
      <w:r>
        <w:rPr>
          <w:rFonts w:ascii="Calibri" w:hAnsi="Calibri"/>
          <w:b w:val="0"/>
          <w:i w:val="0"/>
          <w:color w:val="9A5B13"/>
          <w:sz w:val="21"/>
        </w:rPr>
        <w:t>[Letter date]</w:t>
      </w:r>
    </w:p>
    <w:p>
      <w:pPr>
        <w:spacing w:before="200" w:after="60"/>
      </w:pPr>
      <w:r>
        <w:rPr>
          <w:rFonts w:ascii="Calibri" w:hAnsi="Calibri"/>
          <w:b/>
          <w:i w:val="0"/>
          <w:color w:val="6B2233"/>
          <w:sz w:val="19"/>
          <w:spacing w:val="36"/>
        </w:rPr>
        <w:t>WE MISS YOU</w:t>
      </w:r>
    </w:p>
    <w:p>
      <w:pPr>
        <w:spacing w:before="0" w:after="200" w:line="40" w:lineRule="exact"/>
        <w:ind w:right="6624"/>
        <w:pBdr>
          <w:bottom w:val="single" w:sz="8" w:space="1" w:color="6B2233"/>
        </w:pBdr>
      </w:pPr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 xml:space="preserve">Dear </w:t>
      </w:r>
      <w:fldSimple w:instr=" MERGEFIELD &quot;Member Name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«Member Name»</w:t>
        </w:r>
      </w:fldSimple>
      <w:r>
        <w:rPr>
          <w:rFonts w:ascii="Calibri" w:hAnsi="Calibri"/>
          <w:b w:val="0"/>
          <w:i w:val="0"/>
          <w:color w:val="333B44"/>
          <w:sz w:val="21"/>
        </w:rPr>
        <w:t>,</w:t>
      </w:r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 xml:space="preserve">You were part of </w:t>
      </w:r>
      <w:r>
        <w:rPr>
          <w:rFonts w:ascii="Calibri" w:hAnsi="Calibri"/>
          <w:b w:val="0"/>
          <w:i w:val="0"/>
          <w:color w:val="9A5B13"/>
          <w:sz w:val="21"/>
        </w:rPr>
        <w:t>[Organization name]</w:t>
      </w:r>
      <w:r>
        <w:rPr>
          <w:rFonts w:ascii="Calibri" w:hAnsi="Calibri"/>
          <w:b w:val="0"/>
          <w:i w:val="0"/>
          <w:color w:val="333B44"/>
          <w:sz w:val="21"/>
        </w:rPr>
        <w:t xml:space="preserve"> from </w:t>
      </w:r>
      <w:fldSimple w:instr=" MERGEFIELD &quot;Member Since Year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«Member Since Year»</w:t>
        </w:r>
      </w:fldSimple>
      <w:r>
        <w:rPr>
          <w:rFonts w:ascii="Calibri" w:hAnsi="Calibri"/>
          <w:b w:val="0"/>
          <w:i w:val="0"/>
          <w:color w:val="333B44"/>
          <w:sz w:val="21"/>
        </w:rPr>
        <w:t xml:space="preserve"> until your </w:t>
      </w:r>
      <w:fldSimple w:instr=" MERGEFIELD &quot;Membership Type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«Membership Type»</w:t>
        </w:r>
      </w:fldSimple>
      <w:r>
        <w:rPr>
          <w:rFonts w:ascii="Calibri" w:hAnsi="Calibri"/>
          <w:b w:val="0"/>
          <w:i w:val="0"/>
          <w:color w:val="333B44"/>
          <w:sz w:val="21"/>
        </w:rPr>
        <w:t xml:space="preserve"> ended on </w:t>
      </w:r>
      <w:fldSimple w:instr=" MERGEFIELD &quot;Lapse Date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«Lapse Date»</w:t>
        </w:r>
      </w:fldSimple>
      <w:r>
        <w:rPr>
          <w:rFonts w:ascii="Calibri" w:hAnsi="Calibri"/>
          <w:b w:val="0"/>
          <w:i w:val="0"/>
          <w:color w:val="333B44"/>
          <w:sz w:val="21"/>
        </w:rPr>
        <w:t>. This is not a bill, and it is not a guilt trip. Memberships lapse for perfectly ordinary reasons, and we simply want you to know the door is open.</w:t>
      </w:r>
    </w:p>
    <w:p>
      <w:pPr>
        <w:spacing w:before="200" w:after="80"/>
      </w:pPr>
      <w:r>
        <w:rPr>
          <w:rFonts w:ascii="Calibri" w:hAnsi="Calibri"/>
          <w:b/>
          <w:i w:val="0"/>
          <w:color w:val="6B2233"/>
          <w:sz w:val="18"/>
          <w:spacing w:val="24"/>
        </w:rPr>
        <w:t>SINCE YOU WERE LAST HERE</w:t>
      </w:r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 xml:space="preserve">Plenty has happened: </w:t>
      </w:r>
      <w:r>
        <w:rPr>
          <w:rFonts w:ascii="Calibri" w:hAnsi="Calibri"/>
          <w:b w:val="0"/>
          <w:i w:val="0"/>
          <w:color w:val="9A5B13"/>
          <w:sz w:val="21"/>
        </w:rPr>
        <w:t>[Recent highlight one]</w:t>
      </w:r>
      <w:r>
        <w:rPr>
          <w:rFonts w:ascii="Calibri" w:hAnsi="Calibri"/>
          <w:b w:val="0"/>
          <w:i w:val="0"/>
          <w:color w:val="333B44"/>
          <w:sz w:val="21"/>
        </w:rPr>
        <w:t xml:space="preserve">, </w:t>
      </w:r>
      <w:r>
        <w:rPr>
          <w:rFonts w:ascii="Calibri" w:hAnsi="Calibri"/>
          <w:b w:val="0"/>
          <w:i w:val="0"/>
          <w:color w:val="9A5B13"/>
          <w:sz w:val="21"/>
        </w:rPr>
        <w:t>[Recent highlight two]</w:t>
      </w:r>
      <w:r>
        <w:rPr>
          <w:rFonts w:ascii="Calibri" w:hAnsi="Calibri"/>
          <w:b w:val="0"/>
          <w:i w:val="0"/>
          <w:color w:val="333B44"/>
          <w:sz w:val="21"/>
        </w:rPr>
        <w:t xml:space="preserve">, and </w:t>
      </w:r>
      <w:r>
        <w:rPr>
          <w:rFonts w:ascii="Calibri" w:hAnsi="Calibri"/>
          <w:b w:val="0"/>
          <w:i w:val="0"/>
          <w:color w:val="9A5B13"/>
          <w:sz w:val="21"/>
        </w:rPr>
        <w:t>[Recent highlight three]</w:t>
      </w:r>
      <w:r>
        <w:rPr>
          <w:rFonts w:ascii="Calibri" w:hAnsi="Calibri"/>
          <w:b w:val="0"/>
          <w:i w:val="0"/>
          <w:color w:val="333B44"/>
          <w:sz w:val="21"/>
        </w:rPr>
        <w:t>. Come see them for yourself sometime.</w:t>
      </w:r>
    </w:p>
    <w:p>
      <w:pPr>
        <w:spacing w:before="200" w:after="80"/>
      </w:pPr>
      <w:r>
        <w:rPr>
          <w:rFonts w:ascii="Calibri" w:hAnsi="Calibri"/>
          <w:b/>
          <w:i w:val="0"/>
          <w:color w:val="6B2233"/>
          <w:sz w:val="18"/>
          <w:spacing w:val="24"/>
        </w:rPr>
        <w:t>COMING BACK IS SIMPLE</w:t>
      </w:r>
    </w:p>
    <w:p>
      <w:pPr>
        <w:tabs>
          <w:tab w:pos="432" w:val="left"/>
        </w:tabs>
        <w:spacing w:before="0" w:after="60" w:line="276" w:lineRule="auto"/>
        <w:ind w:left="432" w:hanging="317"/>
      </w:pPr>
      <w:r>
        <w:rPr>
          <w:rFonts w:ascii="Calibri" w:hAnsi="Calibri"/>
          <w:b/>
          <w:i w:val="0"/>
          <w:color w:val="6B2233"/>
          <w:sz w:val="20"/>
        </w:rPr>
        <w:t>1.</w:t>
        <w:tab/>
      </w:r>
      <w:r>
        <w:rPr>
          <w:rFonts w:ascii="Calibri" w:hAnsi="Calibri"/>
          <w:b w:val="0"/>
          <w:i w:val="0"/>
          <w:color w:val="333B44"/>
          <w:sz w:val="20"/>
        </w:rPr>
        <w:t xml:space="preserve">Visit </w:t>
      </w:r>
      <w:r>
        <w:rPr>
          <w:rFonts w:ascii="Calibri" w:hAnsi="Calibri"/>
          <w:b w:val="0"/>
          <w:i w:val="0"/>
          <w:color w:val="9A5B13"/>
          <w:sz w:val="20"/>
        </w:rPr>
        <w:t>[Member portal address]</w:t>
      </w:r>
      <w:r>
        <w:rPr>
          <w:rFonts w:ascii="Calibri" w:hAnsi="Calibri"/>
          <w:b w:val="0"/>
          <w:i w:val="0"/>
          <w:color w:val="333B44"/>
          <w:sz w:val="20"/>
        </w:rPr>
        <w:t xml:space="preserve"> and choose Rejoin, or write to </w:t>
      </w:r>
      <w:r>
        <w:rPr>
          <w:rFonts w:ascii="Calibri" w:hAnsi="Calibri"/>
          <w:b w:val="0"/>
          <w:i w:val="0"/>
          <w:color w:val="9A5B13"/>
          <w:sz w:val="20"/>
        </w:rPr>
        <w:t>[Membership email]</w:t>
      </w:r>
      <w:r>
        <w:rPr>
          <w:rFonts w:ascii="Calibri" w:hAnsi="Calibri"/>
          <w:b w:val="0"/>
          <w:i w:val="0"/>
          <w:color w:val="333B44"/>
          <w:sz w:val="20"/>
        </w:rPr>
        <w:t xml:space="preserve"> and we will handle it for you.</w:t>
      </w:r>
    </w:p>
    <w:p>
      <w:pPr>
        <w:tabs>
          <w:tab w:pos="432" w:val="left"/>
        </w:tabs>
        <w:spacing w:before="0" w:after="60" w:line="276" w:lineRule="auto"/>
        <w:ind w:left="432" w:hanging="317"/>
      </w:pPr>
      <w:r>
        <w:rPr>
          <w:rFonts w:ascii="Calibri" w:hAnsi="Calibri"/>
          <w:b/>
          <w:i w:val="0"/>
          <w:color w:val="6B2233"/>
          <w:sz w:val="20"/>
        </w:rPr>
        <w:t>2.</w:t>
        <w:tab/>
      </w:r>
      <w:r>
        <w:rPr>
          <w:rFonts w:ascii="Calibri" w:hAnsi="Calibri"/>
          <w:b w:val="0"/>
          <w:i w:val="0"/>
          <w:color w:val="333B44"/>
          <w:sz w:val="20"/>
        </w:rPr>
        <w:t xml:space="preserve">Your member record stays on file, so your history with us since </w:t>
      </w:r>
      <w:fldSimple w:instr=" MERGEFIELD &quot;Member Since Year&quot; \* MERGEFORMAT ">
        <w:r>
          <w:rPr>
            <w:rFonts w:ascii="Calibri" w:hAnsi="Calibri"/>
            <w:b w:val="0"/>
            <w:i w:val="0"/>
            <w:color w:val="333B44"/>
            <w:sz w:val="20"/>
          </w:rPr>
          <w:t>«Member Since Year»</w:t>
        </w:r>
      </w:fldSimple>
      <w:r>
        <w:rPr>
          <w:rFonts w:ascii="Calibri" w:hAnsi="Calibri"/>
          <w:b w:val="0"/>
          <w:i w:val="0"/>
          <w:color w:val="333B44"/>
          <w:sz w:val="20"/>
        </w:rPr>
        <w:t xml:space="preserve"> carries straight over.</w:t>
      </w:r>
    </w:p>
    <w:p>
      <w:pPr>
        <w:tabs>
          <w:tab w:pos="432" w:val="left"/>
        </w:tabs>
        <w:spacing w:before="0" w:after="60" w:line="276" w:lineRule="auto"/>
        <w:ind w:left="432" w:hanging="317"/>
      </w:pPr>
      <w:r>
        <w:rPr>
          <w:rFonts w:ascii="Calibri" w:hAnsi="Calibri"/>
          <w:b/>
          <w:i w:val="0"/>
          <w:color w:val="6B2233"/>
          <w:sz w:val="20"/>
        </w:rPr>
        <w:t>3.</w:t>
        <w:tab/>
      </w:r>
      <w:r>
        <w:rPr>
          <w:rFonts w:ascii="Calibri" w:hAnsi="Calibri"/>
          <w:b w:val="0"/>
          <w:i w:val="0"/>
          <w:color w:val="333B44"/>
          <w:sz w:val="20"/>
        </w:rPr>
        <w:t xml:space="preserve">Rejoin by </w:t>
      </w:r>
      <w:fldSimple w:instr=" MERGEFIELD &quot;Rejoin Deadline&quot; \* MERGEFORMAT ">
        <w:r>
          <w:rPr>
            <w:rFonts w:ascii="Calibri" w:hAnsi="Calibri"/>
            <w:b w:val="0"/>
            <w:i w:val="0"/>
            <w:color w:val="333B44"/>
            <w:sz w:val="20"/>
          </w:rPr>
          <w:t>«Rejoin Deadline»</w:t>
        </w:r>
      </w:fldSimple>
      <w:r>
        <w:rPr>
          <w:rFonts w:ascii="Calibri" w:hAnsi="Calibri"/>
          <w:b w:val="0"/>
          <w:i w:val="0"/>
          <w:color w:val="333B44"/>
          <w:sz w:val="20"/>
        </w:rPr>
        <w:t xml:space="preserve"> and your dues stay at </w:t>
      </w:r>
      <w:fldSimple w:instr=" MERGEFIELD &quot;Rejoin Dues Amount&quot; \* MERGEFORMAT ">
        <w:r>
          <w:rPr>
            <w:rFonts w:ascii="Calibri" w:hAnsi="Calibri"/>
            <w:b w:val="0"/>
            <w:i w:val="0"/>
            <w:color w:val="333B44"/>
            <w:sz w:val="20"/>
          </w:rPr>
          <w:t>«Rejoin Dues Amount»</w:t>
        </w:r>
      </w:fldSimple>
      <w:r>
        <w:rPr>
          <w:rFonts w:ascii="Calibri" w:hAnsi="Calibri"/>
          <w:b w:val="0"/>
          <w:i w:val="0"/>
          <w:color w:val="333B44"/>
          <w:sz w:val="20"/>
        </w:rPr>
        <w:t xml:space="preserve"> for the year ahead, the same rate our returning members pay.</w:t>
      </w:r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>And if the answer is no for now, that is genuinely fine. We would still love to see you at a public event sometime; you are always welcome in the building.</w:t>
      </w:r>
    </w:p>
    <w:p>
      <w:pPr>
        <w:spacing w:before="160" w:after="400"/>
        <w:keepNext/>
      </w:pPr>
      <w:r>
        <w:rPr>
          <w:rFonts w:ascii="Calibri" w:hAnsi="Calibri"/>
          <w:b w:val="0"/>
          <w:i w:val="0"/>
          <w:color w:val="333B44"/>
          <w:sz w:val="21"/>
        </w:rPr>
        <w:t>With warm regards,</w:t>
      </w:r>
    </w:p>
    <w:p>
      <w:pPr>
        <w:spacing w:before="0" w:after="40"/>
        <w:ind w:right="5616"/>
        <w:pBdr>
          <w:bottom w:val="single" w:sz="6" w:space="1" w:color="333B44"/>
        </w:pBdr>
        <w:keepNext/>
      </w:pPr>
    </w:p>
    <w:p>
      <w:pPr>
        <w:spacing w:before="0" w:after="0"/>
        <w:keepNext/>
      </w:pPr>
      <w:r>
        <w:rPr>
          <w:rFonts w:ascii="Calibri" w:hAnsi="Calibri"/>
          <w:b/>
          <w:i w:val="0"/>
          <w:color w:val="9A5B13"/>
          <w:sz w:val="21"/>
        </w:rPr>
        <w:t>[Membership director name]</w:t>
      </w:r>
    </w:p>
    <w:p>
      <w:pPr>
        <w:spacing w:before="0" w:after="0"/>
      </w:pPr>
      <w:r>
        <w:rPr>
          <w:rFonts w:ascii="Calibri" w:hAnsi="Calibri"/>
          <w:b w:val="0"/>
          <w:i w:val="0"/>
          <w:color w:val="5F6B76"/>
          <w:sz w:val="18"/>
        </w:rPr>
        <w:t xml:space="preserve">Membership Director, </w:t>
      </w:r>
      <w:r>
        <w:rPr>
          <w:rFonts w:ascii="Calibri" w:hAnsi="Calibri"/>
          <w:b w:val="0"/>
          <w:i w:val="0"/>
          <w:color w:val="9A5B13"/>
          <w:sz w:val="18"/>
        </w:rPr>
        <w:t>[Organization name]</w:t>
      </w:r>
    </w:p>
    <w:sectPr w:rsidR="00FC693F" w:rsidRPr="0006063C" w:rsidSect="00034616">
      <w:pgSz w:w="12240" w:h="15840"/>
      <w:pgMar w:top="1008" w:right="1224" w:bottom="792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333B44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 Miss You Letter</dc:title>
  <dc:subject/>
  <dc:creator>MailMergic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