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[Organization name]</w:t>
      </w:r>
    </w:p>
    <w:p>
      <w:pPr>
        <w:spacing w:before="0" w:after="40"/>
        <w:jc w:val="center"/>
      </w:pPr>
      <w:r>
        <w:rPr>
          <w:rFonts w:ascii="Calibri" w:hAnsi="Calibri"/>
          <w:b w:val="0"/>
          <w:i/>
          <w:color w:val="9A5B13"/>
          <w:sz w:val="17"/>
        </w:rPr>
        <w:t>[Organization tagline]</w:t>
      </w:r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9A5B13"/>
          <w:sz w:val="17"/>
        </w:rPr>
        <w:t>[Organization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[Membership email]</w:t>
      </w:r>
    </w:p>
    <w:p>
      <w:pPr>
        <w:spacing w:before="0" w:after="0" w:line="40" w:lineRule="exact"/>
        <w:pBdr>
          <w:bottom w:val="single" w:sz="14" w:space="1" w:color="6B2233"/>
        </w:pBdr>
      </w:pPr>
    </w:p>
    <w:p>
      <w:pPr>
        <w:spacing w:before="0" w:after="160" w:line="40" w:lineRule="exact"/>
        <w:pBdr>
          <w:bottom w:val="single" w:sz="4" w:space="1" w:color="D8CDC2"/>
        </w:pBdr>
      </w:pPr>
    </w:p>
    <w:p>
      <w:pPr>
        <w:spacing w:before="40" w:after="24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00" w:after="80"/>
        <w:jc w:val="center"/>
      </w:pPr>
      <w:r>
        <w:rPr>
          <w:rFonts w:ascii="Georgia" w:hAnsi="Georgia"/>
          <w:b w:val="0"/>
          <w:i/>
          <w:color w:val="6B2233"/>
          <w:sz w:val="42"/>
        </w:rPr>
        <w:t>Thank you.</w:t>
      </w:r>
    </w:p>
    <w:p>
      <w:pPr>
        <w:spacing w:before="0" w:after="240" w:line="40" w:lineRule="exact"/>
        <w:ind w:left="3744" w:right="3744"/>
        <w:pBdr>
          <w:bottom w:val="single" w:sz="6" w:space="1" w:color="D8CDC2"/>
        </w:pBdr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Donor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«Donor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gift of </w:t>
      </w:r>
      <w:fldSimple w:instr=" MERGEFIELD &quot;Donation Amount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«Donation Amount»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, received on </w:t>
      </w:r>
      <w:fldSimple w:instr=" MERGEFIELD &quot;Donation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«Donation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, is already at work in </w:t>
      </w:r>
      <w:fldSimple w:instr=" MERGEFIELD &quot;Program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«Program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Before anything else, we wanted you to know what it makes possible.</w:t>
      </w:r>
    </w:p>
    <w:tbl>
      <w:tblPr>
        <w:tblW w:type="dxa" w:w="6336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8CDC2"/>
          <w:left w:val="single" w:sz="4" w:space="0" w:color="D8CDC2"/>
          <w:bottom w:val="single" w:sz="4" w:space="0" w:color="D8CDC2"/>
          <w:right w:val="single" w:sz="4" w:space="0" w:color="D8CDC2"/>
        </w:tblBorders>
        <w:tblCellMar>
          <w:top w:w="110" w:type="dxa"/>
          <w:bottom w:w="110" w:type="dxa"/>
          <w:left w:w="160" w:type="dxa"/>
          <w:right w:w="160" w:type="dxa"/>
        </w:tblCellMar>
      </w:tblPr>
      <w:tblGrid>
        <w:gridCol w:w="6336"/>
      </w:tblGrid>
      <w:tr>
        <w:tc>
          <w:tcPr>
            <w:shd w:val="clear" w:fill="F6F1EA"/>
            <w:tcW w:w="6336" w:type="dxa"/>
          </w:tcPr>
          <w:p>
            <w:pPr>
              <w:spacing w:before="0" w:after="60"/>
              <w:jc w:val="center"/>
            </w:pPr>
            <w:r>
              <w:rPr>
                <w:rFonts w:ascii="Calibri" w:hAnsi="Calibri"/>
                <w:b/>
                <w:i w:val="0"/>
                <w:color w:val="6B2233"/>
                <w:sz w:val="16"/>
                <w:spacing w:val="28"/>
              </w:rPr>
              <w:t>YOUR GIFT AT WORK</w:t>
            </w:r>
          </w:p>
          <w:p>
            <w:pPr>
              <w:spacing w:before="0" w:after="60"/>
              <w:jc w:val="center"/>
            </w:pPr>
            <w:fldSimple w:instr=" MERGEFIELD &quot;Impact Metric&quot; \* MERGEFORMAT ">
              <w:r>
                <w:rPr>
                  <w:rFonts w:ascii="Georgia" w:hAnsi="Georgia"/>
                  <w:b/>
                  <w:i w:val="0"/>
                  <w:color w:val="333B44"/>
                  <w:sz w:val="29"/>
                </w:rPr>
                <w:t>«Impact Metric»</w:t>
              </w:r>
            </w:fldSimple>
          </w:p>
          <w:p>
            <w:pPr>
              <w:spacing w:before="0" w:after="0"/>
              <w:jc w:val="center"/>
            </w:pPr>
            <w:fldSimple w:instr=" MERGEFIELD &quot;Program Name&quot; \* MERGEFORMAT ">
              <w:r>
                <w:rPr>
                  <w:rFonts w:ascii="Calibri" w:hAnsi="Calibri"/>
                  <w:b w:val="0"/>
                  <w:i/>
                  <w:color w:val="5F6B76"/>
                  <w:sz w:val="17"/>
                </w:rPr>
                <w:t>«Program Name»</w:t>
              </w:r>
            </w:fldSimple>
          </w:p>
        </w:tc>
      </w:tr>
    </w:tbl>
    <w:p>
      <w:pPr>
        <w:spacing w:before="0" w:after="80"/>
      </w:pP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BECAUSE OF GIFTS LIKE YOURS</w:t>
      </w:r>
    </w:p>
    <w:p>
      <w:pPr>
        <w:tabs>
          <w:tab w:pos="403" w:val="left"/>
        </w:tabs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6B2233"/>
          <w:sz w:val="20"/>
        </w:rPr>
        <w:t>•</w:t>
        <w:tab/>
      </w:r>
      <w:r>
        <w:rPr>
          <w:rFonts w:ascii="Calibri" w:hAnsi="Calibri"/>
          <w:b w:val="0"/>
          <w:i w:val="0"/>
          <w:color w:val="9A5B13"/>
          <w:sz w:val="20"/>
        </w:rPr>
        <w:t>[Recent program result one]</w:t>
      </w:r>
    </w:p>
    <w:p>
      <w:pPr>
        <w:tabs>
          <w:tab w:pos="403" w:val="left"/>
        </w:tabs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6B2233"/>
          <w:sz w:val="20"/>
        </w:rPr>
        <w:t>•</w:t>
        <w:tab/>
      </w:r>
      <w:r>
        <w:rPr>
          <w:rFonts w:ascii="Calibri" w:hAnsi="Calibri"/>
          <w:b w:val="0"/>
          <w:i w:val="0"/>
          <w:color w:val="9A5B13"/>
          <w:sz w:val="20"/>
        </w:rPr>
        <w:t>[Recent program result two]</w:t>
      </w:r>
    </w:p>
    <w:p>
      <w:pPr>
        <w:tabs>
          <w:tab w:pos="403" w:val="left"/>
        </w:tabs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6B2233"/>
          <w:sz w:val="20"/>
        </w:rPr>
        <w:t>•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Our volunteers gave over </w:t>
      </w:r>
      <w:r>
        <w:rPr>
          <w:rFonts w:ascii="Calibri" w:hAnsi="Calibri"/>
          <w:b w:val="0"/>
          <w:i w:val="0"/>
          <w:color w:val="9A5B13"/>
          <w:sz w:val="20"/>
        </w:rPr>
        <w:t>[Volunteer hours last season]</w:t>
      </w:r>
      <w:r>
        <w:rPr>
          <w:rFonts w:ascii="Calibri" w:hAnsi="Calibri"/>
          <w:b w:val="0"/>
          <w:i w:val="0"/>
          <w:color w:val="333B44"/>
          <w:sz w:val="20"/>
        </w:rPr>
        <w:t xml:space="preserve"> hours across our programs last season, and gifts like yours kept every one of those hours free to attend.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We will send your next program update on </w:t>
      </w:r>
      <w:fldSimple w:instr=" MERGEFIELD &quot;Next Update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«Next Update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with photos and honest numbers, the good and the still-in-progress alike. Until then, thank you for standing with this work.</w:t>
      </w:r>
    </w:p>
    <w:p>
      <w:pPr>
        <w:spacing w:before="16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Gratefully,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[Membership director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Membership Director, </w:t>
      </w:r>
      <w:r>
        <w:rPr>
          <w:rFonts w:ascii="Calibri" w:hAnsi="Calibri"/>
          <w:b w:val="0"/>
          <w:i w:val="0"/>
          <w:color w:val="9A5B13"/>
          <w:sz w:val="18"/>
        </w:rPr>
        <w:t>[Organization name]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Donation Thank You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