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20"/>
        <w:jc w:val="center"/>
      </w:pPr>
      <w:r>
        <w:rPr>
          <w:rFonts w:ascii="Georgia" w:hAnsi="Georgia"/>
          <w:b/>
          <w:i w:val="0"/>
          <w:color w:val="9A5B13"/>
          <w:sz w:val="30"/>
          <w:caps/>
          <w:spacing w:val="30"/>
        </w:rPr>
        <w:t>[Organization name]</w:t>
      </w:r>
    </w:p>
    <w:p>
      <w:pPr>
        <w:spacing w:before="0" w:after="40"/>
        <w:jc w:val="center"/>
      </w:pPr>
      <w:r>
        <w:rPr>
          <w:rFonts w:ascii="Calibri" w:hAnsi="Calibri"/>
          <w:b w:val="0"/>
          <w:i/>
          <w:color w:val="9A5B13"/>
          <w:sz w:val="17"/>
        </w:rPr>
        <w:t>[Organization tagline]</w:t>
      </w:r>
    </w:p>
    <w:p>
      <w:pPr>
        <w:spacing w:before="0" w:after="120"/>
        <w:jc w:val="center"/>
      </w:pPr>
      <w:r>
        <w:rPr>
          <w:rFonts w:ascii="Calibri" w:hAnsi="Calibri"/>
          <w:b w:val="0"/>
          <w:i w:val="0"/>
          <w:color w:val="9A5B13"/>
          <w:sz w:val="17"/>
        </w:rPr>
        <w:t>[Organization address]</w:t>
      </w:r>
      <w:r>
        <w:rPr>
          <w:rFonts w:ascii="Calibri" w:hAnsi="Calibri"/>
          <w:b w:val="0"/>
          <w:i w:val="0"/>
          <w:color w:val="5F6B76"/>
          <w:sz w:val="17"/>
        </w:rPr>
        <w:t xml:space="preserve">   ·   </w:t>
      </w:r>
      <w:r>
        <w:rPr>
          <w:rFonts w:ascii="Calibri" w:hAnsi="Calibri"/>
          <w:b w:val="0"/>
          <w:i w:val="0"/>
          <w:color w:val="9A5B13"/>
          <w:sz w:val="17"/>
        </w:rPr>
        <w:t>[Membership email]</w:t>
      </w:r>
    </w:p>
    <w:p>
      <w:pPr>
        <w:spacing w:before="0" w:after="0" w:line="40" w:lineRule="exact"/>
        <w:pBdr>
          <w:bottom w:val="single" w:sz="14" w:space="1" w:color="6B2233"/>
        </w:pBdr>
      </w:pPr>
    </w:p>
    <w:p>
      <w:pPr>
        <w:spacing w:before="0" w:after="160" w:line="40" w:lineRule="exact"/>
        <w:pBdr>
          <w:bottom w:val="single" w:sz="4" w:space="1" w:color="D8CDC2"/>
        </w:pBdr>
      </w:pPr>
    </w:p>
    <w:p>
      <w:pPr>
        <w:spacing w:before="40" w:after="240"/>
      </w:pPr>
      <w:r>
        <w:rPr>
          <w:rFonts w:ascii="Calibri" w:hAnsi="Calibri"/>
          <w:b w:val="0"/>
          <w:i w:val="0"/>
          <w:color w:val="9A5B13"/>
          <w:sz w:val="21"/>
        </w:rPr>
        <w:t>[Letter date]</w:t>
      </w:r>
    </w:p>
    <w:p>
      <w:pPr>
        <w:spacing w:before="240" w:after="40"/>
        <w:jc w:val="center"/>
      </w:pPr>
      <w:r>
        <w:rPr>
          <w:rFonts w:ascii="Georgia" w:hAnsi="Georgia"/>
          <w:b/>
          <w:i w:val="0"/>
          <w:color w:val="6B2233"/>
          <w:sz w:val="27"/>
          <w:spacing w:val="44"/>
        </w:rPr>
        <w:t>NOTICE OF ANNUAL GENERAL MEETING</w:t>
      </w:r>
    </w:p>
    <w:p>
      <w:pPr>
        <w:spacing w:before="0" w:after="240"/>
        <w:jc w:val="center"/>
      </w:pPr>
      <w:r>
        <w:rPr>
          <w:rFonts w:ascii="Calibri" w:hAnsi="Calibri"/>
          <w:b w:val="0"/>
          <w:i/>
          <w:color w:val="5F6B76"/>
          <w:sz w:val="19"/>
        </w:rPr>
        <w:t xml:space="preserve">Formal notice to the members of </w:t>
      </w:r>
      <w:r>
        <w:rPr>
          <w:rFonts w:ascii="Calibri" w:hAnsi="Calibri"/>
          <w:b w:val="0"/>
          <w:i/>
          <w:color w:val="9A5B13"/>
          <w:sz w:val="19"/>
        </w:rPr>
        <w:t>[Organization name]</w:t>
      </w:r>
    </w:p>
    <w:p>
      <w:pPr>
        <w:spacing w:before="0" w:after="140" w:line="276" w:lineRule="auto"/>
      </w:pPr>
      <w:r>
        <w:rPr>
          <w:rFonts w:ascii="Calibri" w:hAnsi="Calibri"/>
          <w:b w:val="0"/>
          <w:i w:val="0"/>
          <w:color w:val="333B44"/>
          <w:sz w:val="21"/>
        </w:rPr>
        <w:t xml:space="preserve">Dear </w:t>
      </w:r>
      <w:fldSimple w:instr=" MERGEFIELD &quot;Member Name&quot; \* MERGEFORMAT ">
        <w:r>
          <w:rPr>
            <w:rFonts w:ascii="Calibri" w:hAnsi="Calibri"/>
            <w:b w:val="0"/>
            <w:i w:val="0"/>
            <w:color w:val="333B44"/>
            <w:sz w:val="21"/>
          </w:rPr>
          <w:t>«Member Name»</w:t>
        </w:r>
      </w:fldSimple>
      <w:r>
        <w:rPr>
          <w:rFonts w:ascii="Calibri" w:hAnsi="Calibri"/>
          <w:b w:val="0"/>
          <w:i w:val="0"/>
          <w:color w:val="333B44"/>
          <w:sz w:val="21"/>
        </w:rPr>
        <w:t>,</w:t>
      </w:r>
    </w:p>
    <w:p>
      <w:pPr>
        <w:spacing w:before="0" w:after="140" w:line="276" w:lineRule="auto"/>
      </w:pPr>
      <w:r>
        <w:rPr>
          <w:rFonts w:ascii="Calibri" w:hAnsi="Calibri"/>
          <w:b w:val="0"/>
          <w:i w:val="0"/>
          <w:color w:val="333B44"/>
          <w:sz w:val="21"/>
        </w:rPr>
        <w:t xml:space="preserve">Notice is hereby given that the Annual General Meeting of </w:t>
      </w:r>
      <w:r>
        <w:rPr>
          <w:rFonts w:ascii="Calibri" w:hAnsi="Calibri"/>
          <w:b w:val="0"/>
          <w:i w:val="0"/>
          <w:color w:val="9A5B13"/>
          <w:sz w:val="21"/>
        </w:rPr>
        <w:t>[Organization name]</w:t>
      </w:r>
      <w:r>
        <w:rPr>
          <w:rFonts w:ascii="Calibri" w:hAnsi="Calibri"/>
          <w:b w:val="0"/>
          <w:i w:val="0"/>
          <w:color w:val="333B44"/>
          <w:sz w:val="21"/>
        </w:rPr>
        <w:t xml:space="preserve"> will be held on </w:t>
      </w:r>
      <w:fldSimple w:instr=" MERGEFIELD &quot;Meeting Date&quot; \* MERGEFORMAT ">
        <w:r>
          <w:rPr>
            <w:rFonts w:ascii="Calibri" w:hAnsi="Calibri"/>
            <w:b w:val="0"/>
            <w:i w:val="0"/>
            <w:color w:val="333B44"/>
            <w:sz w:val="21"/>
          </w:rPr>
          <w:t>«Meeting Date»</w:t>
        </w:r>
      </w:fldSimple>
      <w:r>
        <w:rPr>
          <w:rFonts w:ascii="Calibri" w:hAnsi="Calibri"/>
          <w:b w:val="0"/>
          <w:i w:val="0"/>
          <w:color w:val="333B44"/>
          <w:sz w:val="21"/>
        </w:rPr>
        <w:t xml:space="preserve"> at </w:t>
      </w:r>
      <w:fldSimple w:instr=" MERGEFIELD &quot;Meeting Time&quot; \* MERGEFORMAT ">
        <w:r>
          <w:rPr>
            <w:rFonts w:ascii="Calibri" w:hAnsi="Calibri"/>
            <w:b w:val="0"/>
            <w:i w:val="0"/>
            <w:color w:val="333B44"/>
            <w:sz w:val="21"/>
          </w:rPr>
          <w:t>«Meeting Time»</w:t>
        </w:r>
      </w:fldSimple>
      <w:r>
        <w:rPr>
          <w:rFonts w:ascii="Calibri" w:hAnsi="Calibri"/>
          <w:b w:val="0"/>
          <w:i w:val="0"/>
          <w:color w:val="333B44"/>
          <w:sz w:val="21"/>
        </w:rPr>
        <w:t>, at the location set out below. All members are encouraged to attend and to vote.</w:t>
      </w:r>
    </w:p>
    <w:p>
      <w:pPr>
        <w:spacing w:before="200" w:after="80"/>
      </w:pPr>
      <w:r>
        <w:rPr>
          <w:rFonts w:ascii="Calibri" w:hAnsi="Calibri"/>
          <w:b/>
          <w:i w:val="0"/>
          <w:color w:val="6B2233"/>
          <w:sz w:val="18"/>
          <w:spacing w:val="24"/>
        </w:rPr>
        <w:t>MEETING PARTICULARS</w:t>
      </w:r>
    </w:p>
    <w:tbl>
      <w:tblPr>
        <w:tblW w:type="auto" w:w="0"/>
        <w:tblLayout w:type="fixed"/>
        <w:tblLook w:firstColumn="1" w:firstRow="1" w:lastColumn="0" w:lastRow="0" w:noHBand="0" w:noVBand="1" w:val="04A0"/>
        <w:tblBorders>
          <w:top w:val="single" w:sz="4" w:space="0" w:color="D8CDC2"/>
          <w:left w:val="single" w:sz="4" w:space="0" w:color="D8CDC2"/>
          <w:bottom w:val="single" w:sz="4" w:space="0" w:color="D8CDC2"/>
          <w:right w:val="single" w:sz="4" w:space="0" w:color="D8CDC2"/>
          <w:insideH w:val="single" w:sz="4" w:space="0" w:color="D8CDC2"/>
          <w:insideV w:val="single" w:sz="4" w:space="0" w:color="D8CDC2"/>
        </w:tblBorders>
        <w:tblCellMar>
          <w:top w:w="70" w:type="dxa"/>
          <w:bottom w:w="70" w:type="dxa"/>
          <w:left w:w="130" w:type="dxa"/>
          <w:right w:w="130" w:type="dxa"/>
        </w:tblCellMar>
      </w:tblPr>
      <w:tblGrid>
        <w:gridCol w:w="4896"/>
        <w:gridCol w:w="4896"/>
      </w:tblGrid>
      <w:tr>
        <w:tc>
          <w:tcPr>
            <w:tcW w:type="dxa" w:w="4896"/>
            <w:tcW w:w="3384" w:type="dxa"/>
            <w:shd w:val="clear" w:fill="EFE5D6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6B2233"/>
                <w:sz w:val="19"/>
              </w:rPr>
              <w:t>Meeting date</w:t>
            </w:r>
          </w:p>
        </w:tc>
        <w:tc>
          <w:tcPr>
            <w:tcW w:type="dxa" w:w="4896"/>
            <w:tcW w:w="6408" w:type="dxa"/>
            <w:shd w:val="clear" w:fill="EFE5D6"/>
          </w:tcPr>
          <w:p>
            <w:pPr>
              <w:spacing w:after="0"/>
            </w:pPr>
            <w:fldSimple w:instr=" MERGEFIELD &quot;Meeting Date&quot; \* MERGEFORMAT ">
              <w:r>
                <w:rPr>
                  <w:rFonts w:ascii="Calibri" w:hAnsi="Calibri"/>
                  <w:b/>
                  <w:i w:val="0"/>
                  <w:color w:val="333B44"/>
                  <w:sz w:val="21"/>
                </w:rPr>
                <w:t>«Meeting Date»</w:t>
              </w:r>
            </w:fldSimple>
          </w:p>
        </w:tc>
      </w:tr>
      <w:tr>
        <w:tc>
          <w:tcPr>
            <w:tcW w:type="dxa" w:w="4896"/>
            <w:tcW w:w="3384" w:type="dxa"/>
            <w:shd w:val="clear" w:fill="F6F1EA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5F6B76"/>
                <w:sz w:val="19"/>
              </w:rPr>
              <w:t>Meeting time</w:t>
            </w:r>
          </w:p>
        </w:tc>
        <w:tc>
          <w:tcPr>
            <w:tcW w:type="dxa" w:w="4896"/>
            <w:tcW w:w="6408" w:type="dxa"/>
          </w:tcPr>
          <w:p>
            <w:pPr>
              <w:spacing w:after="0"/>
            </w:pPr>
            <w:fldSimple w:instr=" MERGEFIELD &quot;Meeting Time&quot; \* MERGEFORMAT ">
              <w:r>
                <w:rPr>
                  <w:rFonts w:ascii="Calibri" w:hAnsi="Calibri"/>
                  <w:b w:val="0"/>
                  <w:i w:val="0"/>
                  <w:color w:val="333B44"/>
                  <w:sz w:val="21"/>
                </w:rPr>
                <w:t>«Meeting Time»</w:t>
              </w:r>
            </w:fldSimple>
          </w:p>
        </w:tc>
      </w:tr>
      <w:tr>
        <w:tc>
          <w:tcPr>
            <w:tcW w:type="dxa" w:w="4896"/>
            <w:tcW w:w="3384" w:type="dxa"/>
            <w:shd w:val="clear" w:fill="F6F1EA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5F6B76"/>
                <w:sz w:val="19"/>
              </w:rPr>
              <w:t>Venue</w:t>
            </w:r>
          </w:p>
        </w:tc>
        <w:tc>
          <w:tcPr>
            <w:tcW w:type="dxa" w:w="4896"/>
            <w:tcW w:w="6408" w:type="dxa"/>
          </w:tcPr>
          <w:p>
            <w:pPr>
              <w:spacing w:after="0"/>
            </w:pPr>
            <w:fldSimple w:instr=" MERGEFIELD &quot;Venue Name&quot; \* MERGEFORMAT ">
              <w:r>
                <w:rPr>
                  <w:rFonts w:ascii="Calibri" w:hAnsi="Calibri"/>
                  <w:b w:val="0"/>
                  <w:i w:val="0"/>
                  <w:color w:val="333B44"/>
                  <w:sz w:val="21"/>
                </w:rPr>
                <w:t>«Venue Name»</w:t>
              </w:r>
            </w:fldSimple>
          </w:p>
        </w:tc>
      </w:tr>
      <w:tr>
        <w:tc>
          <w:tcPr>
            <w:tcW w:type="dxa" w:w="4896"/>
            <w:tcW w:w="3384" w:type="dxa"/>
            <w:shd w:val="clear" w:fill="F6F1EA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5F6B76"/>
                <w:sz w:val="19"/>
              </w:rPr>
              <w:t>Address</w:t>
            </w:r>
          </w:p>
        </w:tc>
        <w:tc>
          <w:tcPr>
            <w:tcW w:type="dxa" w:w="4896"/>
            <w:tcW w:w="6408" w:type="dxa"/>
          </w:tcPr>
          <w:p>
            <w:pPr>
              <w:spacing w:after="0"/>
            </w:pPr>
            <w:fldSimple w:instr=" MERGEFIELD &quot;Venue Address&quot; \* MERGEFORMAT ">
              <w:r>
                <w:rPr>
                  <w:rFonts w:ascii="Calibri" w:hAnsi="Calibri"/>
                  <w:b w:val="0"/>
                  <w:i w:val="0"/>
                  <w:color w:val="333B44"/>
                  <w:sz w:val="21"/>
                </w:rPr>
                <w:t>«Venue Address»</w:t>
              </w:r>
            </w:fldSimple>
          </w:p>
        </w:tc>
      </w:tr>
    </w:tbl>
    <w:p>
      <w:pPr>
        <w:spacing w:before="0" w:after="40"/>
      </w:pPr>
    </w:p>
    <w:p>
      <w:pPr>
        <w:spacing w:before="200" w:after="80"/>
      </w:pPr>
      <w:r>
        <w:rPr>
          <w:rFonts w:ascii="Calibri" w:hAnsi="Calibri"/>
          <w:b/>
          <w:i w:val="0"/>
          <w:color w:val="6B2233"/>
          <w:sz w:val="18"/>
          <w:spacing w:val="24"/>
        </w:rPr>
        <w:t>AGENDA</w:t>
      </w:r>
    </w:p>
    <w:p>
      <w:pPr>
        <w:tabs>
          <w:tab w:pos="432" w:val="left"/>
        </w:tabs>
        <w:spacing w:before="0" w:after="60" w:line="276" w:lineRule="auto"/>
        <w:ind w:left="432" w:hanging="317"/>
      </w:pPr>
      <w:r>
        <w:rPr>
          <w:rFonts w:ascii="Calibri" w:hAnsi="Calibri"/>
          <w:b/>
          <w:i w:val="0"/>
          <w:color w:val="6B2233"/>
          <w:sz w:val="20"/>
        </w:rPr>
        <w:t>1.</w:t>
        <w:tab/>
      </w:r>
      <w:r>
        <w:rPr>
          <w:rFonts w:ascii="Calibri" w:hAnsi="Calibri"/>
          <w:b w:val="0"/>
          <w:i w:val="0"/>
          <w:color w:val="333B44"/>
          <w:sz w:val="20"/>
        </w:rPr>
        <w:t>Call to order and confirmation of quorum</w:t>
      </w:r>
    </w:p>
    <w:p>
      <w:pPr>
        <w:tabs>
          <w:tab w:pos="432" w:val="left"/>
        </w:tabs>
        <w:spacing w:before="0" w:after="60" w:line="276" w:lineRule="auto"/>
        <w:ind w:left="432" w:hanging="317"/>
      </w:pPr>
      <w:r>
        <w:rPr>
          <w:rFonts w:ascii="Calibri" w:hAnsi="Calibri"/>
          <w:b/>
          <w:i w:val="0"/>
          <w:color w:val="6B2233"/>
          <w:sz w:val="20"/>
        </w:rPr>
        <w:t>2.</w:t>
        <w:tab/>
      </w:r>
      <w:r>
        <w:rPr>
          <w:rFonts w:ascii="Calibri" w:hAnsi="Calibri"/>
          <w:b w:val="0"/>
          <w:i w:val="0"/>
          <w:color w:val="333B44"/>
          <w:sz w:val="20"/>
        </w:rPr>
        <w:t>Approval of the minutes of the previous annual general meeting</w:t>
      </w:r>
    </w:p>
    <w:p>
      <w:pPr>
        <w:tabs>
          <w:tab w:pos="432" w:val="left"/>
        </w:tabs>
        <w:spacing w:before="0" w:after="60" w:line="276" w:lineRule="auto"/>
        <w:ind w:left="432" w:hanging="317"/>
      </w:pPr>
      <w:r>
        <w:rPr>
          <w:rFonts w:ascii="Calibri" w:hAnsi="Calibri"/>
          <w:b/>
          <w:i w:val="0"/>
          <w:color w:val="6B2233"/>
          <w:sz w:val="20"/>
        </w:rPr>
        <w:t>3.</w:t>
        <w:tab/>
      </w:r>
      <w:r>
        <w:rPr>
          <w:rFonts w:ascii="Calibri" w:hAnsi="Calibri"/>
          <w:b w:val="0"/>
          <w:i w:val="0"/>
          <w:color w:val="333B44"/>
          <w:sz w:val="20"/>
        </w:rPr>
        <w:t>President's report and treasurer's report</w:t>
      </w:r>
    </w:p>
    <w:p>
      <w:pPr>
        <w:tabs>
          <w:tab w:pos="432" w:val="left"/>
        </w:tabs>
        <w:spacing w:before="0" w:after="60" w:line="276" w:lineRule="auto"/>
        <w:ind w:left="432" w:hanging="317"/>
      </w:pPr>
      <w:r>
        <w:rPr>
          <w:rFonts w:ascii="Calibri" w:hAnsi="Calibri"/>
          <w:b/>
          <w:i w:val="0"/>
          <w:color w:val="6B2233"/>
          <w:sz w:val="20"/>
        </w:rPr>
        <w:t>4.</w:t>
        <w:tab/>
      </w:r>
      <w:r>
        <w:rPr>
          <w:rFonts w:ascii="Calibri" w:hAnsi="Calibri"/>
          <w:b w:val="0"/>
          <w:i w:val="0"/>
          <w:color w:val="333B44"/>
          <w:sz w:val="20"/>
        </w:rPr>
        <w:t>Election of officers and directors</w:t>
      </w:r>
    </w:p>
    <w:p>
      <w:pPr>
        <w:tabs>
          <w:tab w:pos="432" w:val="left"/>
        </w:tabs>
        <w:spacing w:before="0" w:after="60" w:line="276" w:lineRule="auto"/>
        <w:ind w:left="432" w:hanging="317"/>
      </w:pPr>
      <w:r>
        <w:rPr>
          <w:rFonts w:ascii="Calibri" w:hAnsi="Calibri"/>
          <w:b/>
          <w:i w:val="0"/>
          <w:color w:val="6B2233"/>
          <w:sz w:val="20"/>
        </w:rPr>
        <w:t>5.</w:t>
        <w:tab/>
      </w:r>
      <w:r>
        <w:rPr>
          <w:rFonts w:ascii="Calibri" w:hAnsi="Calibri"/>
          <w:b w:val="0"/>
          <w:i w:val="0"/>
          <w:color w:val="333B44"/>
          <w:sz w:val="20"/>
        </w:rPr>
        <w:t xml:space="preserve">Consideration and vote: </w:t>
      </w:r>
      <w:fldSimple w:instr=" MERGEFIELD &quot;Voting Item&quot; \* MERGEFORMAT ">
        <w:r>
          <w:rPr>
            <w:rFonts w:ascii="Calibri" w:hAnsi="Calibri"/>
            <w:b w:val="0"/>
            <w:i w:val="0"/>
            <w:color w:val="333B44"/>
            <w:sz w:val="20"/>
          </w:rPr>
          <w:t>«Voting Item»</w:t>
        </w:r>
      </w:fldSimple>
    </w:p>
    <w:p>
      <w:pPr>
        <w:tabs>
          <w:tab w:pos="432" w:val="left"/>
        </w:tabs>
        <w:spacing w:before="0" w:after="60" w:line="276" w:lineRule="auto"/>
        <w:ind w:left="432" w:hanging="317"/>
      </w:pPr>
      <w:r>
        <w:rPr>
          <w:rFonts w:ascii="Calibri" w:hAnsi="Calibri"/>
          <w:b/>
          <w:i w:val="0"/>
          <w:color w:val="6B2233"/>
          <w:sz w:val="20"/>
        </w:rPr>
        <w:t>6.</w:t>
        <w:tab/>
      </w:r>
      <w:r>
        <w:rPr>
          <w:rFonts w:ascii="Calibri" w:hAnsi="Calibri"/>
          <w:b w:val="0"/>
          <w:i w:val="0"/>
          <w:color w:val="333B44"/>
          <w:sz w:val="20"/>
        </w:rPr>
        <w:t>Member questions and adjournment</w:t>
      </w:r>
    </w:p>
    <w:p>
      <w:pPr>
        <w:spacing w:before="100" w:after="180" w:line="276" w:lineRule="auto"/>
        <w:ind w:left="317" w:right="504"/>
        <w:pBdr>
          <w:left w:val="single" w:sz="12" w:space="8" w:color="6B2233"/>
        </w:pBdr>
      </w:pPr>
      <w:r>
        <w:rPr>
          <w:rFonts w:ascii="Calibri" w:hAnsi="Calibri"/>
          <w:b w:val="0"/>
          <w:i w:val="0"/>
          <w:color w:val="333B44"/>
          <w:sz w:val="19"/>
        </w:rPr>
        <w:t xml:space="preserve">Quorum and proxies: </w:t>
      </w:r>
      <w:r>
        <w:rPr>
          <w:rFonts w:ascii="Calibri" w:hAnsi="Calibri"/>
          <w:b w:val="0"/>
          <w:i w:val="0"/>
          <w:color w:val="9A5B13"/>
          <w:sz w:val="19"/>
        </w:rPr>
        <w:t>[Quorum statement]</w:t>
      </w:r>
      <w:r>
        <w:rPr>
          <w:rFonts w:ascii="Calibri" w:hAnsi="Calibri"/>
          <w:b w:val="0"/>
          <w:i w:val="0"/>
          <w:color w:val="333B44"/>
          <w:sz w:val="19"/>
        </w:rPr>
        <w:t xml:space="preserve">. Members unable to attend may appoint a proxy in writing; proxy forms are available from </w:t>
      </w:r>
      <w:r>
        <w:rPr>
          <w:rFonts w:ascii="Calibri" w:hAnsi="Calibri"/>
          <w:b w:val="0"/>
          <w:i w:val="0"/>
          <w:color w:val="9A5B13"/>
          <w:sz w:val="19"/>
        </w:rPr>
        <w:t>[Membership email]</w:t>
      </w:r>
      <w:r>
        <w:rPr>
          <w:rFonts w:ascii="Calibri" w:hAnsi="Calibri"/>
          <w:b w:val="0"/>
          <w:i w:val="0"/>
          <w:color w:val="333B44"/>
          <w:sz w:val="19"/>
        </w:rPr>
        <w:t xml:space="preserve"> and must be received by </w:t>
      </w:r>
      <w:fldSimple w:instr=" MERGEFIELD &quot;RSVP Deadline&quot; \* MERGEFORMAT ">
        <w:r>
          <w:rPr>
            <w:rFonts w:ascii="Calibri" w:hAnsi="Calibri"/>
            <w:b w:val="0"/>
            <w:i w:val="0"/>
            <w:color w:val="333B44"/>
            <w:sz w:val="19"/>
          </w:rPr>
          <w:t>«RSVP Deadline»</w:t>
        </w:r>
      </w:fldSimple>
      <w:r>
        <w:rPr>
          <w:rFonts w:ascii="Calibri" w:hAnsi="Calibri"/>
          <w:b w:val="0"/>
          <w:i w:val="0"/>
          <w:color w:val="333B44"/>
          <w:sz w:val="19"/>
        </w:rPr>
        <w:t>.</w:t>
      </w:r>
    </w:p>
    <w:p>
      <w:pPr>
        <w:spacing w:before="0" w:after="140" w:line="276" w:lineRule="auto"/>
      </w:pPr>
      <w:r>
        <w:rPr>
          <w:rFonts w:ascii="Calibri" w:hAnsi="Calibri"/>
          <w:b w:val="0"/>
          <w:i w:val="0"/>
          <w:color w:val="333B44"/>
          <w:sz w:val="21"/>
        </w:rPr>
        <w:t xml:space="preserve">So that we can plan seating and materials, please confirm your attendance by </w:t>
      </w:r>
      <w:fldSimple w:instr=" MERGEFIELD &quot;RSVP Deadline&quot; \* MERGEFORMAT ">
        <w:r>
          <w:rPr>
            <w:rFonts w:ascii="Calibri" w:hAnsi="Calibri"/>
            <w:b w:val="0"/>
            <w:i w:val="0"/>
            <w:color w:val="333B44"/>
            <w:sz w:val="21"/>
          </w:rPr>
          <w:t>«RSVP Deadline»</w:t>
        </w:r>
      </w:fldSimple>
      <w:r>
        <w:rPr>
          <w:rFonts w:ascii="Calibri" w:hAnsi="Calibri"/>
          <w:b w:val="0"/>
          <w:i w:val="0"/>
          <w:color w:val="333B44"/>
          <w:sz w:val="21"/>
        </w:rPr>
        <w:t xml:space="preserve"> at </w:t>
      </w:r>
      <w:r>
        <w:rPr>
          <w:rFonts w:ascii="Calibri" w:hAnsi="Calibri"/>
          <w:b w:val="0"/>
          <w:i w:val="0"/>
          <w:color w:val="9A5B13"/>
          <w:sz w:val="21"/>
        </w:rPr>
        <w:t>[Membership email]</w:t>
      </w:r>
      <w:r>
        <w:rPr>
          <w:rFonts w:ascii="Calibri" w:hAnsi="Calibri"/>
          <w:b w:val="0"/>
          <w:i w:val="0"/>
          <w:color w:val="333B44"/>
          <w:sz w:val="21"/>
        </w:rPr>
        <w:t>.</w:t>
      </w:r>
    </w:p>
    <w:p>
      <w:pPr>
        <w:spacing w:before="160" w:after="400"/>
        <w:keepNext/>
      </w:pPr>
      <w:r>
        <w:rPr>
          <w:rFonts w:ascii="Calibri" w:hAnsi="Calibri"/>
          <w:b w:val="0"/>
          <w:i w:val="0"/>
          <w:color w:val="333B44"/>
          <w:sz w:val="21"/>
        </w:rPr>
        <w:t>By order of the board,</w:t>
      </w:r>
    </w:p>
    <w:p>
      <w:pPr>
        <w:spacing w:before="0" w:after="40"/>
        <w:ind w:right="5616"/>
        <w:pBdr>
          <w:bottom w:val="single" w:sz="6" w:space="1" w:color="333B44"/>
        </w:pBdr>
        <w:keepNext/>
      </w:pPr>
    </w:p>
    <w:p>
      <w:pPr>
        <w:spacing w:before="0" w:after="0"/>
        <w:keepNext/>
      </w:pPr>
      <w:r>
        <w:rPr>
          <w:rFonts w:ascii="Calibri" w:hAnsi="Calibri"/>
          <w:b/>
          <w:i w:val="0"/>
          <w:color w:val="9A5B13"/>
          <w:sz w:val="21"/>
        </w:rPr>
        <w:t>[Membership director name]</w:t>
      </w:r>
    </w:p>
    <w:p>
      <w:pPr>
        <w:spacing w:before="0" w:after="0"/>
      </w:pPr>
      <w:r>
        <w:rPr>
          <w:rFonts w:ascii="Calibri" w:hAnsi="Calibri"/>
          <w:b w:val="0"/>
          <w:i w:val="0"/>
          <w:color w:val="5F6B76"/>
          <w:sz w:val="18"/>
        </w:rPr>
        <w:t xml:space="preserve">Membership Director, </w:t>
      </w:r>
      <w:r>
        <w:rPr>
          <w:rFonts w:ascii="Calibri" w:hAnsi="Calibri"/>
          <w:b w:val="0"/>
          <w:i w:val="0"/>
          <w:color w:val="9A5B13"/>
          <w:sz w:val="18"/>
        </w:rPr>
        <w:t>[Organization name]</w:t>
      </w:r>
    </w:p>
    <w:p>
      <w:pPr>
        <w:spacing w:before="240" w:after="0"/>
        <w:jc w:val="center"/>
      </w:pPr>
      <w:r>
        <w:rPr>
          <w:rFonts w:ascii="Calibri" w:hAnsi="Calibri"/>
          <w:b w:val="0"/>
          <w:i/>
          <w:color w:val="5F6B76"/>
          <w:sz w:val="16"/>
        </w:rPr>
        <w:t>This notice is general information, not legal advice. Meeting notice, quorum, proxy, and voting requirements vary by your bylaws and by country and region; review them with a professional.</w:t>
      </w:r>
    </w:p>
    <w:sectPr w:rsidR="00FC693F" w:rsidRPr="0006063C" w:rsidSect="00034616">
      <w:pgSz w:w="12240" w:h="15840"/>
      <w:pgMar w:top="1008" w:right="1224" w:bottom="792" w:left="122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color w:val="333B44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Annual General Meeting Notice</dc:title>
  <dc:subject/>
  <dc:creator>MailMergic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