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Georgia" w:hAnsi="Georgia"/>
          <w:b/>
          <w:i w:val="0"/>
          <w:color w:val="9A5B13"/>
          <w:sz w:val="30"/>
          <w:caps/>
          <w:spacing w:val="30"/>
        </w:rPr>
        <w:t>[Your name or company]</w:t>
      </w:r>
    </w:p>
    <w:p>
      <w:pPr>
        <w:spacing w:before="0" w:after="160"/>
        <w:jc w:val="center"/>
        <w:pBdr>
          <w:bottom w:val="single" w:sz="14" w:space="6" w:color="1F3A56"/>
        </w:pBdr>
      </w:pPr>
      <w:r>
        <w:rPr>
          <w:rFonts w:ascii="Calibri" w:hAnsi="Calibri"/>
          <w:b w:val="0"/>
          <w:i w:val="0"/>
          <w:color w:val="9A5B13"/>
          <w:sz w:val="17"/>
        </w:rPr>
        <w:t>[Street address, City, State ZIP]</w:t>
      </w:r>
      <w:r>
        <w:rPr>
          <w:rFonts w:ascii="Calibri" w:hAnsi="Calibri"/>
          <w:b w:val="0"/>
          <w:i w:val="0"/>
          <w:color w:val="5F6B76"/>
          <w:sz w:val="17"/>
        </w:rPr>
        <w:t xml:space="preserve">   ·   </w:t>
      </w:r>
      <w:r>
        <w:rPr>
          <w:rFonts w:ascii="Calibri" w:hAnsi="Calibri"/>
          <w:b w:val="0"/>
          <w:i w:val="0"/>
          <w:color w:val="9A5B13"/>
          <w:sz w:val="17"/>
        </w:rPr>
        <w:t>[Phone]</w:t>
      </w:r>
      <w:r>
        <w:rPr>
          <w:rFonts w:ascii="Calibri" w:hAnsi="Calibri"/>
          <w:b w:val="0"/>
          <w:i w:val="0"/>
          <w:color w:val="5F6B76"/>
          <w:sz w:val="17"/>
        </w:rPr>
        <w:t xml:space="preserve">   ·   </w:t>
      </w:r>
      <w:r>
        <w:rPr>
          <w:rFonts w:ascii="Calibri" w:hAnsi="Calibri"/>
          <w:b w:val="0"/>
          <w:i w:val="0"/>
          <w:color w:val="9A5B13"/>
          <w:sz w:val="17"/>
        </w:rPr>
        <w:t>[Email]</w:t>
      </w:r>
    </w:p>
    <w:p>
      <w:pPr>
        <w:spacing w:before="0" w:after="0" w:line="40" w:lineRule="exact"/>
        <w:pBdr>
          <w:bottom w:val="single" w:sz="4" w:space="1" w:color="C9D2DC"/>
        </w:pBdr>
      </w:pPr>
    </w:p>
    <w:p>
      <w:pPr>
        <w:spacing w:before="40" w:after="200"/>
      </w:pPr>
      <w:r>
        <w:rPr>
          <w:rFonts w:ascii="Calibri" w:hAnsi="Calibri"/>
          <w:b w:val="0"/>
          <w:i w:val="0"/>
          <w:color w:val="9A5B13"/>
          <w:sz w:val="21"/>
        </w:rPr>
        <w:t>[Notice date]</w:t>
      </w:r>
    </w:p>
    <w:p>
      <w:pPr>
        <w:spacing w:before="0" w:after="0"/>
      </w:pPr>
      <w:fldSimple w:instr=" MERGEFIELD &quot;Tenant Name&quot; \* MERGEFORMAT ">
        <w:r>
          <w:rPr>
            <w:rFonts w:ascii="Calibri" w:hAnsi="Calibri"/>
            <w:b/>
            <w:i w:val="0"/>
            <w:color w:val="333B44"/>
            <w:sz w:val="21"/>
          </w:rPr>
          <w:t>«Tenant Name»</w:t>
        </w:r>
      </w:fldSimple>
    </w:p>
    <w:p>
      <w:pPr>
        <w:spacing w:before="0" w:after="240"/>
      </w:pPr>
      <w:fldSimple w:instr=" MERGEFIELD &quot;Property Address&quot; \* MERGEFORMAT ">
        <w:r>
          <w:rPr>
            <w:rFonts w:ascii="Calibri" w:hAnsi="Calibri"/>
            <w:b w:val="0"/>
            <w:i w:val="0"/>
            <w:color w:val="333B44"/>
            <w:sz w:val="21"/>
          </w:rPr>
          <w:t>«Property Address»</w:t>
        </w:r>
      </w:fldSimple>
    </w:p>
    <w:p>
      <w:pPr>
        <w:spacing w:before="280" w:after="40"/>
        <w:jc w:val="center"/>
      </w:pPr>
      <w:r>
        <w:rPr>
          <w:rFonts w:ascii="Georgia" w:hAnsi="Georgia"/>
          <w:b/>
          <w:i w:val="0"/>
          <w:color w:val="1F3A56"/>
          <w:sz w:val="27"/>
          <w:spacing w:val="44"/>
        </w:rPr>
        <w:t>NOTICE OF RENT INCREASE</w:t>
      </w:r>
    </w:p>
    <w:p>
      <w:pPr>
        <w:spacing w:before="0" w:after="240"/>
        <w:jc w:val="center"/>
      </w:pPr>
      <w:r>
        <w:rPr>
          <w:rFonts w:ascii="Calibri" w:hAnsi="Calibri"/>
          <w:b w:val="0"/>
          <w:i/>
          <w:color w:val="5F6B76"/>
          <w:sz w:val="19"/>
        </w:rPr>
        <w:t xml:space="preserve">RE: Notice of rent increase for the premises at </w:t>
      </w:r>
      <w:fldSimple w:instr=" MERGEFIELD &quot;Property Address&quot; \* MERGEFORMAT ">
        <w:r>
          <w:rPr>
            <w:rFonts w:ascii="Calibri" w:hAnsi="Calibri"/>
            <w:b w:val="0"/>
            <w:i/>
            <w:color w:val="5F6B76"/>
            <w:sz w:val="19"/>
          </w:rPr>
          <w:t>«Property Address»</w:t>
        </w:r>
      </w:fldSimple>
    </w:p>
    <w:p>
      <w:pPr>
        <w:spacing w:before="0" w:after="140" w:line="276" w:lineRule="auto"/>
      </w:pPr>
      <w:r>
        <w:rPr>
          <w:rFonts w:ascii="Calibri" w:hAnsi="Calibri"/>
          <w:b w:val="0"/>
          <w:i w:val="0"/>
          <w:color w:val="333B44"/>
          <w:sz w:val="21"/>
        </w:rPr>
        <w:t xml:space="preserve">Dear </w:t>
      </w:r>
      <w:fldSimple w:instr=" MERGEFIELD &quot;Tenant Name&quot; \* MERGEFORMAT ">
        <w:r>
          <w:rPr>
            <w:rFonts w:ascii="Calibri" w:hAnsi="Calibri"/>
            <w:b w:val="0"/>
            <w:i w:val="0"/>
            <w:color w:val="333B44"/>
            <w:sz w:val="21"/>
          </w:rPr>
          <w:t>«Tenant Name»</w:t>
        </w:r>
      </w:fldSimple>
      <w:r>
        <w:rPr>
          <w:rFonts w:ascii="Calibri" w:hAnsi="Calibri"/>
          <w:b w:val="0"/>
          <w:i w:val="0"/>
          <w:color w:val="333B44"/>
          <w:sz w:val="21"/>
        </w:rPr>
        <w:t xml:space="preserve"> and all other tenants in possession of the premises,</w:t>
      </w:r>
    </w:p>
    <w:p>
      <w:pPr>
        <w:spacing w:before="0" w:after="140" w:line="276" w:lineRule="auto"/>
      </w:pPr>
      <w:r>
        <w:rPr>
          <w:rFonts w:ascii="Calibri" w:hAnsi="Calibri"/>
          <w:b w:val="0"/>
          <w:i w:val="0"/>
          <w:color w:val="333B44"/>
          <w:sz w:val="21"/>
        </w:rPr>
        <w:t xml:space="preserve">This letter serves as formal notice from </w:t>
      </w:r>
      <w:r>
        <w:rPr>
          <w:rFonts w:ascii="Calibri" w:hAnsi="Calibri"/>
          <w:b w:val="0"/>
          <w:i w:val="0"/>
          <w:color w:val="9A5B13"/>
          <w:sz w:val="21"/>
        </w:rPr>
        <w:t>[Landlord or company name]</w:t>
      </w:r>
      <w:r>
        <w:rPr>
          <w:rFonts w:ascii="Calibri" w:hAnsi="Calibri"/>
          <w:b w:val="0"/>
          <w:i w:val="0"/>
          <w:color w:val="333B44"/>
          <w:sz w:val="21"/>
        </w:rPr>
        <w:t xml:space="preserve"> that the monthly rent for the residential premises you occupy at </w:t>
      </w:r>
      <w:fldSimple w:instr=" MERGEFIELD &quot;Property Address&quot; \* MERGEFORMAT ">
        <w:r>
          <w:rPr>
            <w:rFonts w:ascii="Calibri" w:hAnsi="Calibri"/>
            <w:b w:val="0"/>
            <w:i w:val="0"/>
            <w:color w:val="333B44"/>
            <w:sz w:val="21"/>
          </w:rPr>
          <w:t>«Property Address»</w:t>
        </w:r>
      </w:fldSimple>
      <w:r>
        <w:rPr>
          <w:rFonts w:ascii="Calibri" w:hAnsi="Calibri"/>
          <w:b w:val="0"/>
          <w:i w:val="0"/>
          <w:color w:val="333B44"/>
          <w:sz w:val="21"/>
        </w:rPr>
        <w:t xml:space="preserve"> will be adjusted as described below, effective </w:t>
      </w:r>
      <w:fldSimple w:instr=" MERGEFIELD &quot;Effective Date&quot; \* MERGEFORMAT ">
        <w:r>
          <w:rPr>
            <w:rFonts w:ascii="Calibri" w:hAnsi="Calibri"/>
            <w:b w:val="0"/>
            <w:i w:val="0"/>
            <w:color w:val="333B44"/>
            <w:sz w:val="21"/>
          </w:rPr>
          <w:t>«Effective Date»</w:t>
        </w:r>
      </w:fldSimple>
      <w:r>
        <w:rPr>
          <w:rFonts w:ascii="Calibri" w:hAnsi="Calibri"/>
          <w:b w:val="0"/>
          <w:i w:val="0"/>
          <w:color w:val="333B44"/>
          <w:sz w:val="21"/>
        </w:rPr>
        <w:t>.</w:t>
      </w:r>
    </w:p>
    <w:p>
      <w:pPr>
        <w:spacing w:before="0" w:after="140" w:line="276" w:lineRule="auto"/>
      </w:pPr>
      <w:r>
        <w:rPr>
          <w:rFonts w:ascii="Calibri" w:hAnsi="Calibri"/>
          <w:b w:val="0"/>
          <w:i w:val="0"/>
          <w:color w:val="333B44"/>
          <w:sz w:val="21"/>
        </w:rPr>
        <w:t xml:space="preserve">We want to begin by thanking you for your tenancy and for the care you have taken of your home. Decisions about rent are not made lightly. This adjustment reflects </w:t>
      </w:r>
      <w:r>
        <w:rPr>
          <w:rFonts w:ascii="Calibri" w:hAnsi="Calibri"/>
          <w:b w:val="0"/>
          <w:i w:val="0"/>
          <w:color w:val="9A5B13"/>
          <w:sz w:val="21"/>
        </w:rPr>
        <w:t>[Reason for increase]</w:t>
      </w:r>
      <w:r>
        <w:rPr>
          <w:rFonts w:ascii="Calibri" w:hAnsi="Calibri"/>
          <w:b w:val="0"/>
          <w:i w:val="0"/>
          <w:color w:val="333B44"/>
          <w:sz w:val="21"/>
        </w:rPr>
        <w:t>.</w:t>
      </w:r>
    </w:p>
    <w:p>
      <w:pPr>
        <w:spacing w:before="200" w:after="80"/>
      </w:pPr>
      <w:r>
        <w:rPr>
          <w:rFonts w:ascii="Calibri" w:hAnsi="Calibri"/>
          <w:b/>
          <w:i w:val="0"/>
          <w:color w:val="1F3A56"/>
          <w:sz w:val="18"/>
          <w:spacing w:val="24"/>
        </w:rPr>
        <w:t>SUMMARY OF RENT ADJUSTMENT</w:t>
      </w:r>
    </w:p>
    <w:tbl>
      <w:tblPr>
        <w:tblW w:type="auto" w:w="0"/>
        <w:tblLayout w:type="fixed"/>
        <w:tblLook w:firstColumn="1" w:firstRow="1" w:lastColumn="0" w:lastRow="0" w:noHBand="0" w:noVBand="1" w:val="04A0"/>
        <w:tblBorders>
          <w:top w:val="single" w:sz="4" w:space="0" w:color="C9D2DC"/>
          <w:left w:val="single" w:sz="4" w:space="0" w:color="C9D2DC"/>
          <w:bottom w:val="single" w:sz="4" w:space="0" w:color="C9D2DC"/>
          <w:right w:val="single" w:sz="4" w:space="0" w:color="C9D2DC"/>
          <w:insideH w:val="single" w:sz="4" w:space="0" w:color="C9D2DC"/>
          <w:insideV w:val="single" w:sz="4" w:space="0" w:color="C9D2DC"/>
        </w:tblBorders>
        <w:tblCellMar>
          <w:top w:w="70" w:type="dxa"/>
          <w:bottom w:w="70" w:type="dxa"/>
          <w:left w:w="130" w:type="dxa"/>
          <w:right w:w="130" w:type="dxa"/>
        </w:tblCellMar>
      </w:tblPr>
      <w:tblGrid>
        <w:gridCol w:w="4896"/>
        <w:gridCol w:w="4896"/>
      </w:tblGrid>
      <w:tr>
        <w:tc>
          <w:tcPr>
            <w:tcW w:type="dxa" w:w="4896"/>
            <w:tcW w:w="3384" w:type="dxa"/>
            <w:shd w:val="clear" w:fill="EEF2F6"/>
          </w:tcPr>
          <w:p>
            <w:pPr>
              <w:spacing w:after="0"/>
            </w:pPr>
            <w:r>
              <w:rPr>
                <w:rFonts w:ascii="Calibri" w:hAnsi="Calibri"/>
                <w:b/>
                <w:i w:val="0"/>
                <w:color w:val="42505E"/>
                <w:sz w:val="19"/>
              </w:rPr>
              <w:t>Current monthly rent</w:t>
            </w:r>
          </w:p>
        </w:tc>
        <w:tc>
          <w:tcPr>
            <w:tcW w:type="dxa" w:w="4896"/>
            <w:tcW w:w="6408" w:type="dxa"/>
          </w:tcPr>
          <w:p>
            <w:pPr>
              <w:spacing w:after="0"/>
            </w:pPr>
            <w:fldSimple w:instr=" MERGEFIELD &quot;Current Rent&quot; \* MERGEFORMAT ">
              <w:r>
                <w:rPr>
                  <w:rFonts w:ascii="Calibri" w:hAnsi="Calibri"/>
                  <w:b w:val="0"/>
                  <w:i w:val="0"/>
                  <w:color w:val="333B44"/>
                  <w:sz w:val="21"/>
                </w:rPr>
                <w:t>«Current Rent»</w:t>
              </w:r>
            </w:fldSimple>
          </w:p>
        </w:tc>
      </w:tr>
      <w:tr>
        <w:tc>
          <w:tcPr>
            <w:tcW w:type="dxa" w:w="4896"/>
            <w:tcW w:w="3384" w:type="dxa"/>
            <w:shd w:val="clear" w:fill="E2EAF2"/>
          </w:tcPr>
          <w:p>
            <w:pPr>
              <w:spacing w:after="0"/>
            </w:pPr>
            <w:r>
              <w:rPr>
                <w:rFonts w:ascii="Calibri" w:hAnsi="Calibri"/>
                <w:b/>
                <w:i w:val="0"/>
                <w:color w:val="1F3A56"/>
                <w:sz w:val="19"/>
              </w:rPr>
              <w:t>New monthly rent</w:t>
            </w:r>
          </w:p>
        </w:tc>
        <w:tc>
          <w:tcPr>
            <w:tcW w:type="dxa" w:w="4896"/>
            <w:tcW w:w="6408" w:type="dxa"/>
            <w:shd w:val="clear" w:fill="E2EAF2"/>
          </w:tcPr>
          <w:p>
            <w:pPr>
              <w:spacing w:after="0"/>
            </w:pPr>
            <w:fldSimple w:instr=" MERGEFIELD &quot;New Rent&quot; \* MERGEFORMAT ">
              <w:r>
                <w:rPr>
                  <w:rFonts w:ascii="Calibri" w:hAnsi="Calibri"/>
                  <w:b/>
                  <w:i w:val="0"/>
                  <w:color w:val="333B44"/>
                  <w:sz w:val="21"/>
                </w:rPr>
                <w:t>«New Rent»</w:t>
              </w:r>
            </w:fldSimple>
          </w:p>
        </w:tc>
      </w:tr>
      <w:tr>
        <w:tc>
          <w:tcPr>
            <w:tcW w:type="dxa" w:w="4896"/>
            <w:tcW w:w="3384" w:type="dxa"/>
            <w:shd w:val="clear" w:fill="EEF2F6"/>
          </w:tcPr>
          <w:p>
            <w:pPr>
              <w:spacing w:after="0"/>
            </w:pPr>
            <w:r>
              <w:rPr>
                <w:rFonts w:ascii="Calibri" w:hAnsi="Calibri"/>
                <w:b/>
                <w:i w:val="0"/>
                <w:color w:val="42505E"/>
                <w:sz w:val="19"/>
              </w:rPr>
              <w:t>Effective date of new rent</w:t>
            </w:r>
          </w:p>
        </w:tc>
        <w:tc>
          <w:tcPr>
            <w:tcW w:type="dxa" w:w="4896"/>
            <w:tcW w:w="6408" w:type="dxa"/>
          </w:tcPr>
          <w:p>
            <w:pPr>
              <w:spacing w:after="0"/>
            </w:pPr>
            <w:fldSimple w:instr=" MERGEFIELD &quot;Effective Date&quot; \* MERGEFORMAT ">
              <w:r>
                <w:rPr>
                  <w:rFonts w:ascii="Calibri" w:hAnsi="Calibri"/>
                  <w:b w:val="0"/>
                  <w:i w:val="0"/>
                  <w:color w:val="333B44"/>
                  <w:sz w:val="21"/>
                </w:rPr>
                <w:t>«Effective Date»</w:t>
              </w:r>
            </w:fldSimple>
          </w:p>
        </w:tc>
      </w:tr>
      <w:tr>
        <w:tc>
          <w:tcPr>
            <w:tcW w:type="dxa" w:w="4896"/>
            <w:tcW w:w="3384" w:type="dxa"/>
            <w:shd w:val="clear" w:fill="EEF2F6"/>
          </w:tcPr>
          <w:p>
            <w:pPr>
              <w:spacing w:after="0"/>
            </w:pPr>
            <w:r>
              <w:rPr>
                <w:rFonts w:ascii="Calibri" w:hAnsi="Calibri"/>
                <w:b/>
                <w:i w:val="0"/>
                <w:color w:val="42505E"/>
                <w:sz w:val="19"/>
              </w:rPr>
              <w:t>Date of this notice</w:t>
            </w:r>
          </w:p>
        </w:tc>
        <w:tc>
          <w:tcPr>
            <w:tcW w:type="dxa" w:w="4896"/>
            <w:tcW w:w="6408" w:type="dxa"/>
          </w:tcPr>
          <w:p>
            <w:pPr>
              <w:spacing w:after="0"/>
            </w:pPr>
            <w:r>
              <w:rPr>
                <w:rFonts w:ascii="Calibri" w:hAnsi="Calibri"/>
                <w:b w:val="0"/>
                <w:i w:val="0"/>
                <w:color w:val="9A5B13"/>
                <w:sz w:val="21"/>
              </w:rPr>
              <w:t>[Notice date]</w:t>
            </w:r>
          </w:p>
        </w:tc>
      </w:tr>
      <w:tr>
        <w:tc>
          <w:tcPr>
            <w:tcW w:type="dxa" w:w="4896"/>
            <w:tcW w:w="3384" w:type="dxa"/>
            <w:shd w:val="clear" w:fill="EEF2F6"/>
          </w:tcPr>
          <w:p>
            <w:pPr>
              <w:spacing w:after="0"/>
            </w:pPr>
            <w:r>
              <w:rPr>
                <w:rFonts w:ascii="Calibri" w:hAnsi="Calibri"/>
                <w:b/>
                <w:i w:val="0"/>
                <w:color w:val="42505E"/>
                <w:sz w:val="19"/>
              </w:rPr>
              <w:t>Advance notice provided</w:t>
            </w:r>
          </w:p>
        </w:tc>
        <w:tc>
          <w:tcPr>
            <w:tcW w:type="dxa" w:w="4896"/>
            <w:tcW w:w="6408" w:type="dxa"/>
          </w:tcPr>
          <w:p>
            <w:pPr>
              <w:spacing w:after="0"/>
            </w:pPr>
            <w:r>
              <w:rPr>
                <w:rFonts w:ascii="Calibri" w:hAnsi="Calibri"/>
                <w:b w:val="0"/>
                <w:i w:val="0"/>
                <w:color w:val="333B44"/>
                <w:sz w:val="21"/>
              </w:rPr>
              <w:t xml:space="preserve">At least </w:t>
            </w:r>
            <w:r>
              <w:rPr>
                <w:rFonts w:ascii="Calibri" w:hAnsi="Calibri"/>
                <w:b w:val="0"/>
                <w:i w:val="0"/>
                <w:color w:val="9A5B13"/>
                <w:sz w:val="21"/>
              </w:rPr>
              <w:t>[Notice period]</w:t>
            </w:r>
            <w:r>
              <w:rPr>
                <w:rFonts w:ascii="Calibri" w:hAnsi="Calibri"/>
                <w:b w:val="0"/>
                <w:i w:val="0"/>
                <w:color w:val="333B44"/>
                <w:sz w:val="21"/>
              </w:rPr>
              <w:t xml:space="preserve"> days before the effective date</w:t>
            </w:r>
          </w:p>
        </w:tc>
      </w:tr>
    </w:tbl>
    <w:p>
      <w:pPr>
        <w:spacing w:before="0" w:after="40"/>
      </w:pPr>
    </w:p>
    <w:p>
      <w:pPr>
        <w:spacing w:before="0" w:after="140" w:line="276" w:lineRule="auto"/>
      </w:pPr>
      <w:r>
        <w:rPr>
          <w:rFonts w:ascii="Calibri" w:hAnsi="Calibri"/>
          <w:b w:val="0"/>
          <w:i w:val="0"/>
          <w:color w:val="333B44"/>
          <w:sz w:val="21"/>
        </w:rPr>
        <w:t xml:space="preserve">Beginning with the rental period starting on </w:t>
      </w:r>
      <w:fldSimple w:instr=" MERGEFIELD &quot;Effective Date&quot; \* MERGEFORMAT ">
        <w:r>
          <w:rPr>
            <w:rFonts w:ascii="Calibri" w:hAnsi="Calibri"/>
            <w:b w:val="0"/>
            <w:i w:val="0"/>
            <w:color w:val="333B44"/>
            <w:sz w:val="21"/>
          </w:rPr>
          <w:t>«Effective Date»</w:t>
        </w:r>
      </w:fldSimple>
      <w:r>
        <w:rPr>
          <w:rFonts w:ascii="Calibri" w:hAnsi="Calibri"/>
          <w:b w:val="0"/>
          <w:i w:val="0"/>
          <w:color w:val="333B44"/>
          <w:sz w:val="21"/>
        </w:rPr>
        <w:t xml:space="preserve">, the monthly rent will be </w:t>
      </w:r>
      <w:fldSimple w:instr=" MERGEFIELD &quot;New Rent&quot; \* MERGEFORMAT ">
        <w:r>
          <w:rPr>
            <w:rFonts w:ascii="Calibri" w:hAnsi="Calibri"/>
            <w:b w:val="0"/>
            <w:i w:val="0"/>
            <w:color w:val="333B44"/>
            <w:sz w:val="21"/>
          </w:rPr>
          <w:t>«New Rent»</w:t>
        </w:r>
      </w:fldSimple>
      <w:r>
        <w:rPr>
          <w:rFonts w:ascii="Calibri" w:hAnsi="Calibri"/>
          <w:b w:val="0"/>
          <w:i w:val="0"/>
          <w:color w:val="333B44"/>
          <w:sz w:val="21"/>
        </w:rPr>
        <w:t xml:space="preserve">. Until that date, your current rent of </w:t>
      </w:r>
      <w:fldSimple w:instr=" MERGEFIELD &quot;Current Rent&quot; \* MERGEFORMAT ">
        <w:r>
          <w:rPr>
            <w:rFonts w:ascii="Calibri" w:hAnsi="Calibri"/>
            <w:b w:val="0"/>
            <w:i w:val="0"/>
            <w:color w:val="333B44"/>
            <w:sz w:val="21"/>
          </w:rPr>
          <w:t>«Current Rent»</w:t>
        </w:r>
      </w:fldSimple>
      <w:r>
        <w:rPr>
          <w:rFonts w:ascii="Calibri" w:hAnsi="Calibri"/>
          <w:b w:val="0"/>
          <w:i w:val="0"/>
          <w:color w:val="333B44"/>
          <w:sz w:val="21"/>
        </w:rPr>
        <w:t xml:space="preserve"> remains due as usual. All other terms and conditions of your lease or rental agreement remain unchanged: your payment due date, security deposit, and all other rights and responsibilities stay exactly as they are. This notice changes the amount of monthly rent only.</w:t>
      </w:r>
    </w:p>
    <w:p>
      <w:pPr>
        <w:spacing w:before="0" w:after="140" w:line="276" w:lineRule="auto"/>
      </w:pPr>
      <w:r>
        <w:rPr>
          <w:rFonts w:ascii="Calibri" w:hAnsi="Calibri"/>
          <w:b w:val="0"/>
          <w:i w:val="0"/>
          <w:color w:val="333B44"/>
          <w:sz w:val="21"/>
        </w:rPr>
        <w:t xml:space="preserve">For rental periods beginning on or after </w:t>
      </w:r>
      <w:fldSimple w:instr=" MERGEFIELD &quot;Effective Date&quot; \* MERGEFORMAT ">
        <w:r>
          <w:rPr>
            <w:rFonts w:ascii="Calibri" w:hAnsi="Calibri"/>
            <w:b w:val="0"/>
            <w:i w:val="0"/>
            <w:color w:val="333B44"/>
            <w:sz w:val="21"/>
          </w:rPr>
          <w:t>«Effective Date»</w:t>
        </w:r>
      </w:fldSimple>
      <w:r>
        <w:rPr>
          <w:rFonts w:ascii="Calibri" w:hAnsi="Calibri"/>
          <w:b w:val="0"/>
          <w:i w:val="0"/>
          <w:color w:val="333B44"/>
          <w:sz w:val="21"/>
        </w:rPr>
        <w:t>, any payment of less than the new monthly rent may be treated as a partial payment, as permitted by the lease and applicable law. Updating your payment arrangements now will help you avoid any shortfall.</w:t>
      </w:r>
    </w:p>
    <w:p>
      <w:pPr>
        <w:spacing w:before="0" w:after="140" w:line="276" w:lineRule="auto"/>
      </w:pPr>
      <w:r>
        <w:rPr>
          <w:rFonts w:ascii="Calibri" w:hAnsi="Calibri"/>
          <w:b w:val="0"/>
          <w:i w:val="0"/>
          <w:color w:val="333B44"/>
          <w:sz w:val="21"/>
        </w:rPr>
        <w:t>We understand that a change in rent can affect household budgeting. If you anticipate any difficulty with this adjustment, or if you would like to discuss your lease, please contact our office. If you do not wish to continue your tenancy at the new rent, you may end your tenancy in accordance with your lease and applicable law; we are glad to talk through your options.</w:t>
      </w:r>
    </w:p>
    <w:p>
      <w:pPr>
        <w:spacing w:before="200" w:after="80"/>
      </w:pPr>
      <w:r>
        <w:rPr>
          <w:rFonts w:ascii="Calibri" w:hAnsi="Calibri"/>
          <w:b/>
          <w:i w:val="0"/>
          <w:color w:val="1F3A56"/>
          <w:sz w:val="18"/>
          <w:spacing w:val="24"/>
        </w:rPr>
        <w:t>WHAT YOU NEED TO DO</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 xml:space="preserve">Update any automatic or recurring payments (bank bill pay, autopay, or standing transfers) so that payments for rental periods beginning on or after </w:t>
      </w:r>
      <w:fldSimple w:instr=" MERGEFIELD &quot;Effective Date&quot; \* MERGEFORMAT ">
        <w:r>
          <w:rPr>
            <w:rFonts w:ascii="Calibri" w:hAnsi="Calibri"/>
            <w:b w:val="0"/>
            <w:i w:val="0"/>
            <w:color w:val="333B44"/>
            <w:sz w:val="20"/>
          </w:rPr>
          <w:t>«Effective Date»</w:t>
        </w:r>
      </w:fldSimple>
      <w:r>
        <w:rPr>
          <w:rFonts w:ascii="Calibri" w:hAnsi="Calibri"/>
          <w:b w:val="0"/>
          <w:i w:val="0"/>
          <w:color w:val="333B44"/>
          <w:sz w:val="20"/>
        </w:rPr>
        <w:t xml:space="preserve"> are in the amount of </w:t>
      </w:r>
      <w:fldSimple w:instr=" MERGEFIELD &quot;New Rent&quot; \* MERGEFORMAT ">
        <w:r>
          <w:rPr>
            <w:rFonts w:ascii="Calibri" w:hAnsi="Calibri"/>
            <w:b w:val="0"/>
            <w:i w:val="0"/>
            <w:color w:val="333B44"/>
            <w:sz w:val="20"/>
          </w:rPr>
          <w:t>«New Rent»</w:t>
        </w:r>
      </w:fldSimple>
      <w:r>
        <w:rPr>
          <w:rFonts w:ascii="Calibri" w:hAnsi="Calibri"/>
          <w:b w:val="0"/>
          <w:i w:val="0"/>
          <w:color w:val="333B44"/>
          <w:sz w:val="20"/>
        </w:rPr>
        <w:t>.</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 xml:space="preserve">Continue paying your current rent of </w:t>
      </w:r>
      <w:fldSimple w:instr=" MERGEFIELD &quot;Current Rent&quot; \* MERGEFORMAT ">
        <w:r>
          <w:rPr>
            <w:rFonts w:ascii="Calibri" w:hAnsi="Calibri"/>
            <w:b w:val="0"/>
            <w:i w:val="0"/>
            <w:color w:val="333B44"/>
            <w:sz w:val="20"/>
          </w:rPr>
          <w:t>«Current Rent»</w:t>
        </w:r>
      </w:fldSimple>
      <w:r>
        <w:rPr>
          <w:rFonts w:ascii="Calibri" w:hAnsi="Calibri"/>
          <w:b w:val="0"/>
          <w:i w:val="0"/>
          <w:color w:val="333B44"/>
          <w:sz w:val="20"/>
        </w:rPr>
        <w:t xml:space="preserve"> for any rental period that begins before </w:t>
      </w:r>
      <w:fldSimple w:instr=" MERGEFIELD &quot;Effective Date&quot; \* MERGEFORMAT ">
        <w:r>
          <w:rPr>
            <w:rFonts w:ascii="Calibri" w:hAnsi="Calibri"/>
            <w:b w:val="0"/>
            <w:i w:val="0"/>
            <w:color w:val="333B44"/>
            <w:sz w:val="20"/>
          </w:rPr>
          <w:t>«Effective Date»</w:t>
        </w:r>
      </w:fldSimple>
      <w:r>
        <w:rPr>
          <w:rFonts w:ascii="Calibri" w:hAnsi="Calibri"/>
          <w:b w:val="0"/>
          <w:i w:val="0"/>
          <w:color w:val="333B44"/>
          <w:sz w:val="20"/>
        </w:rPr>
        <w:t>.</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 xml:space="preserve">Beginning </w:t>
      </w:r>
      <w:fldSimple w:instr=" MERGEFIELD &quot;Effective Date&quot; \* MERGEFORMAT ">
        <w:r>
          <w:rPr>
            <w:rFonts w:ascii="Calibri" w:hAnsi="Calibri"/>
            <w:b w:val="0"/>
            <w:i w:val="0"/>
            <w:color w:val="333B44"/>
            <w:sz w:val="20"/>
          </w:rPr>
          <w:t>«Effective Date»</w:t>
        </w:r>
      </w:fldSimple>
      <w:r>
        <w:rPr>
          <w:rFonts w:ascii="Calibri" w:hAnsi="Calibri"/>
          <w:b w:val="0"/>
          <w:i w:val="0"/>
          <w:color w:val="333B44"/>
          <w:sz w:val="20"/>
        </w:rPr>
        <w:t xml:space="preserve">, submit the new amount of </w:t>
      </w:r>
      <w:fldSimple w:instr=" MERGEFIELD &quot;New Rent&quot; \* MERGEFORMAT ">
        <w:r>
          <w:rPr>
            <w:rFonts w:ascii="Calibri" w:hAnsi="Calibri"/>
            <w:b w:val="0"/>
            <w:i w:val="0"/>
            <w:color w:val="333B44"/>
            <w:sz w:val="20"/>
          </w:rPr>
          <w:t>«New Rent»</w:t>
        </w:r>
      </w:fldSimple>
      <w:r>
        <w:rPr>
          <w:rFonts w:ascii="Calibri" w:hAnsi="Calibri"/>
          <w:b w:val="0"/>
          <w:i w:val="0"/>
          <w:color w:val="333B44"/>
          <w:sz w:val="20"/>
        </w:rPr>
        <w:t xml:space="preserve">. Accepted payment methods: </w:t>
      </w:r>
      <w:r>
        <w:rPr>
          <w:rFonts w:ascii="Calibri" w:hAnsi="Calibri"/>
          <w:b w:val="0"/>
          <w:i w:val="0"/>
          <w:color w:val="9A5B13"/>
          <w:sz w:val="20"/>
        </w:rPr>
        <w:t>[Payment instructions]</w:t>
      </w:r>
      <w:r>
        <w:rPr>
          <w:rFonts w:ascii="Calibri" w:hAnsi="Calibri"/>
          <w:b w:val="0"/>
          <w:i w:val="0"/>
          <w:color w:val="333B44"/>
          <w:sz w:val="20"/>
        </w:rPr>
        <w:t>.</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Keep a copy of this notice with your lease records for future reference.</w:t>
      </w:r>
    </w:p>
    <w:p>
      <w:pPr>
        <w:spacing w:before="0" w:after="140" w:line="276" w:lineRule="auto"/>
      </w:pPr>
      <w:r>
        <w:rPr>
          <w:rFonts w:ascii="Calibri" w:hAnsi="Calibri"/>
          <w:b w:val="0"/>
          <w:i w:val="0"/>
          <w:color w:val="333B44"/>
          <w:sz w:val="21"/>
        </w:rPr>
        <w:t xml:space="preserve">If you have any questions about this notice or your account, please contact our office at </w:t>
      </w:r>
      <w:r>
        <w:rPr>
          <w:rFonts w:ascii="Calibri" w:hAnsi="Calibri"/>
          <w:b w:val="0"/>
          <w:i w:val="0"/>
          <w:color w:val="9A5B13"/>
          <w:sz w:val="21"/>
        </w:rPr>
        <w:t>[Phone]</w:t>
      </w:r>
      <w:r>
        <w:rPr>
          <w:rFonts w:ascii="Calibri" w:hAnsi="Calibri"/>
          <w:b w:val="0"/>
          <w:i w:val="0"/>
          <w:color w:val="333B44"/>
          <w:sz w:val="21"/>
        </w:rPr>
        <w:t xml:space="preserve"> or </w:t>
      </w:r>
      <w:r>
        <w:rPr>
          <w:rFonts w:ascii="Calibri" w:hAnsi="Calibri"/>
          <w:b w:val="0"/>
          <w:i w:val="0"/>
          <w:color w:val="9A5B13"/>
          <w:sz w:val="21"/>
        </w:rPr>
        <w:t>[Email]</w:t>
      </w:r>
      <w:r>
        <w:rPr>
          <w:rFonts w:ascii="Calibri" w:hAnsi="Calibri"/>
          <w:b w:val="0"/>
          <w:i w:val="0"/>
          <w:color w:val="333B44"/>
          <w:sz w:val="21"/>
        </w:rPr>
        <w:t>. We will be happy to help.</w:t>
      </w:r>
    </w:p>
    <w:p>
      <w:pPr>
        <w:spacing w:before="0" w:after="140" w:line="276" w:lineRule="auto"/>
      </w:pPr>
      <w:r>
        <w:rPr>
          <w:rFonts w:ascii="Calibri" w:hAnsi="Calibri"/>
          <w:b w:val="0"/>
          <w:i w:val="0"/>
          <w:color w:val="333B44"/>
          <w:sz w:val="21"/>
        </w:rPr>
        <w:t>Thank you for being our tenant. Residents like you are the reason we work to keep this property well maintained, and we look forward to continuing to serve you.</w:t>
      </w:r>
    </w:p>
    <w:p>
      <w:pPr>
        <w:spacing w:before="200" w:after="520"/>
        <w:keepNext/>
      </w:pPr>
      <w:r>
        <w:rPr>
          <w:rFonts w:ascii="Calibri" w:hAnsi="Calibri"/>
          <w:b w:val="0"/>
          <w:i w:val="0"/>
          <w:color w:val="333B44"/>
          <w:sz w:val="21"/>
        </w:rPr>
        <w:t>Sincerely,</w:t>
      </w:r>
    </w:p>
    <w:p>
      <w:pPr>
        <w:spacing w:before="0" w:after="40"/>
        <w:ind w:right="5616"/>
        <w:pBdr>
          <w:bottom w:val="single" w:sz="6" w:space="1" w:color="333B44"/>
        </w:pBdr>
        <w:keepNext/>
      </w:pPr>
    </w:p>
    <w:p>
      <w:pPr>
        <w:spacing w:before="0" w:after="0"/>
        <w:keepNext/>
      </w:pPr>
      <w:r>
        <w:rPr>
          <w:rFonts w:ascii="Calibri" w:hAnsi="Calibri"/>
          <w:b/>
          <w:i w:val="0"/>
          <w:color w:val="9A5B13"/>
          <w:sz w:val="21"/>
        </w:rPr>
        <w:t>[Landlord or company name]</w:t>
      </w:r>
    </w:p>
    <w:p>
      <w:pPr>
        <w:spacing w:before="0" w:after="0"/>
        <w:keepNext/>
      </w:pPr>
      <w:r>
        <w:rPr>
          <w:rFonts w:ascii="Calibri" w:hAnsi="Calibri"/>
          <w:b w:val="0"/>
          <w:i w:val="0"/>
          <w:color w:val="9A5B13"/>
          <w:sz w:val="18"/>
        </w:rPr>
        <w:t>[Title, e.g. Owner or Property Manager]</w:t>
      </w:r>
    </w:p>
    <w:p>
      <w:pPr>
        <w:spacing w:before="0" w:after="0"/>
      </w:pPr>
      <w:r>
        <w:rPr>
          <w:rFonts w:ascii="Calibri" w:hAnsi="Calibri"/>
          <w:b w:val="0"/>
          <w:i w:val="0"/>
          <w:color w:val="9A5B13"/>
          <w:sz w:val="18"/>
        </w:rPr>
        <w:t>[Phone]</w:t>
      </w:r>
      <w:r>
        <w:rPr>
          <w:rFonts w:ascii="Calibri" w:hAnsi="Calibri"/>
          <w:b w:val="0"/>
          <w:i w:val="0"/>
          <w:color w:val="5F6B76"/>
          <w:sz w:val="18"/>
        </w:rPr>
        <w:t xml:space="preserve">  ·  </w:t>
      </w:r>
      <w:r>
        <w:rPr>
          <w:rFonts w:ascii="Calibri" w:hAnsi="Calibri"/>
          <w:b w:val="0"/>
          <w:i w:val="0"/>
          <w:color w:val="9A5B13"/>
          <w:sz w:val="18"/>
        </w:rPr>
        <w:t>[Email]</w:t>
      </w:r>
      <w:r>
        <w:rPr>
          <w:rFonts w:ascii="Calibri" w:hAnsi="Calibri"/>
          <w:b w:val="0"/>
          <w:i w:val="0"/>
          <w:color w:val="5F6B76"/>
          <w:sz w:val="18"/>
        </w:rPr>
        <w:t xml:space="preserve">  ·  </w:t>
      </w:r>
      <w:r>
        <w:rPr>
          <w:rFonts w:ascii="Calibri" w:hAnsi="Calibri"/>
          <w:b w:val="0"/>
          <w:i w:val="0"/>
          <w:color w:val="9A5B13"/>
          <w:sz w:val="18"/>
        </w:rPr>
        <w:t>[Landlord mailing address]</w:t>
      </w:r>
    </w:p>
    <w:p>
      <w:pPr>
        <w:spacing w:before="280" w:after="160" w:line="40" w:lineRule="exact"/>
        <w:pBdr>
          <w:bottom w:val="single" w:sz="4" w:space="1" w:color="C9D2DC"/>
        </w:pBdr>
        <w:keepNext/>
      </w:pPr>
    </w:p>
    <w:p>
      <w:pPr>
        <w:spacing w:before="0" w:after="60"/>
        <w:keepNext/>
      </w:pPr>
      <w:r>
        <w:rPr>
          <w:rFonts w:ascii="Calibri" w:hAnsi="Calibri"/>
          <w:b/>
          <w:i w:val="0"/>
          <w:color w:val="1F3A56"/>
          <w:sz w:val="18"/>
          <w:spacing w:val="24"/>
        </w:rPr>
        <w:t>RECORD OF DELIVERY</w:t>
      </w:r>
    </w:p>
    <w:p>
      <w:pPr>
        <w:spacing w:before="0" w:after="120" w:line="276" w:lineRule="auto"/>
        <w:keepNext/>
      </w:pPr>
      <w:r>
        <w:rPr>
          <w:rFonts w:ascii="Calibri" w:hAnsi="Calibri"/>
          <w:b w:val="0"/>
          <w:i w:val="0"/>
          <w:color w:val="5F6B76"/>
          <w:sz w:val="19"/>
        </w:rPr>
        <w:t>Complete after sending and keep with your records. The undersigned certifies that on the date stated below, a true and correct copy of this Notice of Rent Increase was delivered to the tenant(s) named above by the method indicated.</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Personal delivery to the tenant</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Delivery to a person of suitable age and discretion at the premises</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Certified mail, return receipt requested</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First-class mail</w:t>
      </w:r>
    </w:p>
    <w:p>
      <w:pPr>
        <w:spacing w:before="160" w:after="0"/>
        <w:keepNext/>
      </w:pPr>
      <w:r>
        <w:rPr>
          <w:rFonts w:ascii="Calibri" w:hAnsi="Calibri"/>
          <w:b w:val="0"/>
          <w:i w:val="0"/>
          <w:color w:val="333B44"/>
          <w:sz w:val="19"/>
        </w:rPr>
        <w:t>Date delivered: ____________________      Delivered by (printed name): ____________________</w:t>
      </w:r>
    </w:p>
    <w:p>
      <w:pPr>
        <w:spacing w:before="80" w:after="0"/>
      </w:pPr>
      <w:r>
        <w:rPr>
          <w:rFonts w:ascii="Calibri" w:hAnsi="Calibri"/>
          <w:b w:val="0"/>
          <w:i w:val="0"/>
          <w:color w:val="333B44"/>
          <w:sz w:val="19"/>
        </w:rPr>
        <w:t>Signature: ____________________</w:t>
      </w:r>
    </w:p>
    <w:p>
      <w:pPr>
        <w:spacing w:before="240" w:after="0"/>
        <w:jc w:val="center"/>
      </w:pPr>
      <w:r>
        <w:rPr>
          <w:rFonts w:ascii="Calibri" w:hAnsi="Calibri"/>
          <w:b w:val="0"/>
          <w:i/>
          <w:color w:val="5F6B76"/>
          <w:sz w:val="16"/>
        </w:rPr>
        <w:t>For periodic tenancies, or for increases taking effect at renewal of a fixed-term lease. Verify your state and local notice requirements before sending, and keep a signed copy with the completed Record of Delivery.</w:t>
      </w:r>
    </w:p>
    <w:sectPr w:rsidR="00FC693F" w:rsidRPr="0006063C" w:rsidSect="00034616">
      <w:pgSz w:w="12240" w:h="15840"/>
      <w:pgMar w:top="1008" w:right="1224" w:bottom="79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B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Rent Increase</dc:title>
  <dc:subject/>
  <dc:creator>MailMergic</dc:creator>
  <cp:keywords/>
  <dc:description>generated by python-docx</dc:description>
  <cp:lastModifiedBy/>
  <cp:revision>1</cp:revision>
  <dcterms:created xsi:type="dcterms:W3CDTF">2013-12-23T23:15:00Z</dcterms:created>
  <dcterms:modified xsi:type="dcterms:W3CDTF">2013-12-23T23:15:00Z</dcterms:modified>
  <cp:category/>
</cp:coreProperties>
</file>