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Georgia" w:hAnsi="Georgia"/>
          <w:b/>
          <w:i w:val="0"/>
          <w:color w:val="9A5B13"/>
          <w:sz w:val="30"/>
          <w:caps/>
          <w:spacing w:val="30"/>
        </w:rPr>
        <w:t>[Your name or company]</w:t>
      </w:r>
    </w:p>
    <w:p>
      <w:pPr>
        <w:spacing w:before="0" w:after="160"/>
        <w:jc w:val="center"/>
        <w:pBdr>
          <w:bottom w:val="single" w:sz="14" w:space="6" w:color="1F3A56"/>
        </w:pBdr>
      </w:pPr>
      <w:r>
        <w:rPr>
          <w:rFonts w:ascii="Calibri" w:hAnsi="Calibri"/>
          <w:b w:val="0"/>
          <w:i w:val="0"/>
          <w:color w:val="9A5B13"/>
          <w:sz w:val="17"/>
        </w:rPr>
        <w:t>[Street address, City, State ZIP]</w:t>
      </w:r>
      <w:r>
        <w:rPr>
          <w:rFonts w:ascii="Calibri" w:hAnsi="Calibri"/>
          <w:b w:val="0"/>
          <w:i w:val="0"/>
          <w:color w:val="5F6B76"/>
          <w:sz w:val="17"/>
        </w:rPr>
        <w:t xml:space="preserve">   ·   </w:t>
      </w:r>
      <w:r>
        <w:rPr>
          <w:rFonts w:ascii="Calibri" w:hAnsi="Calibri"/>
          <w:b w:val="0"/>
          <w:i w:val="0"/>
          <w:color w:val="9A5B13"/>
          <w:sz w:val="17"/>
        </w:rPr>
        <w:t>[Phone]</w:t>
      </w:r>
      <w:r>
        <w:rPr>
          <w:rFonts w:ascii="Calibri" w:hAnsi="Calibri"/>
          <w:b w:val="0"/>
          <w:i w:val="0"/>
          <w:color w:val="5F6B76"/>
          <w:sz w:val="17"/>
        </w:rPr>
        <w:t xml:space="preserve">   ·   </w:t>
      </w:r>
      <w:r>
        <w:rPr>
          <w:rFonts w:ascii="Calibri" w:hAnsi="Calibri"/>
          <w:b w:val="0"/>
          <w:i w:val="0"/>
          <w:color w:val="9A5B13"/>
          <w:sz w:val="17"/>
        </w:rPr>
        <w:t>[Email]</w:t>
      </w:r>
    </w:p>
    <w:p>
      <w:pPr>
        <w:spacing w:before="0" w:after="0" w:line="40" w:lineRule="exact"/>
        <w:pBdr>
          <w:bottom w:val="single" w:sz="4" w:space="1" w:color="C9D2DC"/>
        </w:pBdr>
      </w:pPr>
    </w:p>
    <w:p>
      <w:pPr>
        <w:spacing w:before="40" w:after="200"/>
      </w:pPr>
      <w:r>
        <w:rPr>
          <w:rFonts w:ascii="Calibri" w:hAnsi="Calibri"/>
          <w:b w:val="0"/>
          <w:i w:val="0"/>
          <w:color w:val="9A5B13"/>
          <w:sz w:val="21"/>
        </w:rPr>
        <w:t>[Notice date]</w:t>
      </w:r>
    </w:p>
    <w:p>
      <w:pPr>
        <w:spacing w:before="0" w:after="0"/>
      </w:pPr>
      <w:fldSimple w:instr=" MERGEFIELD &quot;Tenant Name&quot; \* MERGEFORMAT ">
        <w:r>
          <w:rPr>
            <w:rFonts w:ascii="Calibri" w:hAnsi="Calibri"/>
            <w:b/>
            <w:i w:val="0"/>
            <w:color w:val="333B44"/>
            <w:sz w:val="21"/>
          </w:rPr>
          <w:t>«Tenant Name»</w:t>
        </w:r>
      </w:fldSimple>
    </w:p>
    <w:p>
      <w:pPr>
        <w:spacing w:before="0" w:after="240"/>
      </w:pPr>
      <w:fldSimple w:instr=" MERGEFIELD &quot;Property Address&quot; \* MERGEFORMAT ">
        <w:r>
          <w:rPr>
            <w:rFonts w:ascii="Calibri" w:hAnsi="Calibri"/>
            <w:b w:val="0"/>
            <w:i w:val="0"/>
            <w:color w:val="333B44"/>
            <w:sz w:val="21"/>
          </w:rPr>
          <w:t>«Property Address»</w:t>
        </w:r>
      </w:fldSimple>
    </w:p>
    <w:p>
      <w:pPr>
        <w:spacing w:before="280" w:after="40"/>
        <w:jc w:val="center"/>
      </w:pPr>
      <w:r>
        <w:rPr>
          <w:rFonts w:ascii="Georgia" w:hAnsi="Georgia"/>
          <w:b/>
          <w:i w:val="0"/>
          <w:color w:val="1F3A56"/>
          <w:sz w:val="27"/>
          <w:spacing w:val="44"/>
        </w:rPr>
        <w:t>NOTICE OF TERMINATION OF TENANCY</w:t>
      </w:r>
    </w:p>
    <w:p>
      <w:pPr>
        <w:spacing w:before="0" w:after="240"/>
        <w:jc w:val="center"/>
      </w:pPr>
      <w:r>
        <w:rPr>
          <w:rFonts w:ascii="Calibri" w:hAnsi="Calibri"/>
          <w:b w:val="0"/>
          <w:i/>
          <w:color w:val="5F6B76"/>
          <w:sz w:val="19"/>
        </w:rPr>
        <w:t xml:space="preserve">RE: Termination of month-to-month tenancy at </w:t>
      </w:r>
      <w:fldSimple w:instr=" MERGEFIELD &quot;Property Address&quot; \* MERGEFORMAT ">
        <w:r>
          <w:rPr>
            <w:rFonts w:ascii="Calibri" w:hAnsi="Calibri"/>
            <w:b w:val="0"/>
            <w:i/>
            <w:color w:val="5F6B76"/>
            <w:sz w:val="19"/>
          </w:rPr>
          <w:t>«Property Address»</w:t>
        </w:r>
      </w:fldSimple>
    </w:p>
    <w:p>
      <w:pPr>
        <w:spacing w:before="0" w:after="140" w:line="276" w:lineRule="auto"/>
      </w:pPr>
      <w:r>
        <w:rPr>
          <w:rFonts w:ascii="Calibri" w:hAnsi="Calibri"/>
          <w:b w:val="0"/>
          <w:i w:val="0"/>
          <w:color w:val="333B44"/>
          <w:sz w:val="21"/>
        </w:rPr>
        <w:t xml:space="preserve">Dear </w:t>
      </w:r>
      <w:fldSimple w:instr=" MERGEFIELD &quot;Tenant Name&quot; \* MERGEFORMAT ">
        <w:r>
          <w:rPr>
            <w:rFonts w:ascii="Calibri" w:hAnsi="Calibri"/>
            <w:b w:val="0"/>
            <w:i w:val="0"/>
            <w:color w:val="333B44"/>
            <w:sz w:val="21"/>
          </w:rPr>
          <w:t>«Tenant Name»</w:t>
        </w:r>
      </w:fldSimple>
      <w:r>
        <w:rPr>
          <w:rFonts w:ascii="Calibri" w:hAnsi="Calibri"/>
          <w:b w:val="0"/>
          <w:i w:val="0"/>
          <w:color w:val="333B44"/>
          <w:sz w:val="21"/>
        </w:rPr>
        <w:t xml:space="preserve"> and all other occupants in possession of the premises,</w:t>
      </w:r>
    </w:p>
    <w:p>
      <w:pPr>
        <w:spacing w:before="0" w:after="140" w:line="276" w:lineRule="auto"/>
      </w:pPr>
      <w:r>
        <w:rPr>
          <w:rFonts w:ascii="Calibri" w:hAnsi="Calibri"/>
          <w:b w:val="0"/>
          <w:i w:val="0"/>
          <w:color w:val="333B44"/>
          <w:sz w:val="21"/>
        </w:rPr>
        <w:t xml:space="preserve">This letter is formal notice that your month-to-month tenancy at </w:t>
      </w:r>
      <w:fldSimple w:instr=" MERGEFIELD &quot;Property Address&quot; \* MERGEFORMAT ">
        <w:r>
          <w:rPr>
            <w:rFonts w:ascii="Calibri" w:hAnsi="Calibri"/>
            <w:b w:val="0"/>
            <w:i w:val="0"/>
            <w:color w:val="333B44"/>
            <w:sz w:val="21"/>
          </w:rPr>
          <w:t>«Property Address»</w:t>
        </w:r>
      </w:fldSimple>
      <w:r>
        <w:rPr>
          <w:rFonts w:ascii="Calibri" w:hAnsi="Calibri"/>
          <w:b w:val="0"/>
          <w:i w:val="0"/>
          <w:color w:val="333B44"/>
          <w:sz w:val="21"/>
        </w:rPr>
        <w:t xml:space="preserve"> will terminate on </w:t>
      </w:r>
      <w:fldSimple w:instr=" MERGEFIELD &quot;Tenancy End Date&quot; \* MERGEFORMAT ">
        <w:r>
          <w:rPr>
            <w:rFonts w:ascii="Calibri" w:hAnsi="Calibri"/>
            <w:b w:val="0"/>
            <w:i w:val="0"/>
            <w:color w:val="333B44"/>
            <w:sz w:val="21"/>
          </w:rPr>
          <w:t>«Tenancy End Date»</w:t>
        </w:r>
      </w:fldSimple>
      <w:r>
        <w:rPr>
          <w:rFonts w:ascii="Calibri" w:hAnsi="Calibri"/>
          <w:b w:val="0"/>
          <w:i w:val="0"/>
          <w:color w:val="333B44"/>
          <w:sz w:val="21"/>
        </w:rPr>
        <w:t xml:space="preserve">. You are required to vacate and surrender possession of the premises no later than that date. This notice is being given at least </w:t>
      </w:r>
      <w:r>
        <w:rPr>
          <w:rFonts w:ascii="Calibri" w:hAnsi="Calibri"/>
          <w:b w:val="0"/>
          <w:i w:val="0"/>
          <w:color w:val="9A5B13"/>
          <w:sz w:val="21"/>
        </w:rPr>
        <w:t>[Notice period]</w:t>
      </w:r>
      <w:r>
        <w:rPr>
          <w:rFonts w:ascii="Calibri" w:hAnsi="Calibri"/>
          <w:b w:val="0"/>
          <w:i w:val="0"/>
          <w:color w:val="333B44"/>
          <w:sz w:val="21"/>
        </w:rPr>
        <w:t xml:space="preserve"> days before the termination date.</w:t>
      </w:r>
    </w:p>
    <w:p>
      <w:pPr>
        <w:spacing w:before="0" w:after="140" w:line="276" w:lineRule="auto"/>
      </w:pPr>
      <w:r>
        <w:rPr>
          <w:rFonts w:ascii="Calibri" w:hAnsi="Calibri"/>
          <w:b w:val="0"/>
          <w:i w:val="0"/>
          <w:color w:val="333B44"/>
          <w:sz w:val="21"/>
        </w:rPr>
        <w:t>Please note that this is a notice of termination of the tenancy, not an eviction filing, and no legal action has been taken against you. It ends the rental agreement at the close of the notice period summarized below.</w:t>
      </w:r>
    </w:p>
    <w:p>
      <w:pPr>
        <w:spacing w:before="200" w:after="80"/>
      </w:pPr>
      <w:r>
        <w:rPr>
          <w:rFonts w:ascii="Calibri" w:hAnsi="Calibri"/>
          <w:b/>
          <w:i w:val="0"/>
          <w:color w:val="1F3A56"/>
          <w:sz w:val="18"/>
          <w:spacing w:val="24"/>
        </w:rPr>
        <w:t>NOTICE SUMMARY</w:t>
      </w:r>
    </w:p>
    <w:tbl>
      <w:tblPr>
        <w:tblW w:type="auto" w:w="0"/>
        <w:tblLayout w:type="fixed"/>
        <w:tblLook w:firstColumn="1" w:firstRow="1" w:lastColumn="0" w:lastRow="0" w:noHBand="0" w:noVBand="1" w:val="04A0"/>
        <w:tblBorders>
          <w:top w:val="single" w:sz="4" w:space="0" w:color="C9D2DC"/>
          <w:left w:val="single" w:sz="4" w:space="0" w:color="C9D2DC"/>
          <w:bottom w:val="single" w:sz="4" w:space="0" w:color="C9D2DC"/>
          <w:right w:val="single" w:sz="4" w:space="0" w:color="C9D2DC"/>
          <w:insideH w:val="single" w:sz="4" w:space="0" w:color="C9D2DC"/>
          <w:insideV w:val="single" w:sz="4" w:space="0" w:color="C9D2DC"/>
        </w:tblBorders>
        <w:tblCellMar>
          <w:top w:w="70" w:type="dxa"/>
          <w:bottom w:w="70" w:type="dxa"/>
          <w:left w:w="130" w:type="dxa"/>
          <w:right w:w="130" w:type="dxa"/>
        </w:tblCellMar>
      </w:tblPr>
      <w:tblGrid>
        <w:gridCol w:w="4896"/>
        <w:gridCol w:w="4896"/>
      </w:tblGrid>
      <w:tr>
        <w:tc>
          <w:tcPr>
            <w:tcW w:type="dxa" w:w="4896"/>
            <w:tcW w:w="3384" w:type="dxa"/>
            <w:shd w:val="clear" w:fill="EEF2F6"/>
          </w:tcPr>
          <w:p>
            <w:pPr>
              <w:spacing w:after="0"/>
            </w:pPr>
            <w:r>
              <w:rPr>
                <w:rFonts w:ascii="Calibri" w:hAnsi="Calibri"/>
                <w:b/>
                <w:i w:val="0"/>
                <w:color w:val="42505E"/>
                <w:sz w:val="19"/>
              </w:rPr>
              <w:t>Property</w:t>
            </w:r>
          </w:p>
        </w:tc>
        <w:tc>
          <w:tcPr>
            <w:tcW w:type="dxa" w:w="4896"/>
            <w:tcW w:w="6408" w:type="dxa"/>
          </w:tcPr>
          <w:p>
            <w:pPr>
              <w:spacing w:after="0"/>
            </w:pPr>
            <w:fldSimple w:instr=" MERGEFIELD &quot;Property Address&quot; \* MERGEFORMAT ">
              <w:r>
                <w:rPr>
                  <w:rFonts w:ascii="Calibri" w:hAnsi="Calibri"/>
                  <w:b w:val="0"/>
                  <w:i w:val="0"/>
                  <w:color w:val="333B44"/>
                  <w:sz w:val="21"/>
                </w:rPr>
                <w:t>«Property Address»</w:t>
              </w:r>
            </w:fldSimple>
          </w:p>
        </w:tc>
      </w:tr>
      <w:tr>
        <w:tc>
          <w:tcPr>
            <w:tcW w:type="dxa" w:w="4896"/>
            <w:tcW w:w="3384" w:type="dxa"/>
            <w:shd w:val="clear" w:fill="EEF2F6"/>
          </w:tcPr>
          <w:p>
            <w:pPr>
              <w:spacing w:after="0"/>
            </w:pPr>
            <w:r>
              <w:rPr>
                <w:rFonts w:ascii="Calibri" w:hAnsi="Calibri"/>
                <w:b/>
                <w:i w:val="0"/>
                <w:color w:val="42505E"/>
                <w:sz w:val="19"/>
              </w:rPr>
              <w:t>Date of this notice</w:t>
            </w:r>
          </w:p>
        </w:tc>
        <w:tc>
          <w:tcPr>
            <w:tcW w:type="dxa" w:w="4896"/>
            <w:tcW w:w="6408" w:type="dxa"/>
          </w:tcPr>
          <w:p>
            <w:pPr>
              <w:spacing w:after="0"/>
            </w:pPr>
            <w:r>
              <w:rPr>
                <w:rFonts w:ascii="Calibri" w:hAnsi="Calibri"/>
                <w:b w:val="0"/>
                <w:i w:val="0"/>
                <w:color w:val="9A5B13"/>
                <w:sz w:val="21"/>
              </w:rPr>
              <w:t>[Notice date]</w:t>
            </w:r>
          </w:p>
        </w:tc>
      </w:tr>
      <w:tr>
        <w:tc>
          <w:tcPr>
            <w:tcW w:type="dxa" w:w="4896"/>
            <w:tcW w:w="3384" w:type="dxa"/>
            <w:shd w:val="clear" w:fill="E2EAF2"/>
          </w:tcPr>
          <w:p>
            <w:pPr>
              <w:spacing w:after="0"/>
            </w:pPr>
            <w:r>
              <w:rPr>
                <w:rFonts w:ascii="Calibri" w:hAnsi="Calibri"/>
                <w:b/>
                <w:i w:val="0"/>
                <w:color w:val="1F3A56"/>
                <w:sz w:val="19"/>
              </w:rPr>
              <w:t>Final day of tenancy</w:t>
            </w:r>
          </w:p>
        </w:tc>
        <w:tc>
          <w:tcPr>
            <w:tcW w:type="dxa" w:w="4896"/>
            <w:tcW w:w="6408" w:type="dxa"/>
            <w:shd w:val="clear" w:fill="E2EAF2"/>
          </w:tcPr>
          <w:p>
            <w:pPr>
              <w:spacing w:after="0"/>
            </w:pPr>
            <w:fldSimple w:instr=" MERGEFIELD &quot;Tenancy End Date&quot; \* MERGEFORMAT ">
              <w:r>
                <w:rPr>
                  <w:rFonts w:ascii="Calibri" w:hAnsi="Calibri"/>
                  <w:b/>
                  <w:i w:val="0"/>
                  <w:color w:val="333B44"/>
                  <w:sz w:val="21"/>
                </w:rPr>
                <w:t>«Tenancy End Date»</w:t>
              </w:r>
            </w:fldSimple>
          </w:p>
        </w:tc>
      </w:tr>
      <w:tr>
        <w:tc>
          <w:tcPr>
            <w:tcW w:type="dxa" w:w="4896"/>
            <w:tcW w:w="3384" w:type="dxa"/>
            <w:shd w:val="clear" w:fill="EEF2F6"/>
          </w:tcPr>
          <w:p>
            <w:pPr>
              <w:spacing w:after="0"/>
            </w:pPr>
            <w:r>
              <w:rPr>
                <w:rFonts w:ascii="Calibri" w:hAnsi="Calibri"/>
                <w:b/>
                <w:i w:val="0"/>
                <w:color w:val="42505E"/>
                <w:sz w:val="19"/>
              </w:rPr>
              <w:t>Reason for termination (required in some jurisdictions)</w:t>
            </w:r>
          </w:p>
        </w:tc>
        <w:tc>
          <w:tcPr>
            <w:tcW w:type="dxa" w:w="4896"/>
            <w:tcW w:w="6408" w:type="dxa"/>
          </w:tcPr>
          <w:p>
            <w:pPr>
              <w:spacing w:after="0"/>
            </w:pPr>
            <w:r>
              <w:rPr>
                <w:rFonts w:ascii="Calibri" w:hAnsi="Calibri"/>
                <w:b w:val="0"/>
                <w:i w:val="0"/>
                <w:color w:val="9A5B13"/>
                <w:sz w:val="21"/>
              </w:rPr>
              <w:t>[Reason for termination]</w:t>
            </w:r>
          </w:p>
        </w:tc>
      </w:tr>
      <w:tr>
        <w:tc>
          <w:tcPr>
            <w:tcW w:type="dxa" w:w="4896"/>
            <w:tcW w:w="3384" w:type="dxa"/>
            <w:shd w:val="clear" w:fill="EEF2F6"/>
          </w:tcPr>
          <w:p>
            <w:pPr>
              <w:spacing w:after="0"/>
            </w:pPr>
            <w:r>
              <w:rPr>
                <w:rFonts w:ascii="Calibri" w:hAnsi="Calibri"/>
                <w:b/>
                <w:i w:val="0"/>
                <w:color w:val="42505E"/>
                <w:sz w:val="19"/>
              </w:rPr>
              <w:t>Monthly rent (payable through the final day)</w:t>
            </w:r>
          </w:p>
        </w:tc>
        <w:tc>
          <w:tcPr>
            <w:tcW w:type="dxa" w:w="4896"/>
            <w:tcW w:w="6408" w:type="dxa"/>
          </w:tcPr>
          <w:p>
            <w:pPr>
              <w:spacing w:after="0"/>
            </w:pPr>
            <w:fldSimple w:instr=" MERGEFIELD &quot;Monthly Rent&quot; \* MERGEFORMAT ">
              <w:r>
                <w:rPr>
                  <w:rFonts w:ascii="Calibri" w:hAnsi="Calibri"/>
                  <w:b w:val="0"/>
                  <w:i w:val="0"/>
                  <w:color w:val="333B44"/>
                  <w:sz w:val="21"/>
                </w:rPr>
                <w:t>«Monthly Rent»</w:t>
              </w:r>
            </w:fldSimple>
          </w:p>
        </w:tc>
      </w:tr>
      <w:tr>
        <w:tc>
          <w:tcPr>
            <w:tcW w:type="dxa" w:w="4896"/>
            <w:tcW w:w="3384" w:type="dxa"/>
            <w:shd w:val="clear" w:fill="EEF2F6"/>
          </w:tcPr>
          <w:p>
            <w:pPr>
              <w:spacing w:after="0"/>
            </w:pPr>
            <w:r>
              <w:rPr>
                <w:rFonts w:ascii="Calibri" w:hAnsi="Calibri"/>
                <w:b/>
                <w:i w:val="0"/>
                <w:color w:val="42505E"/>
                <w:sz w:val="19"/>
              </w:rPr>
              <w:t>Keys to be returned</w:t>
            </w:r>
          </w:p>
        </w:tc>
        <w:tc>
          <w:tcPr>
            <w:tcW w:type="dxa" w:w="4896"/>
            <w:tcW w:w="6408" w:type="dxa"/>
          </w:tcPr>
          <w:p>
            <w:pPr>
              <w:spacing w:after="0"/>
            </w:pPr>
            <w:r>
              <w:rPr>
                <w:rFonts w:ascii="Calibri" w:hAnsi="Calibri"/>
                <w:b w:val="0"/>
                <w:i w:val="0"/>
                <w:color w:val="333B44"/>
                <w:sz w:val="21"/>
              </w:rPr>
              <w:t xml:space="preserve">By the end of the day on </w:t>
            </w:r>
            <w:fldSimple w:instr=" MERGEFIELD &quot;Tenancy End Date&quot; \* MERGEFORMAT ">
              <w:r>
                <w:rPr>
                  <w:rFonts w:ascii="Calibri" w:hAnsi="Calibri"/>
                  <w:b w:val="0"/>
                  <w:i w:val="0"/>
                  <w:color w:val="333B44"/>
                  <w:sz w:val="21"/>
                </w:rPr>
                <w:t>«Tenancy End Date»</w:t>
              </w:r>
            </w:fldSimple>
          </w:p>
        </w:tc>
      </w:tr>
    </w:tbl>
    <w:p>
      <w:pPr>
        <w:spacing w:before="0" w:after="40"/>
      </w:pPr>
    </w:p>
    <w:p>
      <w:pPr>
        <w:spacing w:before="0" w:after="140" w:line="276" w:lineRule="auto"/>
      </w:pPr>
      <w:r>
        <w:rPr>
          <w:rFonts w:ascii="Calibri" w:hAnsi="Calibri"/>
          <w:b w:val="0"/>
          <w:i w:val="0"/>
          <w:color w:val="333B44"/>
          <w:sz w:val="21"/>
        </w:rPr>
        <w:t xml:space="preserve">Until </w:t>
      </w:r>
      <w:fldSimple w:instr=" MERGEFIELD &quot;Tenancy End Date&quot; \* MERGEFORMAT ">
        <w:r>
          <w:rPr>
            <w:rFonts w:ascii="Calibri" w:hAnsi="Calibri"/>
            <w:b w:val="0"/>
            <w:i w:val="0"/>
            <w:color w:val="333B44"/>
            <w:sz w:val="21"/>
          </w:rPr>
          <w:t>«Tenancy End Date»</w:t>
        </w:r>
      </w:fldSimple>
      <w:r>
        <w:rPr>
          <w:rFonts w:ascii="Calibri" w:hAnsi="Calibri"/>
          <w:b w:val="0"/>
          <w:i w:val="0"/>
          <w:color w:val="333B44"/>
          <w:sz w:val="21"/>
        </w:rPr>
        <w:t xml:space="preserve">, all terms of your rental agreement remain in full force and effect. Rent of </w:t>
      </w:r>
      <w:fldSimple w:instr=" MERGEFIELD &quot;Monthly Rent&quot; \* MERGEFORMAT ">
        <w:r>
          <w:rPr>
            <w:rFonts w:ascii="Calibri" w:hAnsi="Calibri"/>
            <w:b w:val="0"/>
            <w:i w:val="0"/>
            <w:color w:val="333B44"/>
            <w:sz w:val="21"/>
          </w:rPr>
          <w:t>«Monthly Rent»</w:t>
        </w:r>
      </w:fldSimple>
      <w:r>
        <w:rPr>
          <w:rFonts w:ascii="Calibri" w:hAnsi="Calibri"/>
          <w:b w:val="0"/>
          <w:i w:val="0"/>
          <w:color w:val="333B44"/>
          <w:sz w:val="21"/>
        </w:rPr>
        <w:t xml:space="preserve"> remains due and payable as usual through the final day of tenancy, prorated for any partial final period if applicable. If possession is not surrendered by the final day of tenancy, we may pursue the remedies available under the rental agreement and applicable law.</w:t>
      </w:r>
    </w:p>
    <w:p>
      <w:pPr>
        <w:spacing w:before="0" w:after="140" w:line="276" w:lineRule="auto"/>
      </w:pPr>
      <w:r>
        <w:rPr>
          <w:rFonts w:ascii="Calibri" w:hAnsi="Calibri"/>
          <w:b w:val="0"/>
          <w:i w:val="0"/>
          <w:color w:val="333B44"/>
          <w:sz w:val="21"/>
        </w:rPr>
        <w:t xml:space="preserve">Your security deposit will be handled and returned in accordance with applicable law. So that your deposit and any required statement can reach you promptly, please provide a forwarding address in writing to </w:t>
      </w:r>
      <w:r>
        <w:rPr>
          <w:rFonts w:ascii="Calibri" w:hAnsi="Calibri"/>
          <w:b w:val="0"/>
          <w:i w:val="0"/>
          <w:color w:val="9A5B13"/>
          <w:sz w:val="21"/>
        </w:rPr>
        <w:t>[Landlord mailing address]</w:t>
      </w:r>
      <w:r>
        <w:rPr>
          <w:rFonts w:ascii="Calibri" w:hAnsi="Calibri"/>
          <w:b w:val="0"/>
          <w:i w:val="0"/>
          <w:color w:val="333B44"/>
          <w:sz w:val="21"/>
        </w:rPr>
        <w:t xml:space="preserve">, or by email to </w:t>
      </w:r>
      <w:r>
        <w:rPr>
          <w:rFonts w:ascii="Calibri" w:hAnsi="Calibri"/>
          <w:b w:val="0"/>
          <w:i w:val="0"/>
          <w:color w:val="9A5B13"/>
          <w:sz w:val="21"/>
        </w:rPr>
        <w:t>[Email]</w:t>
      </w:r>
      <w:r>
        <w:rPr>
          <w:rFonts w:ascii="Calibri" w:hAnsi="Calibri"/>
          <w:b w:val="0"/>
          <w:i w:val="0"/>
          <w:color w:val="333B44"/>
          <w:sz w:val="21"/>
        </w:rPr>
        <w:t>, before you vacate.</w:t>
      </w:r>
    </w:p>
    <w:p>
      <w:pPr>
        <w:spacing w:before="0" w:after="140" w:line="276" w:lineRule="auto"/>
      </w:pPr>
      <w:r>
        <w:rPr>
          <w:rFonts w:ascii="Calibri" w:hAnsi="Calibri"/>
          <w:b w:val="0"/>
          <w:i w:val="0"/>
          <w:color w:val="333B44"/>
          <w:sz w:val="21"/>
        </w:rPr>
        <w:t>We would also be glad to walk through the unit with you before your departure. If you would like to schedule a move-out inspection, please contact our office and we will arrange a mutually convenient time.</w:t>
      </w:r>
    </w:p>
    <w:p>
      <w:pPr>
        <w:spacing w:before="200" w:after="80"/>
      </w:pPr>
      <w:r>
        <w:rPr>
          <w:rFonts w:ascii="Calibri" w:hAnsi="Calibri"/>
          <w:b/>
          <w:i w:val="0"/>
          <w:color w:val="1F3A56"/>
          <w:sz w:val="18"/>
          <w:spacing w:val="24"/>
        </w:rPr>
        <w:t>BEFORE YOU MOVE OUT</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Provide your forwarding address in writing so your security deposit and any required statement can reach you.</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Remove all personal belongings and dispose of all trash and unwanted items.</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Clean the premises, including appliances, floors, and bathrooms, normal wear and tear excepted.</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Contact our office to schedule a move-out inspection before your departure.</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Return all keys, garage remotes, and access devices to </w:t>
      </w:r>
      <w:r>
        <w:rPr>
          <w:rFonts w:ascii="Calibri" w:hAnsi="Calibri"/>
          <w:b w:val="0"/>
          <w:i w:val="0"/>
          <w:color w:val="9A5B13"/>
          <w:sz w:val="20"/>
        </w:rPr>
        <w:t>[Key return location]</w:t>
      </w:r>
      <w:r>
        <w:rPr>
          <w:rFonts w:ascii="Calibri" w:hAnsi="Calibri"/>
          <w:b w:val="0"/>
          <w:i w:val="0"/>
          <w:color w:val="333B44"/>
          <w:sz w:val="20"/>
        </w:rPr>
        <w:t xml:space="preserve"> by the end of the day on </w:t>
      </w:r>
      <w:fldSimple w:instr=" MERGEFIELD &quot;Tenancy End Date&quot; \* MERGEFORMAT ">
        <w:r>
          <w:rPr>
            <w:rFonts w:ascii="Calibri" w:hAnsi="Calibri"/>
            <w:b w:val="0"/>
            <w:i w:val="0"/>
            <w:color w:val="333B44"/>
            <w:sz w:val="20"/>
          </w:rPr>
          <w:t>«Tenancy End Date»</w:t>
        </w:r>
      </w:fldSimple>
      <w:r>
        <w:rPr>
          <w:rFonts w:ascii="Calibri" w:hAnsi="Calibri"/>
          <w:b w:val="0"/>
          <w:i w:val="0"/>
          <w:color w:val="333B44"/>
          <w:sz w:val="20"/>
        </w:rPr>
        <w:t>.</w:t>
      </w:r>
    </w:p>
    <w:p>
      <w:pPr>
        <w:spacing w:before="0" w:after="140" w:line="276" w:lineRule="auto"/>
      </w:pPr>
      <w:r>
        <w:rPr>
          <w:rFonts w:ascii="Calibri" w:hAnsi="Calibri"/>
          <w:b w:val="0"/>
          <w:i w:val="0"/>
          <w:color w:val="333B44"/>
          <w:sz w:val="21"/>
        </w:rPr>
        <w:t xml:space="preserve">If you have any questions about this notice or about your move-out, you may contact </w:t>
      </w:r>
      <w:r>
        <w:rPr>
          <w:rFonts w:ascii="Calibri" w:hAnsi="Calibri"/>
          <w:b w:val="0"/>
          <w:i w:val="0"/>
          <w:color w:val="9A5B13"/>
          <w:sz w:val="21"/>
        </w:rPr>
        <w:t>[Landlord or company name]</w:t>
      </w:r>
      <w:r>
        <w:rPr>
          <w:rFonts w:ascii="Calibri" w:hAnsi="Calibri"/>
          <w:b w:val="0"/>
          <w:i w:val="0"/>
          <w:color w:val="333B44"/>
          <w:sz w:val="21"/>
        </w:rPr>
        <w:t xml:space="preserve"> at </w:t>
      </w:r>
      <w:r>
        <w:rPr>
          <w:rFonts w:ascii="Calibri" w:hAnsi="Calibri"/>
          <w:b w:val="0"/>
          <w:i w:val="0"/>
          <w:color w:val="9A5B13"/>
          <w:sz w:val="21"/>
        </w:rPr>
        <w:t>[Phone]</w:t>
      </w:r>
      <w:r>
        <w:rPr>
          <w:rFonts w:ascii="Calibri" w:hAnsi="Calibri"/>
          <w:b w:val="0"/>
          <w:i w:val="0"/>
          <w:color w:val="333B44"/>
          <w:sz w:val="21"/>
        </w:rPr>
        <w:t xml:space="preserve"> or </w:t>
      </w:r>
      <w:r>
        <w:rPr>
          <w:rFonts w:ascii="Calibri" w:hAnsi="Calibri"/>
          <w:b w:val="0"/>
          <w:i w:val="0"/>
          <w:color w:val="9A5B13"/>
          <w:sz w:val="21"/>
        </w:rPr>
        <w:t>[Email]</w:t>
      </w:r>
      <w:r>
        <w:rPr>
          <w:rFonts w:ascii="Calibri" w:hAnsi="Calibri"/>
          <w:b w:val="0"/>
          <w:i w:val="0"/>
          <w:color w:val="333B44"/>
          <w:sz w:val="21"/>
        </w:rPr>
        <w:t>.</w:t>
      </w:r>
    </w:p>
    <w:p>
      <w:pPr>
        <w:spacing w:before="0" w:after="140" w:line="276" w:lineRule="auto"/>
      </w:pPr>
      <w:r>
        <w:rPr>
          <w:rFonts w:ascii="Calibri" w:hAnsi="Calibri"/>
          <w:b w:val="0"/>
          <w:i w:val="0"/>
          <w:color w:val="333B44"/>
          <w:sz w:val="21"/>
        </w:rPr>
        <w:t>Thank you for your tenancy. We appreciate your cooperation in making this transition orderly and wish you well in your new home.</w:t>
      </w:r>
    </w:p>
    <w:p>
      <w:pPr>
        <w:spacing w:before="200" w:after="520"/>
        <w:keepNext/>
      </w:pPr>
      <w:r>
        <w:rPr>
          <w:rFonts w:ascii="Calibri" w:hAnsi="Calibri"/>
          <w:b w:val="0"/>
          <w:i w:val="0"/>
          <w:color w:val="333B44"/>
          <w:sz w:val="21"/>
        </w:rPr>
        <w:t>Sincerely,</w:t>
      </w:r>
    </w:p>
    <w:p>
      <w:pPr>
        <w:spacing w:before="0" w:after="40"/>
        <w:ind w:right="5616"/>
        <w:pBdr>
          <w:bottom w:val="single" w:sz="6" w:space="1" w:color="333B44"/>
        </w:pBdr>
        <w:keepNext/>
      </w:pPr>
    </w:p>
    <w:p>
      <w:pPr>
        <w:spacing w:before="0" w:after="0"/>
        <w:keepNext/>
      </w:pPr>
      <w:r>
        <w:rPr>
          <w:rFonts w:ascii="Calibri" w:hAnsi="Calibri"/>
          <w:b/>
          <w:i w:val="0"/>
          <w:color w:val="9A5B13"/>
          <w:sz w:val="21"/>
        </w:rPr>
        <w:t>[Landlord or company name]</w:t>
      </w:r>
    </w:p>
    <w:p>
      <w:pPr>
        <w:spacing w:before="0" w:after="0"/>
        <w:keepNext/>
      </w:pPr>
      <w:r>
        <w:rPr>
          <w:rFonts w:ascii="Calibri" w:hAnsi="Calibri"/>
          <w:b w:val="0"/>
          <w:i w:val="0"/>
          <w:color w:val="9A5B13"/>
          <w:sz w:val="18"/>
        </w:rPr>
        <w:t>[Title, e.g. Owner or Property Manager]</w:t>
      </w:r>
    </w:p>
    <w:p>
      <w:pPr>
        <w:spacing w:before="0" w:after="0"/>
      </w:pPr>
      <w:r>
        <w:rPr>
          <w:rFonts w:ascii="Calibri" w:hAnsi="Calibri"/>
          <w:b w:val="0"/>
          <w:i w:val="0"/>
          <w:color w:val="9A5B13"/>
          <w:sz w:val="18"/>
        </w:rPr>
        <w:t>[Phone]</w:t>
      </w:r>
      <w:r>
        <w:rPr>
          <w:rFonts w:ascii="Calibri" w:hAnsi="Calibri"/>
          <w:b w:val="0"/>
          <w:i w:val="0"/>
          <w:color w:val="5F6B76"/>
          <w:sz w:val="18"/>
        </w:rPr>
        <w:t xml:space="preserve">  ·  </w:t>
      </w:r>
      <w:r>
        <w:rPr>
          <w:rFonts w:ascii="Calibri" w:hAnsi="Calibri"/>
          <w:b w:val="0"/>
          <w:i w:val="0"/>
          <w:color w:val="9A5B13"/>
          <w:sz w:val="18"/>
        </w:rPr>
        <w:t>[Email]</w:t>
      </w:r>
      <w:r>
        <w:rPr>
          <w:rFonts w:ascii="Calibri" w:hAnsi="Calibri"/>
          <w:b w:val="0"/>
          <w:i w:val="0"/>
          <w:color w:val="5F6B76"/>
          <w:sz w:val="18"/>
        </w:rPr>
        <w:t xml:space="preserve">  ·  </w:t>
      </w:r>
      <w:r>
        <w:rPr>
          <w:rFonts w:ascii="Calibri" w:hAnsi="Calibri"/>
          <w:b w:val="0"/>
          <w:i w:val="0"/>
          <w:color w:val="9A5B13"/>
          <w:sz w:val="18"/>
        </w:rPr>
        <w:t>[Landlord mailing address]</w:t>
      </w:r>
    </w:p>
    <w:p>
      <w:pPr>
        <w:spacing w:before="280" w:after="160" w:line="40" w:lineRule="exact"/>
        <w:pBdr>
          <w:bottom w:val="single" w:sz="4" w:space="1" w:color="C9D2DC"/>
        </w:pBdr>
        <w:keepNext/>
      </w:pPr>
    </w:p>
    <w:p>
      <w:pPr>
        <w:spacing w:before="0" w:after="60"/>
        <w:keepNext/>
      </w:pPr>
      <w:r>
        <w:rPr>
          <w:rFonts w:ascii="Calibri" w:hAnsi="Calibri"/>
          <w:b/>
          <w:i w:val="0"/>
          <w:color w:val="1F3A56"/>
          <w:sz w:val="18"/>
          <w:spacing w:val="24"/>
        </w:rPr>
        <w:t>CERTIFICATE OF SERVICE</w:t>
      </w:r>
    </w:p>
    <w:p>
      <w:pPr>
        <w:spacing w:before="0" w:after="120" w:line="276" w:lineRule="auto"/>
        <w:keepNext/>
      </w:pPr>
      <w:r>
        <w:rPr>
          <w:rFonts w:ascii="Calibri" w:hAnsi="Calibri"/>
          <w:b w:val="0"/>
          <w:i w:val="0"/>
          <w:color w:val="5F6B76"/>
          <w:sz w:val="19"/>
        </w:rPr>
        <w:t>Complete after sending and keep with your records. The undersigned certifies that a true copy of this notice was served on each tenant named above by the method indicated.</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Personal delivery to the tenant</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Posting a copy in a conspicuous place at the premises and mailing a copy, where permitted by law</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Certified mail, return receipt requested (where permitted by law)</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First-class mail (where permitted by law)</w:t>
      </w:r>
    </w:p>
    <w:p>
      <w:pPr>
        <w:spacing w:before="160" w:after="0"/>
        <w:keepNext/>
      </w:pPr>
      <w:r>
        <w:rPr>
          <w:rFonts w:ascii="Calibri" w:hAnsi="Calibri"/>
          <w:b w:val="0"/>
          <w:i w:val="0"/>
          <w:color w:val="333B44"/>
          <w:sz w:val="19"/>
        </w:rPr>
        <w:t>Date served: ____________________      Served by (printed name): ____________________</w:t>
      </w:r>
    </w:p>
    <w:p>
      <w:pPr>
        <w:spacing w:before="80" w:after="0"/>
      </w:pPr>
      <w:r>
        <w:rPr>
          <w:rFonts w:ascii="Calibri" w:hAnsi="Calibri"/>
          <w:b w:val="0"/>
          <w:i w:val="0"/>
          <w:color w:val="333B44"/>
          <w:sz w:val="19"/>
        </w:rPr>
        <w:t>Signature: ____________________</w:t>
      </w:r>
    </w:p>
    <w:p>
      <w:pPr>
        <w:spacing w:before="240" w:after="0"/>
        <w:jc w:val="center"/>
      </w:pPr>
      <w:r>
        <w:rPr>
          <w:rFonts w:ascii="Calibri" w:hAnsi="Calibri"/>
          <w:b w:val="0"/>
          <w:i/>
          <w:color w:val="5F6B76"/>
          <w:sz w:val="16"/>
        </w:rPr>
        <w:t>For month-to-month tenancies. Notice periods (often 30, 60, or 90 days) and just-cause rules vary by state and city; verify your requirements before sending and keep a signed copy with the completed Certificate of Service.</w:t>
      </w:r>
    </w:p>
    <w:sectPr w:rsidR="00FC693F" w:rsidRPr="0006063C" w:rsidSect="00034616">
      <w:pgSz w:w="12240" w:h="15840"/>
      <w:pgMar w:top="1008"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B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Termination of Tenancy</dc:title>
  <dc:subject/>
  <dc:creator>MailMergic</dc:creator>
  <cp:keywords/>
  <dc:description>generated by python-docx</dc:description>
  <cp:lastModifiedBy/>
  <cp:revision>1</cp:revision>
  <dcterms:created xsi:type="dcterms:W3CDTF">2013-12-23T23:15:00Z</dcterms:created>
  <dcterms:modified xsi:type="dcterms:W3CDTF">2013-12-23T23:15:00Z</dcterms:modified>
  <cp:category/>
</cp:coreProperties>
</file>