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Georgia" w:hAnsi="Georgia"/>
          <w:b/>
          <w:i w:val="0"/>
          <w:color w:val="9A5B13"/>
          <w:sz w:val="30"/>
          <w:caps/>
          <w:spacing w:val="30"/>
        </w:rPr>
        <w:t>[Your name or company]</w:t>
      </w:r>
    </w:p>
    <w:p>
      <w:pPr>
        <w:spacing w:before="0" w:after="160"/>
        <w:jc w:val="center"/>
        <w:pBdr>
          <w:bottom w:val="single" w:sz="14" w:space="6" w:color="1F3A56"/>
        </w:pBdr>
      </w:pPr>
      <w:r>
        <w:rPr>
          <w:rFonts w:ascii="Calibri" w:hAnsi="Calibri"/>
          <w:b w:val="0"/>
          <w:i w:val="0"/>
          <w:color w:val="9A5B13"/>
          <w:sz w:val="17"/>
        </w:rPr>
        <w:t>[Street address, City, State ZIP]</w:t>
      </w:r>
      <w:r>
        <w:rPr>
          <w:rFonts w:ascii="Calibri" w:hAnsi="Calibri"/>
          <w:b w:val="0"/>
          <w:i w:val="0"/>
          <w:color w:val="5F6B76"/>
          <w:sz w:val="17"/>
        </w:rPr>
        <w:t xml:space="preserve">   ·   </w:t>
      </w:r>
      <w:r>
        <w:rPr>
          <w:rFonts w:ascii="Calibri" w:hAnsi="Calibri"/>
          <w:b w:val="0"/>
          <w:i w:val="0"/>
          <w:color w:val="9A5B13"/>
          <w:sz w:val="17"/>
        </w:rPr>
        <w:t>[Phone]</w:t>
      </w:r>
      <w:r>
        <w:rPr>
          <w:rFonts w:ascii="Calibri" w:hAnsi="Calibri"/>
          <w:b w:val="0"/>
          <w:i w:val="0"/>
          <w:color w:val="5F6B76"/>
          <w:sz w:val="17"/>
        </w:rPr>
        <w:t xml:space="preserve">   ·   </w:t>
      </w:r>
      <w:r>
        <w:rPr>
          <w:rFonts w:ascii="Calibri" w:hAnsi="Calibri"/>
          <w:b w:val="0"/>
          <w:i w:val="0"/>
          <w:color w:val="9A5B13"/>
          <w:sz w:val="17"/>
        </w:rPr>
        <w:t>[Email]</w:t>
      </w:r>
    </w:p>
    <w:p>
      <w:pPr>
        <w:spacing w:before="0" w:after="0" w:line="40" w:lineRule="exact"/>
        <w:pBdr>
          <w:bottom w:val="single" w:sz="4" w:space="1" w:color="C9D2DC"/>
        </w:pBdr>
      </w:pPr>
    </w:p>
    <w:p>
      <w:pPr>
        <w:spacing w:before="40" w:after="200"/>
      </w:pPr>
      <w:r>
        <w:rPr>
          <w:rFonts w:ascii="Calibri" w:hAnsi="Calibri"/>
          <w:b w:val="0"/>
          <w:i w:val="0"/>
          <w:color w:val="9A5B13"/>
          <w:sz w:val="21"/>
        </w:rPr>
        <w:t>[Letter date]</w:t>
      </w:r>
    </w:p>
    <w:p>
      <w:pPr>
        <w:spacing w:before="0" w:after="0"/>
      </w:pPr>
      <w:fldSimple w:instr=" MERGEFIELD &quot;Tenant Name&quot; \* MERGEFORMAT ">
        <w:r>
          <w:rPr>
            <w:rFonts w:ascii="Calibri" w:hAnsi="Calibri"/>
            <w:b/>
            <w:i w:val="0"/>
            <w:color w:val="333B44"/>
            <w:sz w:val="21"/>
          </w:rPr>
          <w:t>«Tenant Name»</w:t>
        </w:r>
      </w:fldSimple>
    </w:p>
    <w:p>
      <w:pPr>
        <w:spacing w:before="0" w:after="240"/>
      </w:pPr>
      <w:fldSimple w:instr=" MERGEFIELD &quot;Property Address&quot; \* MERGEFORMAT ">
        <w:r>
          <w:rPr>
            <w:rFonts w:ascii="Calibri" w:hAnsi="Calibri"/>
            <w:b w:val="0"/>
            <w:i w:val="0"/>
            <w:color w:val="333B44"/>
            <w:sz w:val="21"/>
          </w:rPr>
          <w:t>«Property Address»</w:t>
        </w:r>
      </w:fldSimple>
    </w:p>
    <w:p>
      <w:pPr>
        <w:spacing w:before="280" w:after="40"/>
        <w:jc w:val="center"/>
      </w:pPr>
      <w:r>
        <w:rPr>
          <w:rFonts w:ascii="Georgia" w:hAnsi="Georgia"/>
          <w:b/>
          <w:i w:val="0"/>
          <w:color w:val="1F3A56"/>
          <w:sz w:val="27"/>
          <w:spacing w:val="44"/>
        </w:rPr>
        <w:t>NOTICE OF PAST-DUE RENT</w:t>
      </w:r>
    </w:p>
    <w:p>
      <w:pPr>
        <w:spacing w:before="0" w:after="240"/>
        <w:jc w:val="center"/>
      </w:pPr>
      <w:r>
        <w:rPr>
          <w:rFonts w:ascii="Calibri" w:hAnsi="Calibri"/>
          <w:b w:val="0"/>
          <w:i/>
          <w:color w:val="5F6B76"/>
          <w:sz w:val="19"/>
        </w:rPr>
        <w:t xml:space="preserve">RE: Past-due rent for the premises at </w:t>
      </w:r>
      <w:fldSimple w:instr=" MERGEFIELD &quot;Property Address&quot; \* MERGEFORMAT ">
        <w:r>
          <w:rPr>
            <w:rFonts w:ascii="Calibri" w:hAnsi="Calibri"/>
            <w:b w:val="0"/>
            <w:i/>
            <w:color w:val="5F6B76"/>
            <w:sz w:val="19"/>
          </w:rPr>
          <w:t>«Property Address»</w:t>
        </w:r>
      </w:fldSimple>
    </w:p>
    <w:p>
      <w:pPr>
        <w:spacing w:before="0" w:after="140" w:line="276" w:lineRule="auto"/>
      </w:pPr>
      <w:r>
        <w:rPr>
          <w:rFonts w:ascii="Calibri" w:hAnsi="Calibri"/>
          <w:b w:val="0"/>
          <w:i w:val="0"/>
          <w:color w:val="333B44"/>
          <w:sz w:val="21"/>
        </w:rPr>
        <w:t xml:space="preserve">Dear </w:t>
      </w:r>
      <w:fldSimple w:instr=" MERGEFIELD &quot;Tenant Name&quot; \* MERGEFORMAT ">
        <w:r>
          <w:rPr>
            <w:rFonts w:ascii="Calibri" w:hAnsi="Calibri"/>
            <w:b w:val="0"/>
            <w:i w:val="0"/>
            <w:color w:val="333B44"/>
            <w:sz w:val="21"/>
          </w:rPr>
          <w:t>«Tenant Name»</w:t>
        </w:r>
      </w:fldSimple>
      <w:r>
        <w:rPr>
          <w:rFonts w:ascii="Calibri" w:hAnsi="Calibri"/>
          <w:b w:val="0"/>
          <w:i w:val="0"/>
          <w:color w:val="333B44"/>
          <w:sz w:val="21"/>
        </w:rPr>
        <w:t>,</w:t>
      </w:r>
    </w:p>
    <w:p>
      <w:pPr>
        <w:spacing w:before="0" w:after="140" w:line="276" w:lineRule="auto"/>
      </w:pPr>
      <w:r>
        <w:rPr>
          <w:rFonts w:ascii="Calibri" w:hAnsi="Calibri"/>
          <w:b w:val="0"/>
          <w:i w:val="0"/>
          <w:color w:val="333B44"/>
          <w:sz w:val="21"/>
        </w:rPr>
        <w:t xml:space="preserve">This letter is a reminder that, as of </w:t>
      </w:r>
      <w:r>
        <w:rPr>
          <w:rFonts w:ascii="Calibri" w:hAnsi="Calibri"/>
          <w:b w:val="0"/>
          <w:i w:val="0"/>
          <w:color w:val="9A5B13"/>
          <w:sz w:val="21"/>
        </w:rPr>
        <w:t>[Balance as of date]</w:t>
      </w:r>
      <w:r>
        <w:rPr>
          <w:rFonts w:ascii="Calibri" w:hAnsi="Calibri"/>
          <w:b w:val="0"/>
          <w:i w:val="0"/>
          <w:color w:val="333B44"/>
          <w:sz w:val="21"/>
        </w:rPr>
        <w:t xml:space="preserve">, our records show a past-due balance on your rent account for the premises at </w:t>
      </w:r>
      <w:fldSimple w:instr=" MERGEFIELD &quot;Property Address&quot; \* MERGEFORMAT ">
        <w:r>
          <w:rPr>
            <w:rFonts w:ascii="Calibri" w:hAnsi="Calibri"/>
            <w:b w:val="0"/>
            <w:i w:val="0"/>
            <w:color w:val="333B44"/>
            <w:sz w:val="21"/>
          </w:rPr>
          <w:t>«Property Address»</w:t>
        </w:r>
      </w:fldSimple>
      <w:r>
        <w:rPr>
          <w:rFonts w:ascii="Calibri" w:hAnsi="Calibri"/>
          <w:b w:val="0"/>
          <w:i w:val="0"/>
          <w:color w:val="333B44"/>
          <w:sz w:val="21"/>
        </w:rPr>
        <w:t>. The outstanding balance is summarized in the account summary below.</w:t>
      </w:r>
    </w:p>
    <w:p>
      <w:pPr>
        <w:spacing w:before="0" w:after="140" w:line="276" w:lineRule="auto"/>
      </w:pPr>
      <w:r>
        <w:rPr>
          <w:rFonts w:ascii="Calibri" w:hAnsi="Calibri"/>
          <w:b w:val="0"/>
          <w:i w:val="0"/>
          <w:color w:val="333B44"/>
          <w:sz w:val="21"/>
        </w:rPr>
        <w:t>This letter is a payment reminder only. It is not an eviction notice, a notice to vacate, or any statutory notice required to begin legal proceedings.</w:t>
      </w:r>
    </w:p>
    <w:p>
      <w:pPr>
        <w:spacing w:before="0" w:after="140" w:line="276" w:lineRule="auto"/>
      </w:pPr>
      <w:r>
        <w:rPr>
          <w:rFonts w:ascii="Calibri" w:hAnsi="Calibri"/>
          <w:b w:val="0"/>
          <w:i w:val="0"/>
          <w:color w:val="333B44"/>
          <w:sz w:val="21"/>
        </w:rPr>
        <w:t>If you have already sent payment in full, please disregard this letter and accept our thanks. If you believe any part of this balance is incorrect, please contact us right away so we can review your account together.</w:t>
      </w:r>
    </w:p>
    <w:p>
      <w:pPr>
        <w:spacing w:before="200" w:after="80"/>
      </w:pPr>
      <w:r>
        <w:rPr>
          <w:rFonts w:ascii="Calibri" w:hAnsi="Calibri"/>
          <w:b/>
          <w:i w:val="0"/>
          <w:color w:val="1F3A56"/>
          <w:sz w:val="18"/>
          <w:spacing w:val="24"/>
        </w:rPr>
        <w:t>ACCOUNT SUMMARY</w:t>
      </w:r>
    </w:p>
    <w:tbl>
      <w:tblPr>
        <w:tblW w:type="auto" w:w="0"/>
        <w:tblLayout w:type="fixed"/>
        <w:tblLook w:firstColumn="1" w:firstRow="1" w:lastColumn="0" w:lastRow="0" w:noHBand="0" w:noVBand="1" w:val="04A0"/>
        <w:tblBorders>
          <w:top w:val="single" w:sz="4" w:space="0" w:color="C9D2DC"/>
          <w:left w:val="single" w:sz="4" w:space="0" w:color="C9D2DC"/>
          <w:bottom w:val="single" w:sz="4" w:space="0" w:color="C9D2DC"/>
          <w:right w:val="single" w:sz="4" w:space="0" w:color="C9D2DC"/>
          <w:insideH w:val="single" w:sz="4" w:space="0" w:color="C9D2DC"/>
          <w:insideV w:val="single" w:sz="4" w:space="0" w:color="C9D2DC"/>
        </w:tblBorders>
        <w:tblCellMar>
          <w:top w:w="70" w:type="dxa"/>
          <w:bottom w:w="70" w:type="dxa"/>
          <w:left w:w="130" w:type="dxa"/>
          <w:right w:w="130" w:type="dxa"/>
        </w:tblCellMar>
      </w:tblPr>
      <w:tblGrid>
        <w:gridCol w:w="4896"/>
        <w:gridCol w:w="4896"/>
      </w:tblGrid>
      <w:tr>
        <w:tc>
          <w:tcPr>
            <w:tcW w:type="dxa" w:w="4896"/>
            <w:tcW w:w="3384" w:type="dxa"/>
            <w:shd w:val="clear" w:fill="EEF2F6"/>
          </w:tcPr>
          <w:p>
            <w:pPr>
              <w:spacing w:after="0"/>
            </w:pPr>
            <w:r>
              <w:rPr>
                <w:rFonts w:ascii="Calibri" w:hAnsi="Calibri"/>
                <w:b/>
                <w:i w:val="0"/>
                <w:color w:val="42505E"/>
                <w:sz w:val="19"/>
              </w:rPr>
              <w:t>Rent period</w:t>
            </w:r>
          </w:p>
        </w:tc>
        <w:tc>
          <w:tcPr>
            <w:tcW w:type="dxa" w:w="4896"/>
            <w:tcW w:w="6408" w:type="dxa"/>
          </w:tcPr>
          <w:p>
            <w:pPr>
              <w:spacing w:after="0"/>
            </w:pPr>
            <w:fldSimple w:instr=" MERGEFIELD &quot;Rent Period&quot; \* MERGEFORMAT ">
              <w:r>
                <w:rPr>
                  <w:rFonts w:ascii="Calibri" w:hAnsi="Calibri"/>
                  <w:b w:val="0"/>
                  <w:i w:val="0"/>
                  <w:color w:val="333B44"/>
                  <w:sz w:val="21"/>
                </w:rPr>
                <w:t>«Rent Period»</w:t>
              </w:r>
            </w:fldSimple>
          </w:p>
        </w:tc>
      </w:tr>
      <w:tr>
        <w:tc>
          <w:tcPr>
            <w:tcW w:type="dxa" w:w="4896"/>
            <w:tcW w:w="3384" w:type="dxa"/>
            <w:shd w:val="clear" w:fill="EEF2F6"/>
          </w:tcPr>
          <w:p>
            <w:pPr>
              <w:spacing w:after="0"/>
            </w:pPr>
            <w:r>
              <w:rPr>
                <w:rFonts w:ascii="Calibri" w:hAnsi="Calibri"/>
                <w:b/>
                <w:i w:val="0"/>
                <w:color w:val="42505E"/>
                <w:sz w:val="19"/>
              </w:rPr>
              <w:t>Amount past due</w:t>
            </w:r>
          </w:p>
        </w:tc>
        <w:tc>
          <w:tcPr>
            <w:tcW w:type="dxa" w:w="4896"/>
            <w:tcW w:w="6408" w:type="dxa"/>
          </w:tcPr>
          <w:p>
            <w:pPr>
              <w:spacing w:after="0"/>
            </w:pPr>
            <w:fldSimple w:instr=" MERGEFIELD &quot;Amount Past Due&quot; \* MERGEFORMAT ">
              <w:r>
                <w:rPr>
                  <w:rFonts w:ascii="Calibri" w:hAnsi="Calibri"/>
                  <w:b w:val="0"/>
                  <w:i w:val="0"/>
                  <w:color w:val="333B44"/>
                  <w:sz w:val="21"/>
                </w:rPr>
                <w:t>«Amount Past Due»</w:t>
              </w:r>
            </w:fldSimple>
          </w:p>
        </w:tc>
      </w:tr>
      <w:tr>
        <w:tc>
          <w:tcPr>
            <w:tcW w:type="dxa" w:w="4896"/>
            <w:tcW w:w="3384" w:type="dxa"/>
            <w:shd w:val="clear" w:fill="EEF2F6"/>
          </w:tcPr>
          <w:p>
            <w:pPr>
              <w:spacing w:after="0"/>
            </w:pPr>
            <w:r>
              <w:rPr>
                <w:rFonts w:ascii="Calibri" w:hAnsi="Calibri"/>
                <w:b/>
                <w:i w:val="0"/>
                <w:color w:val="42505E"/>
                <w:sz w:val="19"/>
              </w:rPr>
              <w:t>Late fee (per lease, where permitted by law)</w:t>
            </w:r>
          </w:p>
        </w:tc>
        <w:tc>
          <w:tcPr>
            <w:tcW w:type="dxa" w:w="4896"/>
            <w:tcW w:w="6408" w:type="dxa"/>
          </w:tcPr>
          <w:p>
            <w:pPr>
              <w:spacing w:after="0"/>
            </w:pPr>
            <w:fldSimple w:instr=" MERGEFIELD &quot;Late Fee&quot; \* MERGEFORMAT ">
              <w:r>
                <w:rPr>
                  <w:rFonts w:ascii="Calibri" w:hAnsi="Calibri"/>
                  <w:b w:val="0"/>
                  <w:i w:val="0"/>
                  <w:color w:val="333B44"/>
                  <w:sz w:val="21"/>
                </w:rPr>
                <w:t>«Late Fee»</w:t>
              </w:r>
            </w:fldSimple>
          </w:p>
        </w:tc>
      </w:tr>
      <w:tr>
        <w:tc>
          <w:tcPr>
            <w:tcW w:type="dxa" w:w="4896"/>
            <w:tcW w:w="3384" w:type="dxa"/>
            <w:shd w:val="clear" w:fill="E2EAF2"/>
          </w:tcPr>
          <w:p>
            <w:pPr>
              <w:spacing w:after="0"/>
            </w:pPr>
            <w:r>
              <w:rPr>
                <w:rFonts w:ascii="Calibri" w:hAnsi="Calibri"/>
                <w:b/>
                <w:i w:val="0"/>
                <w:color w:val="1F3A56"/>
                <w:sz w:val="19"/>
              </w:rPr>
              <w:t>Total amount now due</w:t>
            </w:r>
          </w:p>
        </w:tc>
        <w:tc>
          <w:tcPr>
            <w:tcW w:type="dxa" w:w="4896"/>
            <w:tcW w:w="6408" w:type="dxa"/>
            <w:shd w:val="clear" w:fill="E2EAF2"/>
          </w:tcPr>
          <w:p>
            <w:pPr>
              <w:spacing w:after="0"/>
            </w:pPr>
            <w:fldSimple w:instr=" MERGEFIELD &quot;Total Due&quot; \* MERGEFORMAT ">
              <w:r>
                <w:rPr>
                  <w:rFonts w:ascii="Calibri" w:hAnsi="Calibri"/>
                  <w:b/>
                  <w:i w:val="0"/>
                  <w:color w:val="333B44"/>
                  <w:sz w:val="21"/>
                </w:rPr>
                <w:t>«Total Due»</w:t>
              </w:r>
            </w:fldSimple>
          </w:p>
        </w:tc>
      </w:tr>
      <w:tr>
        <w:tc>
          <w:tcPr>
            <w:tcW w:type="dxa" w:w="4896"/>
            <w:tcW w:w="3384" w:type="dxa"/>
            <w:shd w:val="clear" w:fill="EEF2F6"/>
          </w:tcPr>
          <w:p>
            <w:pPr>
              <w:spacing w:after="0"/>
            </w:pPr>
            <w:r>
              <w:rPr>
                <w:rFonts w:ascii="Calibri" w:hAnsi="Calibri"/>
                <w:b/>
                <w:i w:val="0"/>
                <w:color w:val="42505E"/>
                <w:sz w:val="19"/>
              </w:rPr>
              <w:t>Payment must be received by</w:t>
            </w:r>
          </w:p>
        </w:tc>
        <w:tc>
          <w:tcPr>
            <w:tcW w:type="dxa" w:w="4896"/>
            <w:tcW w:w="6408" w:type="dxa"/>
          </w:tcPr>
          <w:p>
            <w:pPr>
              <w:spacing w:after="0"/>
            </w:pPr>
            <w:r>
              <w:rPr>
                <w:rFonts w:ascii="Calibri" w:hAnsi="Calibri"/>
                <w:b w:val="0"/>
                <w:i w:val="0"/>
                <w:color w:val="9A5B13"/>
                <w:sz w:val="21"/>
              </w:rPr>
              <w:t>[Payment due date]</w:t>
            </w:r>
          </w:p>
        </w:tc>
      </w:tr>
    </w:tbl>
    <w:p>
      <w:pPr>
        <w:spacing w:before="0" w:after="40"/>
      </w:pPr>
    </w:p>
    <w:p>
      <w:pPr>
        <w:spacing w:before="0" w:after="140" w:line="276" w:lineRule="auto"/>
      </w:pPr>
      <w:r>
        <w:rPr>
          <w:rFonts w:ascii="Calibri" w:hAnsi="Calibri"/>
          <w:b w:val="0"/>
          <w:i w:val="0"/>
          <w:color w:val="333B44"/>
          <w:sz w:val="21"/>
        </w:rPr>
        <w:t xml:space="preserve">Under your lease, payment of the total amount shown above must be received no later than </w:t>
      </w:r>
      <w:r>
        <w:rPr>
          <w:rFonts w:ascii="Calibri" w:hAnsi="Calibri"/>
          <w:b w:val="0"/>
          <w:i w:val="0"/>
          <w:color w:val="9A5B13"/>
          <w:sz w:val="21"/>
        </w:rPr>
        <w:t>[Payment due date]</w:t>
      </w:r>
      <w:r>
        <w:rPr>
          <w:rFonts w:ascii="Calibri" w:hAnsi="Calibri"/>
          <w:b w:val="0"/>
          <w:i w:val="0"/>
          <w:color w:val="333B44"/>
          <w:sz w:val="21"/>
        </w:rPr>
        <w:t>. Any partial payment received will be applied to your outstanding balance.</w:t>
      </w:r>
    </w:p>
    <w:p>
      <w:pPr>
        <w:spacing w:before="0" w:after="140" w:line="276" w:lineRule="auto"/>
      </w:pPr>
      <w:r>
        <w:rPr>
          <w:rFonts w:ascii="Calibri" w:hAnsi="Calibri"/>
          <w:b w:val="0"/>
          <w:i w:val="0"/>
          <w:color w:val="333B44"/>
          <w:sz w:val="21"/>
        </w:rPr>
        <w:t xml:space="preserve">All other terms and conditions of your lease remain in full effect. If the total amount due is not received by </w:t>
      </w:r>
      <w:r>
        <w:rPr>
          <w:rFonts w:ascii="Calibri" w:hAnsi="Calibri"/>
          <w:b w:val="0"/>
          <w:i w:val="0"/>
          <w:color w:val="9A5B13"/>
          <w:sz w:val="21"/>
        </w:rPr>
        <w:t>[Payment due date]</w:t>
      </w:r>
      <w:r>
        <w:rPr>
          <w:rFonts w:ascii="Calibri" w:hAnsi="Calibri"/>
          <w:b w:val="0"/>
          <w:i w:val="0"/>
          <w:color w:val="333B44"/>
          <w:sz w:val="21"/>
        </w:rPr>
        <w:t>, we may take further action as permitted by the lease and applicable law, which may include service of a formal statutory notice and pursuit of the remedies available for nonpayment of rent.</w:t>
      </w:r>
    </w:p>
    <w:p>
      <w:pPr>
        <w:spacing w:before="0" w:after="140" w:line="276" w:lineRule="auto"/>
      </w:pPr>
      <w:r>
        <w:rPr>
          <w:rFonts w:ascii="Calibri" w:hAnsi="Calibri"/>
          <w:b w:val="0"/>
          <w:i w:val="0"/>
          <w:color w:val="333B44"/>
          <w:sz w:val="21"/>
        </w:rPr>
        <w:t>If you are experiencing a temporary financial hardship, please contact us before the payment date above. We are willing to discuss a reasonable payment arrangement where possible, and a short conversation now can often prevent additional fees and formal proceedings.</w:t>
      </w:r>
    </w:p>
    <w:p>
      <w:pPr>
        <w:spacing w:before="200" w:after="80"/>
      </w:pPr>
      <w:r>
        <w:rPr>
          <w:rFonts w:ascii="Calibri" w:hAnsi="Calibri"/>
          <w:b/>
          <w:i w:val="0"/>
          <w:color w:val="1F3A56"/>
          <w:sz w:val="18"/>
          <w:spacing w:val="24"/>
        </w:rPr>
        <w:t>HOW TO PAY</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 xml:space="preserve">Online: log in to the resident portal at </w:t>
      </w:r>
      <w:r>
        <w:rPr>
          <w:rFonts w:ascii="Calibri" w:hAnsi="Calibri"/>
          <w:b w:val="0"/>
          <w:i w:val="0"/>
          <w:color w:val="9A5B13"/>
          <w:sz w:val="20"/>
        </w:rPr>
        <w:t>[Online portal URL]</w:t>
      </w:r>
      <w:r>
        <w:rPr>
          <w:rFonts w:ascii="Calibri" w:hAnsi="Calibri"/>
          <w:b w:val="0"/>
          <w:i w:val="0"/>
          <w:color w:val="333B44"/>
          <w:sz w:val="20"/>
        </w:rPr>
        <w:t xml:space="preserve"> and pay the total amount due.</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 xml:space="preserve">By mail: send a check or money order, payable to </w:t>
      </w:r>
      <w:r>
        <w:rPr>
          <w:rFonts w:ascii="Calibri" w:hAnsi="Calibri"/>
          <w:b w:val="0"/>
          <w:i w:val="0"/>
          <w:color w:val="9A5B13"/>
          <w:sz w:val="20"/>
        </w:rPr>
        <w:t>[Payee name]</w:t>
      </w:r>
      <w:r>
        <w:rPr>
          <w:rFonts w:ascii="Calibri" w:hAnsi="Calibri"/>
          <w:b w:val="0"/>
          <w:i w:val="0"/>
          <w:color w:val="333B44"/>
          <w:sz w:val="20"/>
        </w:rPr>
        <w:t xml:space="preserve">, to </w:t>
      </w:r>
      <w:r>
        <w:rPr>
          <w:rFonts w:ascii="Calibri" w:hAnsi="Calibri"/>
          <w:b w:val="0"/>
          <w:i w:val="0"/>
          <w:color w:val="9A5B13"/>
          <w:sz w:val="20"/>
        </w:rPr>
        <w:t>[Payment mailing address]</w:t>
      </w:r>
      <w:r>
        <w:rPr>
          <w:rFonts w:ascii="Calibri" w:hAnsi="Calibri"/>
          <w:b w:val="0"/>
          <w:i w:val="0"/>
          <w:color w:val="333B44"/>
          <w:sz w:val="20"/>
        </w:rPr>
        <w:t xml:space="preserve">, allowing enough time for delivery by </w:t>
      </w:r>
      <w:r>
        <w:rPr>
          <w:rFonts w:ascii="Calibri" w:hAnsi="Calibri"/>
          <w:b w:val="0"/>
          <w:i w:val="0"/>
          <w:color w:val="9A5B13"/>
          <w:sz w:val="20"/>
        </w:rPr>
        <w:t>[Payment due date]</w:t>
      </w:r>
      <w:r>
        <w:rPr>
          <w:rFonts w:ascii="Calibri" w:hAnsi="Calibri"/>
          <w:b w:val="0"/>
          <w:i w:val="0"/>
          <w:color w:val="333B44"/>
          <w:sz w:val="20"/>
        </w:rPr>
        <w:t>.</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 xml:space="preserve">Other accepted method: </w:t>
      </w:r>
      <w:r>
        <w:rPr>
          <w:rFonts w:ascii="Calibri" w:hAnsi="Calibri"/>
          <w:b w:val="0"/>
          <w:i w:val="0"/>
          <w:color w:val="9A5B13"/>
          <w:sz w:val="20"/>
        </w:rPr>
        <w:t>[Other payment method]</w:t>
      </w:r>
      <w:r>
        <w:rPr>
          <w:rFonts w:ascii="Calibri" w:hAnsi="Calibri"/>
          <w:b w:val="0"/>
          <w:i w:val="0"/>
          <w:color w:val="333B44"/>
          <w:sz w:val="20"/>
        </w:rPr>
        <w:t>.</w:t>
      </w:r>
    </w:p>
    <w:p>
      <w:pPr>
        <w:spacing w:before="0" w:after="60" w:line="276" w:lineRule="auto"/>
        <w:ind w:left="403" w:hanging="245"/>
      </w:pPr>
      <w:r>
        <w:rPr>
          <w:rFonts w:ascii="Calibri" w:hAnsi="Calibri"/>
          <w:b/>
          <w:i w:val="0"/>
          <w:color w:val="1F3A56"/>
          <w:sz w:val="20"/>
        </w:rPr>
        <w:t xml:space="preserve">• </w:t>
      </w:r>
      <w:r>
        <w:rPr>
          <w:rFonts w:ascii="Calibri" w:hAnsi="Calibri"/>
          <w:b w:val="0"/>
          <w:i w:val="0"/>
          <w:color w:val="333B44"/>
          <w:sz w:val="20"/>
        </w:rPr>
        <w:t>With any payment, include your full name and the property address so the payment is applied to the correct account.</w:t>
      </w:r>
    </w:p>
    <w:p>
      <w:pPr>
        <w:spacing w:before="0" w:after="140" w:line="276" w:lineRule="auto"/>
      </w:pPr>
      <w:r>
        <w:rPr>
          <w:rFonts w:ascii="Calibri" w:hAnsi="Calibri"/>
          <w:b w:val="0"/>
          <w:i w:val="0"/>
          <w:color w:val="333B44"/>
          <w:sz w:val="21"/>
        </w:rPr>
        <w:t xml:space="preserve">If you have questions about this letter or your account history, please contact </w:t>
      </w:r>
      <w:r>
        <w:rPr>
          <w:rFonts w:ascii="Calibri" w:hAnsi="Calibri"/>
          <w:b w:val="0"/>
          <w:i w:val="0"/>
          <w:color w:val="9A5B13"/>
          <w:sz w:val="21"/>
        </w:rPr>
        <w:t>[Landlord or company name]</w:t>
      </w:r>
      <w:r>
        <w:rPr>
          <w:rFonts w:ascii="Calibri" w:hAnsi="Calibri"/>
          <w:b w:val="0"/>
          <w:i w:val="0"/>
          <w:color w:val="333B44"/>
          <w:sz w:val="21"/>
        </w:rPr>
        <w:t xml:space="preserve"> at </w:t>
      </w:r>
      <w:r>
        <w:rPr>
          <w:rFonts w:ascii="Calibri" w:hAnsi="Calibri"/>
          <w:b w:val="0"/>
          <w:i w:val="0"/>
          <w:color w:val="9A5B13"/>
          <w:sz w:val="21"/>
        </w:rPr>
        <w:t>[Phone]</w:t>
      </w:r>
      <w:r>
        <w:rPr>
          <w:rFonts w:ascii="Calibri" w:hAnsi="Calibri"/>
          <w:b w:val="0"/>
          <w:i w:val="0"/>
          <w:color w:val="333B44"/>
          <w:sz w:val="21"/>
        </w:rPr>
        <w:t xml:space="preserve"> or </w:t>
      </w:r>
      <w:r>
        <w:rPr>
          <w:rFonts w:ascii="Calibri" w:hAnsi="Calibri"/>
          <w:b w:val="0"/>
          <w:i w:val="0"/>
          <w:color w:val="9A5B13"/>
          <w:sz w:val="21"/>
        </w:rPr>
        <w:t>[Email]</w:t>
      </w:r>
      <w:r>
        <w:rPr>
          <w:rFonts w:ascii="Calibri" w:hAnsi="Calibri"/>
          <w:b w:val="0"/>
          <w:i w:val="0"/>
          <w:color w:val="333B44"/>
          <w:sz w:val="21"/>
        </w:rPr>
        <w:t>. We are glad to review the account with you.</w:t>
      </w:r>
    </w:p>
    <w:p>
      <w:pPr>
        <w:spacing w:before="0" w:after="140" w:line="276" w:lineRule="auto"/>
      </w:pPr>
      <w:r>
        <w:rPr>
          <w:rFonts w:ascii="Calibri" w:hAnsi="Calibri"/>
          <w:b w:val="0"/>
          <w:i w:val="0"/>
          <w:color w:val="333B44"/>
          <w:sz w:val="21"/>
        </w:rPr>
        <w:t>Thank you for your prompt attention to this matter. We value you as a resident and look forward to resolving this balance quickly.</w:t>
      </w:r>
    </w:p>
    <w:p>
      <w:pPr>
        <w:spacing w:before="200" w:after="520"/>
        <w:keepNext/>
      </w:pPr>
      <w:r>
        <w:rPr>
          <w:rFonts w:ascii="Calibri" w:hAnsi="Calibri"/>
          <w:b w:val="0"/>
          <w:i w:val="0"/>
          <w:color w:val="333B44"/>
          <w:sz w:val="21"/>
        </w:rPr>
        <w:t>Sincerely,</w:t>
      </w:r>
    </w:p>
    <w:p>
      <w:pPr>
        <w:spacing w:before="0" w:after="40"/>
        <w:ind w:right="5616"/>
        <w:pBdr>
          <w:bottom w:val="single" w:sz="6" w:space="1" w:color="333B44"/>
        </w:pBdr>
        <w:keepNext/>
      </w:pPr>
    </w:p>
    <w:p>
      <w:pPr>
        <w:spacing w:before="0" w:after="0"/>
        <w:keepNext/>
      </w:pPr>
      <w:r>
        <w:rPr>
          <w:rFonts w:ascii="Calibri" w:hAnsi="Calibri"/>
          <w:b/>
          <w:i w:val="0"/>
          <w:color w:val="9A5B13"/>
          <w:sz w:val="21"/>
        </w:rPr>
        <w:t>[Landlord or company name]</w:t>
      </w:r>
    </w:p>
    <w:p>
      <w:pPr>
        <w:spacing w:before="0" w:after="0"/>
        <w:keepNext/>
      </w:pPr>
      <w:r>
        <w:rPr>
          <w:rFonts w:ascii="Calibri" w:hAnsi="Calibri"/>
          <w:b w:val="0"/>
          <w:i w:val="0"/>
          <w:color w:val="9A5B13"/>
          <w:sz w:val="18"/>
        </w:rPr>
        <w:t>[Title, e.g. Owner or Property Manager]</w:t>
      </w:r>
    </w:p>
    <w:p>
      <w:pPr>
        <w:spacing w:before="0" w:after="0"/>
      </w:pPr>
      <w:r>
        <w:rPr>
          <w:rFonts w:ascii="Calibri" w:hAnsi="Calibri"/>
          <w:b w:val="0"/>
          <w:i w:val="0"/>
          <w:color w:val="9A5B13"/>
          <w:sz w:val="18"/>
        </w:rPr>
        <w:t>[Phone]</w:t>
      </w:r>
      <w:r>
        <w:rPr>
          <w:rFonts w:ascii="Calibri" w:hAnsi="Calibri"/>
          <w:b w:val="0"/>
          <w:i w:val="0"/>
          <w:color w:val="5F6B76"/>
          <w:sz w:val="18"/>
        </w:rPr>
        <w:t xml:space="preserve">  ·  </w:t>
      </w:r>
      <w:r>
        <w:rPr>
          <w:rFonts w:ascii="Calibri" w:hAnsi="Calibri"/>
          <w:b w:val="0"/>
          <w:i w:val="0"/>
          <w:color w:val="9A5B13"/>
          <w:sz w:val="18"/>
        </w:rPr>
        <w:t>[Email]</w:t>
      </w:r>
      <w:r>
        <w:rPr>
          <w:rFonts w:ascii="Calibri" w:hAnsi="Calibri"/>
          <w:b w:val="0"/>
          <w:i w:val="0"/>
          <w:color w:val="5F6B76"/>
          <w:sz w:val="18"/>
        </w:rPr>
        <w:t xml:space="preserve">  ·  </w:t>
      </w:r>
      <w:r>
        <w:rPr>
          <w:rFonts w:ascii="Calibri" w:hAnsi="Calibri"/>
          <w:b w:val="0"/>
          <w:i w:val="0"/>
          <w:color w:val="9A5B13"/>
          <w:sz w:val="18"/>
        </w:rPr>
        <w:t>[Landlord mailing address]</w:t>
      </w:r>
    </w:p>
    <w:p>
      <w:pPr>
        <w:spacing w:before="280" w:after="160" w:line="40" w:lineRule="exact"/>
        <w:pBdr>
          <w:bottom w:val="single" w:sz="4" w:space="1" w:color="C9D2DC"/>
        </w:pBdr>
        <w:keepNext/>
      </w:pPr>
    </w:p>
    <w:p>
      <w:pPr>
        <w:spacing w:before="0" w:after="60"/>
        <w:keepNext/>
      </w:pPr>
      <w:r>
        <w:rPr>
          <w:rFonts w:ascii="Calibri" w:hAnsi="Calibri"/>
          <w:b/>
          <w:i w:val="0"/>
          <w:color w:val="1F3A56"/>
          <w:sz w:val="18"/>
          <w:spacing w:val="24"/>
        </w:rPr>
        <w:t>DELIVERY RECORD</w:t>
      </w:r>
    </w:p>
    <w:p>
      <w:pPr>
        <w:spacing w:before="0" w:after="120" w:line="276" w:lineRule="auto"/>
        <w:keepNext/>
      </w:pPr>
      <w:r>
        <w:rPr>
          <w:rFonts w:ascii="Calibri" w:hAnsi="Calibri"/>
          <w:b w:val="0"/>
          <w:i w:val="0"/>
          <w:color w:val="5F6B76"/>
          <w:sz w:val="19"/>
        </w:rPr>
        <w:t xml:space="preserve">Complete after sending and keep with your records. A copy of this letter, dated </w:t>
      </w:r>
      <w:r>
        <w:rPr>
          <w:rFonts w:ascii="Calibri" w:hAnsi="Calibri"/>
          <w:b w:val="0"/>
          <w:i w:val="0"/>
          <w:color w:val="9A5B13"/>
          <w:sz w:val="19"/>
        </w:rPr>
        <w:t>[Letter date]</w:t>
      </w:r>
      <w:r>
        <w:rPr>
          <w:rFonts w:ascii="Calibri" w:hAnsi="Calibri"/>
          <w:b w:val="0"/>
          <w:i w:val="0"/>
          <w:color w:val="5F6B76"/>
          <w:sz w:val="19"/>
        </w:rPr>
        <w:t>, was delivered to the tenant named above by the method indicated.</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Hand delivery to the tenant, or delivery to the premises in a sealed envelope addressed to the tenant</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Certified mail, return receipt requested</w:t>
      </w:r>
    </w:p>
    <w:p>
      <w:pPr>
        <w:spacing w:before="0" w:after="60"/>
        <w:ind w:left="403" w:hanging="317"/>
        <w:keepNext/>
      </w:pPr>
      <w:r>
        <w:rPr>
          <w:rFonts w:ascii="Calibri" w:hAnsi="Calibri"/>
          <w:b w:val="0"/>
          <w:i w:val="0"/>
          <w:color w:val="5F6B76"/>
          <w:sz w:val="21"/>
        </w:rPr>
        <w:t xml:space="preserve">□ </w:t>
      </w:r>
      <w:r>
        <w:rPr>
          <w:rFonts w:ascii="Calibri" w:hAnsi="Calibri"/>
          <w:b w:val="0"/>
          <w:i w:val="0"/>
          <w:color w:val="333B44"/>
          <w:sz w:val="19"/>
        </w:rPr>
        <w:t>First-class mail</w:t>
      </w:r>
    </w:p>
    <w:p>
      <w:pPr>
        <w:spacing w:before="160" w:after="0"/>
        <w:keepNext/>
      </w:pPr>
      <w:r>
        <w:rPr>
          <w:rFonts w:ascii="Calibri" w:hAnsi="Calibri"/>
          <w:b w:val="0"/>
          <w:i w:val="0"/>
          <w:color w:val="333B44"/>
          <w:sz w:val="19"/>
        </w:rPr>
        <w:t>Date delivered: ____________________      Delivered by (printed name): ____________________</w:t>
      </w:r>
    </w:p>
    <w:p>
      <w:pPr>
        <w:spacing w:before="80" w:after="0"/>
      </w:pPr>
      <w:r>
        <w:rPr>
          <w:rFonts w:ascii="Calibri" w:hAnsi="Calibri"/>
          <w:b w:val="0"/>
          <w:i w:val="0"/>
          <w:color w:val="333B44"/>
          <w:sz w:val="19"/>
        </w:rPr>
        <w:t>Signature: ____________________</w:t>
      </w:r>
    </w:p>
    <w:p>
      <w:pPr>
        <w:spacing w:before="240" w:after="0"/>
        <w:jc w:val="center"/>
      </w:pPr>
      <w:r>
        <w:rPr>
          <w:rFonts w:ascii="Calibri" w:hAnsi="Calibri"/>
          <w:b w:val="0"/>
          <w:i/>
          <w:color w:val="5F6B76"/>
          <w:sz w:val="16"/>
        </w:rPr>
        <w:t>Late-fee amounts, caps, and grace periods vary by state and must match your lease. Verify the rules that apply to your rental before sending, and keep a signed copy with the completed Delivery Record.</w:t>
      </w:r>
    </w:p>
    <w:sectPr w:rsidR="00FC693F" w:rsidRPr="0006063C" w:rsidSect="00034616">
      <w:pgSz w:w="12240" w:h="15840"/>
      <w:pgMar w:top="1008" w:right="1224" w:bottom="79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B4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Past-Due Rent</dc:title>
  <dc:subject/>
  <dc:creator>MailMergic</dc:creator>
  <cp:keywords/>
  <dc:description>generated by python-docx</dc:description>
  <cp:lastModifiedBy/>
  <cp:revision>1</cp:revision>
  <dcterms:created xsi:type="dcterms:W3CDTF">2013-12-23T23:15:00Z</dcterms:created>
  <dcterms:modified xsi:type="dcterms:W3CDTF">2013-12-23T23:15:00Z</dcterms:modified>
  <cp:category/>
</cp:coreProperties>
</file>