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Georgia" w:hAnsi="Georgia"/>
          <w:b/>
          <w:i w:val="0"/>
          <w:color w:val="9A5B13"/>
          <w:sz w:val="30"/>
          <w:caps/>
          <w:spacing w:val="30"/>
        </w:rPr>
        <w:t>[Company name]</w:t>
      </w:r>
    </w:p>
    <w:p>
      <w:pPr>
        <w:spacing w:before="0" w:after="160"/>
        <w:jc w:val="center"/>
        <w:pBdr>
          <w:bottom w:val="single" w:sz="14" w:space="6" w:color="1F3A56"/>
        </w:pBdr>
      </w:pPr>
      <w:r>
        <w:rPr>
          <w:rFonts w:ascii="Calibri" w:hAnsi="Calibri"/>
          <w:b w:val="0"/>
          <w:i w:val="0"/>
          <w:color w:val="9A5B13"/>
          <w:sz w:val="17"/>
        </w:rPr>
        <w:t>[Company address]</w:t>
      </w:r>
      <w:r>
        <w:rPr>
          <w:rFonts w:ascii="Calibri" w:hAnsi="Calibri"/>
          <w:b w:val="0"/>
          <w:i w:val="0"/>
          <w:color w:val="5F6B76"/>
          <w:sz w:val="17"/>
        </w:rPr>
        <w:t xml:space="preserve">   ·   </w:t>
      </w:r>
      <w:r>
        <w:rPr>
          <w:rFonts w:ascii="Calibri" w:hAnsi="Calibri"/>
          <w:b w:val="0"/>
          <w:i w:val="0"/>
          <w:color w:val="9A5B13"/>
          <w:sz w:val="17"/>
        </w:rPr>
        <w:t>[HR contact phone]</w:t>
      </w:r>
      <w:r>
        <w:rPr>
          <w:rFonts w:ascii="Calibri" w:hAnsi="Calibri"/>
          <w:b w:val="0"/>
          <w:i w:val="0"/>
          <w:color w:val="5F6B76"/>
          <w:sz w:val="17"/>
        </w:rPr>
        <w:t xml:space="preserve">   ·   </w:t>
      </w:r>
      <w:r>
        <w:rPr>
          <w:rFonts w:ascii="Calibri" w:hAnsi="Calibri"/>
          <w:b w:val="0"/>
          <w:i w:val="0"/>
          <w:color w:val="9A5B13"/>
          <w:sz w:val="17"/>
        </w:rPr>
        <w:t>[HR contact email]</w:t>
      </w:r>
    </w:p>
    <w:p>
      <w:pPr>
        <w:spacing w:before="0" w:after="0" w:line="40" w:lineRule="exact"/>
        <w:pBdr>
          <w:bottom w:val="single" w:sz="4" w:space="1" w:color="C9D2DC"/>
        </w:pBdr>
      </w:pPr>
    </w:p>
    <w:p>
      <w:pPr>
        <w:spacing w:before="40" w:after="280"/>
      </w:pPr>
      <w:r>
        <w:rPr>
          <w:rFonts w:ascii="Calibri" w:hAnsi="Calibri"/>
          <w:b w:val="0"/>
          <w:i w:val="0"/>
          <w:color w:val="9A5B13"/>
          <w:sz w:val="21"/>
        </w:rPr>
        <w:t>[Agreement date]</w:t>
      </w:r>
    </w:p>
    <w:p>
      <w:pPr>
        <w:spacing w:before="280" w:after="40"/>
        <w:jc w:val="center"/>
      </w:pPr>
      <w:r>
        <w:rPr>
          <w:rFonts w:ascii="Georgia" w:hAnsi="Georgia"/>
          <w:b/>
          <w:i w:val="0"/>
          <w:color w:val="1F3A56"/>
          <w:sz w:val="27"/>
          <w:spacing w:val="44"/>
        </w:rPr>
        <w:t>SEPARATION AGREEMENT</w:t>
      </w:r>
    </w:p>
    <w:p>
      <w:pPr>
        <w:spacing w:before="0" w:after="240"/>
        <w:jc w:val="center"/>
      </w:pPr>
      <w:r>
        <w:rPr>
          <w:rFonts w:ascii="Calibri" w:hAnsi="Calibri"/>
          <w:b w:val="0"/>
          <w:i/>
          <w:color w:val="5F6B76"/>
          <w:sz w:val="19"/>
        </w:rPr>
        <w:t xml:space="preserve">RE: Separation agreement for </w:t>
      </w:r>
      <w:fldSimple w:instr=" MERGEFIELD &quot;Employee Name&quot; \* MERGEFORMAT ">
        <w:r>
          <w:rPr>
            <w:rFonts w:ascii="Calibri" w:hAnsi="Calibri"/>
            <w:b w:val="0"/>
            <w:i/>
            <w:color w:val="5F6B76"/>
            <w:sz w:val="19"/>
          </w:rPr>
          <w:t>«Employee Name»</w:t>
        </w:r>
      </w:fldSimple>
    </w:p>
    <w:p>
      <w:pPr>
        <w:spacing w:before="0" w:after="140" w:line="276" w:lineRule="auto"/>
      </w:pPr>
      <w:r>
        <w:rPr>
          <w:rFonts w:ascii="Calibri" w:hAnsi="Calibri"/>
          <w:b w:val="0"/>
          <w:i w:val="0"/>
          <w:color w:val="333B44"/>
          <w:sz w:val="21"/>
        </w:rPr>
        <w:t xml:space="preserve">Dear </w:t>
      </w:r>
      <w:fldSimple w:instr=" MERGEFIELD &quot;Employee Name&quot; \* MERGEFORMAT ">
        <w:r>
          <w:rPr>
            <w:rFonts w:ascii="Calibri" w:hAnsi="Calibri"/>
            <w:b w:val="0"/>
            <w:i w:val="0"/>
            <w:color w:val="333B44"/>
            <w:sz w:val="21"/>
          </w:rPr>
          <w:t>«Employee Name»</w:t>
        </w:r>
      </w:fldSimple>
      <w:r>
        <w:rPr>
          <w:rFonts w:ascii="Calibri" w:hAnsi="Calibri"/>
          <w:b w:val="0"/>
          <w:i w:val="0"/>
          <w:color w:val="333B44"/>
          <w:sz w:val="21"/>
        </w:rPr>
        <w:t>,</w:t>
      </w:r>
    </w:p>
    <w:p>
      <w:pPr>
        <w:spacing w:before="0" w:after="140" w:line="276" w:lineRule="auto"/>
      </w:pPr>
      <w:r>
        <w:rPr>
          <w:rFonts w:ascii="Calibri" w:hAnsi="Calibri"/>
          <w:b w:val="0"/>
          <w:i w:val="0"/>
          <w:color w:val="333B44"/>
          <w:sz w:val="21"/>
        </w:rPr>
        <w:t xml:space="preserve">This Separation Agreement and Release (the Agreement) is entered into between </w:t>
      </w:r>
      <w:r>
        <w:rPr>
          <w:rFonts w:ascii="Calibri" w:hAnsi="Calibri"/>
          <w:b w:val="0"/>
          <w:i w:val="0"/>
          <w:color w:val="9A5B13"/>
          <w:sz w:val="21"/>
        </w:rPr>
        <w:t>[Company name]</w:t>
      </w:r>
      <w:r>
        <w:rPr>
          <w:rFonts w:ascii="Calibri" w:hAnsi="Calibri"/>
          <w:b w:val="0"/>
          <w:i w:val="0"/>
          <w:color w:val="333B44"/>
          <w:sz w:val="21"/>
        </w:rPr>
        <w:t xml:space="preserve"> and </w:t>
      </w:r>
      <w:fldSimple w:instr=" MERGEFIELD &quot;Employee Name&quot; \* MERGEFORMAT ">
        <w:r>
          <w:rPr>
            <w:rFonts w:ascii="Calibri" w:hAnsi="Calibri"/>
            <w:b w:val="0"/>
            <w:i w:val="0"/>
            <w:color w:val="333B44"/>
            <w:sz w:val="21"/>
          </w:rPr>
          <w:t>«Employee Name»</w:t>
        </w:r>
      </w:fldSimple>
      <w:r>
        <w:rPr>
          <w:rFonts w:ascii="Calibri" w:hAnsi="Calibri"/>
          <w:b w:val="0"/>
          <w:i w:val="0"/>
          <w:color w:val="333B44"/>
          <w:sz w:val="21"/>
        </w:rPr>
        <w:t xml:space="preserve"> (Employee ID </w:t>
      </w:r>
      <w:fldSimple w:instr=" MERGEFIELD &quot;Employee ID&quot; \* MERGEFORMAT ">
        <w:r>
          <w:rPr>
            <w:rFonts w:ascii="Calibri" w:hAnsi="Calibri"/>
            <w:b w:val="0"/>
            <w:i w:val="0"/>
            <w:color w:val="333B44"/>
            <w:sz w:val="21"/>
          </w:rPr>
          <w:t>«Employee ID»</w:t>
        </w:r>
      </w:fldSimple>
      <w:r>
        <w:rPr>
          <w:rFonts w:ascii="Calibri" w:hAnsi="Calibri"/>
          <w:b w:val="0"/>
          <w:i w:val="0"/>
          <w:color w:val="333B44"/>
          <w:sz w:val="21"/>
        </w:rPr>
        <w:t xml:space="preserve">), who holds the position of </w:t>
      </w:r>
      <w:fldSimple w:instr=" MERGEFIELD &quot;Job Title&quot; \* MERGEFORMAT ">
        <w:r>
          <w:rPr>
            <w:rFonts w:ascii="Calibri" w:hAnsi="Calibri"/>
            <w:b w:val="0"/>
            <w:i w:val="0"/>
            <w:color w:val="333B44"/>
            <w:sz w:val="21"/>
          </w:rPr>
          <w:t>«Job Title»</w:t>
        </w:r>
      </w:fldSimple>
      <w:r>
        <w:rPr>
          <w:rFonts w:ascii="Calibri" w:hAnsi="Calibri"/>
          <w:b w:val="0"/>
          <w:i w:val="0"/>
          <w:color w:val="333B44"/>
          <w:sz w:val="21"/>
        </w:rPr>
        <w:t xml:space="preserve"> in the </w:t>
      </w:r>
      <w:fldSimple w:instr=" MERGEFIELD &quot;Department&quot; \* MERGEFORMAT ">
        <w:r>
          <w:rPr>
            <w:rFonts w:ascii="Calibri" w:hAnsi="Calibri"/>
            <w:b w:val="0"/>
            <w:i w:val="0"/>
            <w:color w:val="333B44"/>
            <w:sz w:val="21"/>
          </w:rPr>
          <w:t>«Department»</w:t>
        </w:r>
      </w:fldSimple>
      <w:r>
        <w:rPr>
          <w:rFonts w:ascii="Calibri" w:hAnsi="Calibri"/>
          <w:b w:val="0"/>
          <w:i w:val="0"/>
          <w:color w:val="333B44"/>
          <w:sz w:val="21"/>
        </w:rPr>
        <w:t xml:space="preserve"> department.</w:t>
      </w:r>
    </w:p>
    <w:p>
      <w:pPr>
        <w:spacing w:before="200" w:after="80"/>
      </w:pPr>
      <w:r>
        <w:rPr>
          <w:rFonts w:ascii="Calibri" w:hAnsi="Calibri"/>
          <w:b/>
          <w:i w:val="0"/>
          <w:color w:val="1F3A56"/>
          <w:sz w:val="18"/>
          <w:spacing w:val="24"/>
        </w:rPr>
        <w:t>1. SEPARATION OF EMPLOYMENT</w:t>
      </w:r>
    </w:p>
    <w:p>
      <w:pPr>
        <w:spacing w:before="0" w:after="140" w:line="276" w:lineRule="auto"/>
      </w:pPr>
      <w:r>
        <w:rPr>
          <w:rFonts w:ascii="Calibri" w:hAnsi="Calibri"/>
          <w:b w:val="0"/>
          <w:i w:val="0"/>
          <w:color w:val="333B44"/>
          <w:sz w:val="21"/>
        </w:rPr>
        <w:t xml:space="preserve">Your employment with </w:t>
      </w:r>
      <w:r>
        <w:rPr>
          <w:rFonts w:ascii="Calibri" w:hAnsi="Calibri"/>
          <w:b w:val="0"/>
          <w:i w:val="0"/>
          <w:color w:val="9A5B13"/>
          <w:sz w:val="21"/>
        </w:rPr>
        <w:t>[Company name]</w:t>
      </w:r>
      <w:r>
        <w:rPr>
          <w:rFonts w:ascii="Calibri" w:hAnsi="Calibri"/>
          <w:b w:val="0"/>
          <w:i w:val="0"/>
          <w:color w:val="333B44"/>
          <w:sz w:val="21"/>
        </w:rPr>
        <w:t xml:space="preserve"> will end on </w:t>
      </w:r>
      <w:fldSimple w:instr=" MERGEFIELD &quot;Separation Date&quot; \* MERGEFORMAT ">
        <w:r>
          <w:rPr>
            <w:rFonts w:ascii="Calibri" w:hAnsi="Calibri"/>
            <w:b w:val="0"/>
            <w:i w:val="0"/>
            <w:color w:val="333B44"/>
            <w:sz w:val="21"/>
          </w:rPr>
          <w:t>«Separation Date»</w:t>
        </w:r>
      </w:fldSimple>
      <w:r>
        <w:rPr>
          <w:rFonts w:ascii="Calibri" w:hAnsi="Calibri"/>
          <w:b w:val="0"/>
          <w:i w:val="0"/>
          <w:color w:val="333B44"/>
          <w:sz w:val="21"/>
        </w:rPr>
        <w:t xml:space="preserve"> (the Separation Date). After that date, you will no longer be an employee of </w:t>
      </w:r>
      <w:r>
        <w:rPr>
          <w:rFonts w:ascii="Calibri" w:hAnsi="Calibri"/>
          <w:b w:val="0"/>
          <w:i w:val="0"/>
          <w:color w:val="9A5B13"/>
          <w:sz w:val="21"/>
        </w:rPr>
        <w:t>[Company name]</w:t>
      </w:r>
      <w:r>
        <w:rPr>
          <w:rFonts w:ascii="Calibri" w:hAnsi="Calibri"/>
          <w:b w:val="0"/>
          <w:i w:val="0"/>
          <w:color w:val="333B44"/>
          <w:sz w:val="21"/>
        </w:rPr>
        <w:t xml:space="preserve"> and will not be entitled to further wages, other than as described below.</w:t>
      </w:r>
    </w:p>
    <w:p>
      <w:pPr>
        <w:spacing w:before="200" w:after="80"/>
      </w:pPr>
      <w:r>
        <w:rPr>
          <w:rFonts w:ascii="Calibri" w:hAnsi="Calibri"/>
          <w:b/>
          <w:i w:val="0"/>
          <w:color w:val="1F3A56"/>
          <w:sz w:val="18"/>
          <w:spacing w:val="24"/>
        </w:rPr>
        <w:t>2. SEVERANCE</w:t>
      </w:r>
    </w:p>
    <w:p>
      <w:pPr>
        <w:spacing w:before="0" w:after="140" w:line="276" w:lineRule="auto"/>
      </w:pPr>
      <w:r>
        <w:rPr>
          <w:rFonts w:ascii="Calibri" w:hAnsi="Calibri"/>
          <w:b w:val="0"/>
          <w:i w:val="0"/>
          <w:color w:val="333B44"/>
          <w:sz w:val="21"/>
        </w:rPr>
        <w:t xml:space="preserve">In exchange for signing and not revoking this Agreement, </w:t>
      </w:r>
      <w:r>
        <w:rPr>
          <w:rFonts w:ascii="Calibri" w:hAnsi="Calibri"/>
          <w:b w:val="0"/>
          <w:i w:val="0"/>
          <w:color w:val="9A5B13"/>
          <w:sz w:val="21"/>
        </w:rPr>
        <w:t>[Company name]</w:t>
      </w:r>
      <w:r>
        <w:rPr>
          <w:rFonts w:ascii="Calibri" w:hAnsi="Calibri"/>
          <w:b w:val="0"/>
          <w:i w:val="0"/>
          <w:color w:val="333B44"/>
          <w:sz w:val="21"/>
        </w:rPr>
        <w:t xml:space="preserve"> will pay you severance of </w:t>
      </w:r>
      <w:fldSimple w:instr=" MERGEFIELD &quot;Severance Amount&quot; \* MERGEFORMAT ">
        <w:r>
          <w:rPr>
            <w:rFonts w:ascii="Calibri" w:hAnsi="Calibri"/>
            <w:b w:val="0"/>
            <w:i w:val="0"/>
            <w:color w:val="333B44"/>
            <w:sz w:val="21"/>
          </w:rPr>
          <w:t>«Severance Amount»</w:t>
        </w:r>
      </w:fldSimple>
      <w:r>
        <w:rPr>
          <w:rFonts w:ascii="Calibri" w:hAnsi="Calibri"/>
          <w:b w:val="0"/>
          <w:i w:val="0"/>
          <w:color w:val="333B44"/>
          <w:sz w:val="21"/>
        </w:rPr>
        <w:t>, less applicable withholdings. This payment is conditioned on this Agreement becoming effective as described in the Consideration and Revocation section below, and is not otherwise owed to you.</w:t>
      </w:r>
    </w:p>
    <w:p>
      <w:pPr>
        <w:spacing w:before="200" w:after="80"/>
      </w:pPr>
      <w:r>
        <w:rPr>
          <w:rFonts w:ascii="Calibri" w:hAnsi="Calibri"/>
          <w:b/>
          <w:i w:val="0"/>
          <w:color w:val="1F3A56"/>
          <w:sz w:val="18"/>
          <w:spacing w:val="24"/>
        </w:rPr>
        <w:t>3. RELEASE OF CLAIMS</w:t>
      </w:r>
    </w:p>
    <w:p>
      <w:pPr>
        <w:spacing w:before="0" w:after="140" w:line="276" w:lineRule="auto"/>
      </w:pPr>
      <w:r>
        <w:rPr>
          <w:rFonts w:ascii="Calibri" w:hAnsi="Calibri"/>
          <w:b w:val="0"/>
          <w:i w:val="0"/>
          <w:color w:val="333B44"/>
          <w:sz w:val="21"/>
        </w:rPr>
        <w:t xml:space="preserve">In exchange for the severance described above, you release </w:t>
      </w:r>
      <w:r>
        <w:rPr>
          <w:rFonts w:ascii="Calibri" w:hAnsi="Calibri"/>
          <w:b w:val="0"/>
          <w:i w:val="0"/>
          <w:color w:val="9A5B13"/>
          <w:sz w:val="21"/>
        </w:rPr>
        <w:t>[Company name]</w:t>
      </w:r>
      <w:r>
        <w:rPr>
          <w:rFonts w:ascii="Calibri" w:hAnsi="Calibri"/>
          <w:b w:val="0"/>
          <w:i w:val="0"/>
          <w:color w:val="333B44"/>
          <w:sz w:val="21"/>
        </w:rPr>
        <w:t xml:space="preserve"> from all claims arising from your employment or its end, known or unknown, up to the date you sign this Agreement. This release does not cover any claim that cannot be waived by law, such as a claim for unemployment or workers' compensation benefits, or any right to file a charge with a government agency.</w:t>
      </w:r>
    </w:p>
    <w:p>
      <w:pPr>
        <w:spacing w:before="200" w:after="80"/>
      </w:pPr>
      <w:r>
        <w:rPr>
          <w:rFonts w:ascii="Calibri" w:hAnsi="Calibri"/>
          <w:b/>
          <w:i w:val="0"/>
          <w:color w:val="1F3A56"/>
          <w:sz w:val="18"/>
          <w:spacing w:val="24"/>
        </w:rPr>
        <w:t>4. CONSIDERATION AND REVOCATION</w:t>
      </w:r>
    </w:p>
    <w:p>
      <w:pPr>
        <w:spacing w:before="0" w:after="140" w:line="276" w:lineRule="auto"/>
      </w:pPr>
      <w:r>
        <w:rPr>
          <w:rFonts w:ascii="Calibri" w:hAnsi="Calibri"/>
          <w:b w:val="0"/>
          <w:i w:val="0"/>
          <w:color w:val="333B44"/>
          <w:sz w:val="21"/>
        </w:rPr>
        <w:t xml:space="preserve">You have </w:t>
      </w:r>
      <w:fldSimple w:instr=" MERGEFIELD &quot;Consideration Period&quot; \* MERGEFORMAT ">
        <w:r>
          <w:rPr>
            <w:rFonts w:ascii="Calibri" w:hAnsi="Calibri"/>
            <w:b w:val="0"/>
            <w:i w:val="0"/>
            <w:color w:val="333B44"/>
            <w:sz w:val="21"/>
          </w:rPr>
          <w:t>«Consideration Period»</w:t>
        </w:r>
      </w:fldSimple>
      <w:r>
        <w:rPr>
          <w:rFonts w:ascii="Calibri" w:hAnsi="Calibri"/>
          <w:b w:val="0"/>
          <w:i w:val="0"/>
          <w:color w:val="333B44"/>
          <w:sz w:val="21"/>
        </w:rPr>
        <w:t xml:space="preserve"> from the date you receive this Agreement to consider it before signing. After signing, you may revoke your acceptance by notifying </w:t>
      </w:r>
      <w:fldSimple w:instr=" MERGEFIELD &quot;HR Contact&quot; \* MERGEFORMAT ">
        <w:r>
          <w:rPr>
            <w:rFonts w:ascii="Calibri" w:hAnsi="Calibri"/>
            <w:b w:val="0"/>
            <w:i w:val="0"/>
            <w:color w:val="333B44"/>
            <w:sz w:val="21"/>
          </w:rPr>
          <w:t>«HR Contact»</w:t>
        </w:r>
      </w:fldSimple>
      <w:r>
        <w:rPr>
          <w:rFonts w:ascii="Calibri" w:hAnsi="Calibri"/>
          <w:b w:val="0"/>
          <w:i w:val="0"/>
          <w:color w:val="333B44"/>
          <w:sz w:val="21"/>
        </w:rPr>
        <w:t xml:space="preserve"> in writing no later than </w:t>
      </w:r>
      <w:fldSimple w:instr=" MERGEFIELD &quot;Revocation Deadline&quot; \* MERGEFORMAT ">
        <w:r>
          <w:rPr>
            <w:rFonts w:ascii="Calibri" w:hAnsi="Calibri"/>
            <w:b w:val="0"/>
            <w:i w:val="0"/>
            <w:color w:val="333B44"/>
            <w:sz w:val="21"/>
          </w:rPr>
          <w:t>«Revocation Deadline»</w:t>
        </w:r>
      </w:fldSimple>
      <w:r>
        <w:rPr>
          <w:rFonts w:ascii="Calibri" w:hAnsi="Calibri"/>
          <w:b w:val="0"/>
          <w:i w:val="0"/>
          <w:color w:val="333B44"/>
          <w:sz w:val="21"/>
        </w:rPr>
        <w:t>. This Agreement does not become effective, and no severance is paid, until the eighth day after you sign it, provided you have not revoked.</w:t>
      </w:r>
    </w:p>
    <w:p>
      <w:pPr>
        <w:spacing w:before="200" w:after="80"/>
      </w:pPr>
      <w:r>
        <w:rPr>
          <w:rFonts w:ascii="Calibri" w:hAnsi="Calibri"/>
          <w:b/>
          <w:i w:val="0"/>
          <w:color w:val="1F3A56"/>
          <w:sz w:val="18"/>
          <w:spacing w:val="24"/>
        </w:rPr>
        <w:t>5. NON-ADMISSION</w:t>
      </w:r>
    </w:p>
    <w:p>
      <w:pPr>
        <w:spacing w:before="0" w:after="140" w:line="276" w:lineRule="auto"/>
      </w:pPr>
      <w:r>
        <w:rPr>
          <w:rFonts w:ascii="Calibri" w:hAnsi="Calibri"/>
          <w:b w:val="0"/>
          <w:i w:val="0"/>
          <w:color w:val="333B44"/>
          <w:sz w:val="21"/>
        </w:rPr>
        <w:t xml:space="preserve">This Agreement is not an admission by </w:t>
      </w:r>
      <w:r>
        <w:rPr>
          <w:rFonts w:ascii="Calibri" w:hAnsi="Calibri"/>
          <w:b w:val="0"/>
          <w:i w:val="0"/>
          <w:color w:val="9A5B13"/>
          <w:sz w:val="21"/>
        </w:rPr>
        <w:t>[Company name]</w:t>
      </w:r>
      <w:r>
        <w:rPr>
          <w:rFonts w:ascii="Calibri" w:hAnsi="Calibri"/>
          <w:b w:val="0"/>
          <w:i w:val="0"/>
          <w:color w:val="333B44"/>
          <w:sz w:val="21"/>
        </w:rPr>
        <w:t xml:space="preserve"> of any wrongdoing or liability.</w:t>
      </w:r>
    </w:p>
    <w:p>
      <w:pPr>
        <w:spacing w:before="200" w:after="80"/>
      </w:pPr>
      <w:r>
        <w:rPr>
          <w:rFonts w:ascii="Calibri" w:hAnsi="Calibri"/>
          <w:b/>
          <w:i w:val="0"/>
          <w:color w:val="1F3A56"/>
          <w:sz w:val="18"/>
          <w:spacing w:val="24"/>
        </w:rPr>
        <w:t>6. RETURN OF PROPERTY</w:t>
      </w:r>
    </w:p>
    <w:p>
      <w:pPr>
        <w:spacing w:before="0" w:after="140" w:line="276" w:lineRule="auto"/>
      </w:pPr>
      <w:r>
        <w:rPr>
          <w:rFonts w:ascii="Calibri" w:hAnsi="Calibri"/>
          <w:b w:val="0"/>
          <w:i w:val="0"/>
          <w:color w:val="333B44"/>
          <w:sz w:val="21"/>
        </w:rPr>
        <w:t>By the Separation Date, you agree to return all company property, including keys, access cards, equipment, and any confidential materials in your possession.</w:t>
      </w:r>
    </w:p>
    <w:p>
      <w:pPr>
        <w:spacing w:before="200" w:after="80"/>
      </w:pPr>
      <w:r>
        <w:rPr>
          <w:rFonts w:ascii="Calibri" w:hAnsi="Calibri"/>
          <w:b/>
          <w:i w:val="0"/>
          <w:color w:val="1F3A56"/>
          <w:sz w:val="18"/>
          <w:spacing w:val="24"/>
        </w:rPr>
        <w:t>7. GOVERNING LAW</w:t>
      </w:r>
    </w:p>
    <w:p>
      <w:pPr>
        <w:spacing w:before="0" w:after="140" w:line="276" w:lineRule="auto"/>
      </w:pPr>
      <w:r>
        <w:rPr>
          <w:rFonts w:ascii="Calibri" w:hAnsi="Calibri"/>
          <w:b w:val="0"/>
          <w:i w:val="0"/>
          <w:color w:val="333B44"/>
          <w:sz w:val="21"/>
        </w:rPr>
        <w:t xml:space="preserve">This Agreement is governed by the laws of </w:t>
      </w:r>
      <w:fldSimple w:instr=" MERGEFIELD &quot;Work Location State&quot; \* MERGEFORMAT ">
        <w:r>
          <w:rPr>
            <w:rFonts w:ascii="Calibri" w:hAnsi="Calibri"/>
            <w:b w:val="0"/>
            <w:i w:val="0"/>
            <w:color w:val="333B44"/>
            <w:sz w:val="21"/>
          </w:rPr>
          <w:t>«Work Location State»</w:t>
        </w:r>
      </w:fldSimple>
      <w:r>
        <w:rPr>
          <w:rFonts w:ascii="Calibri" w:hAnsi="Calibri"/>
          <w:b w:val="0"/>
          <w:i w:val="0"/>
          <w:color w:val="333B44"/>
          <w:sz w:val="21"/>
        </w:rPr>
        <w:t>, without regard to its conflict-of-laws principles.</w:t>
      </w:r>
    </w:p>
    <w:p>
      <w:pPr>
        <w:spacing w:before="0" w:after="140" w:line="276" w:lineRule="auto"/>
      </w:pPr>
      <w:r>
        <w:rPr>
          <w:rFonts w:ascii="Calibri" w:hAnsi="Calibri"/>
          <w:b w:val="0"/>
          <w:i w:val="0"/>
          <w:color w:val="333B44"/>
          <w:sz w:val="21"/>
        </w:rPr>
        <w:t xml:space="preserve">If you have any questions about this Agreement before you sign, please contact </w:t>
      </w:r>
      <w:fldSimple w:instr=" MERGEFIELD &quot;HR Contact&quot; \* MERGEFORMAT ">
        <w:r>
          <w:rPr>
            <w:rFonts w:ascii="Calibri" w:hAnsi="Calibri"/>
            <w:b w:val="0"/>
            <w:i w:val="0"/>
            <w:color w:val="333B44"/>
            <w:sz w:val="21"/>
          </w:rPr>
          <w:t>«HR Contact»</w:t>
        </w:r>
      </w:fldSimple>
      <w:r>
        <w:rPr>
          <w:rFonts w:ascii="Calibri" w:hAnsi="Calibri"/>
          <w:b w:val="0"/>
          <w:i w:val="0"/>
          <w:color w:val="333B44"/>
          <w:sz w:val="21"/>
        </w:rPr>
        <w:t>.</w:t>
      </w:r>
    </w:p>
    <w:p>
      <w:pPr>
        <w:spacing w:before="200" w:after="400"/>
        <w:keepNext/>
      </w:pPr>
      <w:r>
        <w:rPr>
          <w:rFonts w:ascii="Calibri" w:hAnsi="Calibri"/>
          <w:b w:val="0"/>
          <w:i w:val="0"/>
          <w:color w:val="333B44"/>
          <w:sz w:val="21"/>
        </w:rPr>
        <w:t>Sincerely,</w:t>
      </w:r>
    </w:p>
    <w:p>
      <w:pPr>
        <w:spacing w:before="0" w:after="40"/>
        <w:ind w:right="5616"/>
        <w:pBdr>
          <w:bottom w:val="single" w:sz="6" w:space="1" w:color="333B44"/>
        </w:pBdr>
        <w:keepNext/>
      </w:pPr>
    </w:p>
    <w:p>
      <w:pPr>
        <w:spacing w:before="0" w:after="0"/>
        <w:keepNext/>
      </w:pPr>
      <w:r>
        <w:rPr>
          <w:rFonts w:ascii="Calibri" w:hAnsi="Calibri"/>
          <w:b/>
          <w:i w:val="0"/>
          <w:color w:val="9A5B13"/>
          <w:sz w:val="21"/>
        </w:rPr>
        <w:t>[Signer name and title]</w:t>
      </w:r>
    </w:p>
    <w:p>
      <w:pPr>
        <w:spacing w:before="0" w:after="0"/>
        <w:keepNext/>
      </w:pPr>
      <w:r>
        <w:rPr>
          <w:rFonts w:ascii="Calibri" w:hAnsi="Calibri"/>
          <w:b w:val="0"/>
          <w:i w:val="0"/>
          <w:color w:val="5F6B76"/>
          <w:sz w:val="18"/>
        </w:rPr>
        <w:t xml:space="preserve">For </w:t>
      </w:r>
      <w:r>
        <w:rPr>
          <w:rFonts w:ascii="Calibri" w:hAnsi="Calibri"/>
          <w:b w:val="0"/>
          <w:i w:val="0"/>
          <w:color w:val="9A5B13"/>
          <w:sz w:val="18"/>
        </w:rPr>
        <w:t>[Company name]</w:t>
      </w:r>
    </w:p>
    <w:p>
      <w:pPr>
        <w:spacing w:before="0" w:after="280"/>
      </w:pPr>
      <w:r>
        <w:rPr>
          <w:rFonts w:ascii="Calibri" w:hAnsi="Calibri"/>
          <w:b w:val="0"/>
          <w:i w:val="0"/>
          <w:color w:val="333B44"/>
          <w:sz w:val="19"/>
        </w:rPr>
        <w:t>Date: ____________________</w:t>
      </w:r>
    </w:p>
    <w:p>
      <w:pPr>
        <w:spacing w:before="0" w:after="40"/>
        <w:ind w:right="5616"/>
        <w:pBdr>
          <w:bottom w:val="single" w:sz="6" w:space="1" w:color="333B44"/>
        </w:pBdr>
        <w:keepNext/>
      </w:pPr>
    </w:p>
    <w:p>
      <w:pPr>
        <w:spacing w:before="0" w:after="0"/>
        <w:keepNext/>
      </w:pPr>
      <w:fldSimple w:instr=" MERGEFIELD &quot;Employee Name&quot; \* MERGEFORMAT ">
        <w:r>
          <w:rPr>
            <w:rFonts w:ascii="Calibri" w:hAnsi="Calibri"/>
            <w:b/>
            <w:i w:val="0"/>
            <w:color w:val="333B44"/>
            <w:sz w:val="21"/>
          </w:rPr>
          <w:t>«Employee Name»</w:t>
        </w:r>
      </w:fldSimple>
    </w:p>
    <w:p>
      <w:pPr>
        <w:spacing w:before="0" w:after="0"/>
        <w:keepNext/>
      </w:pPr>
      <w:r>
        <w:rPr>
          <w:rFonts w:ascii="Calibri" w:hAnsi="Calibri"/>
          <w:b w:val="0"/>
          <w:i w:val="0"/>
          <w:color w:val="5F6B76"/>
          <w:sz w:val="18"/>
        </w:rPr>
        <w:t>Employee</w:t>
      </w:r>
    </w:p>
    <w:p>
      <w:pPr>
        <w:spacing w:before="0" w:after="280"/>
      </w:pPr>
      <w:r>
        <w:rPr>
          <w:rFonts w:ascii="Calibri" w:hAnsi="Calibri"/>
          <w:b w:val="0"/>
          <w:i w:val="0"/>
          <w:color w:val="333B44"/>
          <w:sz w:val="19"/>
        </w:rPr>
        <w:t>Date: ____________________</w:t>
      </w:r>
    </w:p>
    <w:p>
      <w:pPr>
        <w:spacing w:before="240" w:after="0"/>
        <w:jc w:val="center"/>
      </w:pPr>
      <w:r>
        <w:rPr>
          <w:rFonts w:ascii="Calibri" w:hAnsi="Calibri"/>
          <w:b w:val="0"/>
          <w:i/>
          <w:color w:val="5F6B76"/>
          <w:sz w:val="16"/>
        </w:rPr>
        <w:t>This Agreement is not legal advice, and you are encouraged to consult an attorney before signing. Your rights and obligations are governed by the signed Agreement and applicable law.</w:t>
      </w:r>
    </w:p>
    <w:sectPr w:rsidR="00FC693F" w:rsidRPr="0006063C" w:rsidSect="00034616">
      <w:pgSz w:w="12240" w:h="15840"/>
      <w:pgMar w:top="1008" w:right="1224" w:bottom="79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B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Separation Agreement</dc:title>
  <dc:subject/>
  <dc:creator>MailMergic</dc:creator>
  <cp:keywords/>
  <dc:description>generated by python-docx</dc:description>
  <cp:lastModifiedBy/>
  <cp:revision>1</cp:revision>
  <dcterms:created xsi:type="dcterms:W3CDTF">2013-12-23T23:15:00Z</dcterms:created>
  <dcterms:modified xsi:type="dcterms:W3CDTF">2013-12-23T23:15:00Z</dcterms:modified>
  <cp:category/>
</cp:coreProperties>
</file>