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[Company name]</w:t>
      </w:r>
    </w:p>
    <w:p>
      <w:pPr>
        <w:spacing w:before="0" w:after="160"/>
        <w:jc w:val="center"/>
        <w:pBdr>
          <w:bottom w:val="single" w:sz="14" w:space="6" w:color="1F3A56"/>
        </w:pBdr>
      </w:pPr>
      <w:r>
        <w:rPr>
          <w:rFonts w:ascii="Calibri" w:hAnsi="Calibri"/>
          <w:b w:val="0"/>
          <w:i w:val="0"/>
          <w:color w:val="9A5B13"/>
          <w:sz w:val="17"/>
        </w:rPr>
        <w:t>[Company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[HR contact email]</w:t>
      </w:r>
    </w:p>
    <w:p>
      <w:pPr>
        <w:spacing w:before="0" w:after="0" w:line="40" w:lineRule="exact"/>
        <w:pBdr>
          <w:bottom w:val="single" w:sz="4" w:space="1" w:color="C9D2DC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[Checklist date]</w:t>
      </w:r>
    </w:p>
    <w:p>
      <w:pPr>
        <w:spacing w:before="280" w:after="40"/>
        <w:jc w:val="center"/>
      </w:pPr>
      <w:r>
        <w:rPr>
          <w:rFonts w:ascii="Georgia" w:hAnsi="Georgia"/>
          <w:b/>
          <w:i w:val="0"/>
          <w:color w:val="1F3A56"/>
          <w:sz w:val="27"/>
          <w:spacing w:val="44"/>
        </w:rPr>
        <w:t>EMPLOYEE ONBOARDING CHECKLIST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Onboarding checklist for </w:t>
      </w:r>
      <w:fldSimple w:instr=" MERGEFIELD &quot;Employee Name&quot; \* MERGEFORMAT ">
        <w:r>
          <w:rPr>
            <w:rFonts w:ascii="Calibri" w:hAnsi="Calibri"/>
            <w:b w:val="0"/>
            <w:i/>
            <w:color w:val="5F6B76"/>
            <w:sz w:val="19"/>
          </w:rPr>
          <w:t>«Employee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checklist outlines what </w:t>
      </w:r>
      <w:r>
        <w:rPr>
          <w:rFonts w:ascii="Calibri" w:hAnsi="Calibri"/>
          <w:b w:val="0"/>
          <w:i w:val="0"/>
          <w:color w:val="9A5B13"/>
          <w:sz w:val="21"/>
        </w:rPr>
        <w:t>[Company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will prepare before your first day, and what to expect during your first day and first month. </w:t>
      </w:r>
      <w:fldSimple w:instr=" MERGEFIELD &quot;Buddy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«Buddy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will be your onboarding buddy and is a good first point of contact for questions.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YOUR ONBOARDING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DC"/>
          <w:left w:val="single" w:sz="4" w:space="0" w:color="C9D2DC"/>
          <w:bottom w:val="single" w:sz="4" w:space="0" w:color="C9D2DC"/>
          <w:right w:val="single" w:sz="4" w:space="0" w:color="C9D2DC"/>
          <w:insideH w:val="single" w:sz="4" w:space="0" w:color="C9D2DC"/>
          <w:insideV w:val="single" w:sz="4" w:space="0" w:color="C9D2DC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Employee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Employee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«Employee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Position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Job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«Job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Department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epart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«Department»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2EAF2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3A56"/>
                <w:sz w:val="19"/>
              </w:rPr>
              <w:t>Start date</w:t>
            </w:r>
          </w:p>
        </w:tc>
        <w:tc>
          <w:tcPr>
            <w:tcW w:type="dxa" w:w="4896"/>
            <w:tcW w:w="6408" w:type="dxa"/>
            <w:shd w:val="clear" w:fill="E2EAF2"/>
          </w:tcPr>
          <w:p>
            <w:pPr>
              <w:spacing w:after="0"/>
            </w:pPr>
            <w:fldSimple w:instr=" MERGEFIELD &quot;Start Dat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«Start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Manager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anag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«Manager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EF2F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42505E"/>
                <w:sz w:val="19"/>
              </w:rPr>
              <w:t>Onboarding buddy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Buddy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«Buddy Name»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BEFORE DAY ONE</w:t>
      </w:r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Order and prepare the following equipment: </w:t>
      </w:r>
      <w:fldSimple w:instr=" MERGEFIELD &quot;Equipment Issued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«Equipment Issued»</w:t>
        </w:r>
      </w:fldSimple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Complete IT account and system setup by </w:t>
      </w:r>
      <w:fldSimple w:instr=" MERGEFIELD &quot;IT Setup Dat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«IT Setup Date»</w:t>
        </w:r>
      </w:fldSimple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Send new-hire paperwork and confirm start-date logistics with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«Employee Name»</w:t>
        </w:r>
      </w:fldSimple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FIRST DAY</w:t>
      </w:r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Welcome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and introduce them to </w:t>
      </w:r>
      <w:fldSimple w:instr=" MERGEFIELD &quot;Manager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«Manager Name»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and </w:t>
      </w:r>
      <w:fldSimple w:instr=" MERGEFIELD &quot;Buddy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«Buddy Name»</w:t>
        </w:r>
      </w:fldSimple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Attend new-hire orientation on </w:t>
      </w:r>
      <w:fldSimple w:instr=" MERGEFIELD &quot;Orientation Dat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«Orientation Date»</w:t>
        </w:r>
      </w:fldSimple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>Provide a tour of the workplace and review key policies</w:t>
      </w:r>
    </w:p>
    <w:p>
      <w:pPr>
        <w:spacing w:before="20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FIRST MONTH</w:t>
      </w:r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Schedule a 30-day check-in with </w:t>
      </w:r>
      <w:fldSimple w:instr=" MERGEFIELD &quot;Manager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«Manager Name»</w:t>
        </w:r>
      </w:fldSimple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>Confirm completion of required training modules</w:t>
      </w:r>
    </w:p>
    <w:p>
      <w:pPr>
        <w:spacing w:before="0" w:after="60"/>
        <w:ind w:left="403" w:hanging="317"/>
      </w:pPr>
      <w:r>
        <w:rPr>
          <w:rFonts w:ascii="Calibri" w:hAnsi="Calibri"/>
          <w:b w:val="0"/>
          <w:i w:val="0"/>
          <w:color w:val="5F6B76"/>
          <w:sz w:val="21"/>
        </w:rPr>
        <w:t xml:space="preserve">□ </w:t>
      </w:r>
      <w:r>
        <w:rPr>
          <w:rFonts w:ascii="Calibri" w:hAnsi="Calibri"/>
          <w:b w:val="0"/>
          <w:i w:val="0"/>
          <w:color w:val="333B44"/>
          <w:sz w:val="19"/>
        </w:rPr>
        <w:t xml:space="preserve">Gather feedback from </w:t>
      </w:r>
      <w:fldSimple w:instr=" MERGEFIELD &quot;Employee Nam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«Employee Name»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on the onboarding experience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Please sign below to acknowledge receipt of this checklist.</w:t>
      </w:r>
    </w:p>
    <w:p>
      <w:pPr>
        <w:spacing w:before="0" w:after="80"/>
      </w:pPr>
      <w:r>
        <w:rPr>
          <w:rFonts w:ascii="Calibri" w:hAnsi="Calibri"/>
          <w:b/>
          <w:i w:val="0"/>
          <w:color w:val="1F3A56"/>
          <w:sz w:val="18"/>
          <w:spacing w:val="24"/>
        </w:rPr>
        <w:t>EMPLOYEE ACKNOWLEDGMENT</w:t>
      </w:r>
    </w:p>
    <w:p>
      <w:pPr>
        <w:spacing w:before="0" w:after="200" w:line="276" w:lineRule="auto"/>
      </w:pPr>
      <w:r>
        <w:rPr>
          <w:rFonts w:ascii="Calibri" w:hAnsi="Calibri"/>
          <w:b w:val="0"/>
          <w:i/>
          <w:color w:val="5F6B76"/>
          <w:sz w:val="19"/>
        </w:rPr>
        <w:t>Your signature confirms that you have received this onboarding checklist.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fldSimple w:instr=" MERGEFIELD &quot;Employee Name&quot; \* MERGEFORMAT ">
        <w:r>
          <w:rPr>
            <w:rFonts w:ascii="Calibri" w:hAnsi="Calibri"/>
            <w:b/>
            <w:i w:val="0"/>
            <w:color w:val="333B44"/>
            <w:sz w:val="21"/>
          </w:rPr>
          <w:t>«Employee Name»</w:t>
        </w:r>
      </w:fldSimple>
    </w:p>
    <w:p>
      <w:pPr>
        <w:spacing w:before="0" w:after="0"/>
        <w:keepNext/>
      </w:pPr>
      <w:r>
        <w:rPr>
          <w:rFonts w:ascii="Calibri" w:hAnsi="Calibri"/>
          <w:b w:val="0"/>
          <w:i w:val="0"/>
          <w:color w:val="5F6B76"/>
          <w:sz w:val="18"/>
        </w:rPr>
        <w:t>Employee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333B44"/>
          <w:sz w:val="19"/>
        </w:rPr>
        <w:t>Date: ____________________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checklist is a planning aid and is not legal advice. Onboarding requirements are governed by the employee handbook and applicable law.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Onboarding Checklist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