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[Company name]</w:t>
      </w:r>
    </w:p>
    <w:p>
      <w:pPr>
        <w:spacing w:before="0" w:after="160"/>
        <w:jc w:val="center"/>
        <w:pBdr>
          <w:bottom w:val="single" w:sz="14" w:space="6" w:color="1F3A56"/>
        </w:pBdr>
      </w:pPr>
      <w:r>
        <w:rPr>
          <w:rFonts w:ascii="Calibri" w:hAnsi="Calibri"/>
          <w:b w:val="0"/>
          <w:i w:val="0"/>
          <w:color w:val="9A5B13"/>
          <w:sz w:val="17"/>
        </w:rPr>
        <w:t>[Company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email]</w:t>
      </w:r>
    </w:p>
    <w:p>
      <w:pPr>
        <w:spacing w:before="0" w:after="0" w:line="40" w:lineRule="exact"/>
        <w:pBdr>
          <w:bottom w:val="single" w:sz="4" w:space="1" w:color="C9D2DC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[Offer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1F3A56"/>
          <w:sz w:val="27"/>
          <w:spacing w:val="44"/>
        </w:rPr>
        <w:t>EMPLOYMENT OFFER LETTER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RE: Offer of employment with </w:t>
      </w:r>
      <w:r>
        <w:rPr>
          <w:rFonts w:ascii="Calibri" w:hAnsi="Calibri"/>
          <w:b w:val="0"/>
          <w:i/>
          <w:color w:val="9A5B13"/>
          <w:sz w:val="19"/>
        </w:rPr>
        <w:t>[Company name]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Candidat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«Candidate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On behalf of </w:t>
      </w: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, I am delighted to offer you the position of </w:t>
      </w:r>
      <w:fldSimple w:instr=" MERGEFIELD &quot;Job Titl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«Job Title»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in our </w:t>
      </w:r>
      <w:fldSimple w:instr=" MERGEFIELD &quot;Department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«Department»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team. We were impressed by your experience and believe you will be a strong addition to the company.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This letter summarizes the key terms of our offer. It is not an employment contract, and it does not alter the at-will nature of employment where applicable; the complete terms will be set out in your employment agreement and the employee handbook.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SUMMARY OF OFFER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DC"/>
          <w:left w:val="single" w:sz="4" w:space="0" w:color="C9D2DC"/>
          <w:bottom w:val="single" w:sz="4" w:space="0" w:color="C9D2DC"/>
          <w:right w:val="single" w:sz="4" w:space="0" w:color="C9D2DC"/>
          <w:insideH w:val="single" w:sz="4" w:space="0" w:color="C9D2DC"/>
          <w:insideV w:val="single" w:sz="4" w:space="0" w:color="C9D2DC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Position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Job Titl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«Job Title»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Department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Department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«Department»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Employment type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ment Typ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«Employment Type»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Start date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Start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«Start Date»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2EAF2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F3A56"/>
                <w:sz w:val="19"/>
              </w:rPr>
              <w:t>Annual salary</w:t>
            </w:r>
          </w:p>
        </w:tc>
        <w:tc>
          <w:tcPr>
            <w:tcW w:type="dxa" w:w="4896"/>
            <w:tcW w:w="6408" w:type="dxa"/>
            <w:shd w:val="clear" w:fill="E2EAF2"/>
          </w:tcPr>
          <w:p>
            <w:pPr>
              <w:spacing w:after="0"/>
            </w:pPr>
            <w:fldSimple w:instr=" MERGEFIELD &quot;Annual Salary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«Annual Salary»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Reporting to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Reporting Manager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«Reporting Manager»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Work location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Work Location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«Work Location»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This offer expires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Offer Expiry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«Offer Expiry Date»</w:t>
              </w:r>
            </w:fldSimple>
          </w:p>
        </w:tc>
      </w:tr>
    </w:tbl>
    <w:p>
      <w:pPr>
        <w:spacing w:before="0" w:after="4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Your salary will be paid according to our standard payroll schedule, less applicable withholdings and deductions. You will also be eligible for </w:t>
      </w:r>
      <w:r>
        <w:rPr>
          <w:rFonts w:ascii="Calibri" w:hAnsi="Calibri"/>
          <w:b w:val="0"/>
          <w:i w:val="0"/>
          <w:color w:val="9A5B13"/>
          <w:sz w:val="21"/>
        </w:rPr>
        <w:t>[Benefits summary]</w:t>
      </w:r>
      <w:r>
        <w:rPr>
          <w:rFonts w:ascii="Calibri" w:hAnsi="Calibri"/>
          <w:b w:val="0"/>
          <w:i w:val="0"/>
          <w:color w:val="333B44"/>
          <w:sz w:val="21"/>
        </w:rPr>
        <w:t>, subject to the terms of the applicable plan documents.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This offer is contingent on </w:t>
      </w:r>
      <w:r>
        <w:rPr>
          <w:rFonts w:ascii="Calibri" w:hAnsi="Calibri"/>
          <w:b w:val="0"/>
          <w:i w:val="0"/>
          <w:color w:val="9A5B13"/>
          <w:sz w:val="21"/>
        </w:rPr>
        <w:t>[Contingencies]</w:t>
      </w:r>
      <w:r>
        <w:rPr>
          <w:rFonts w:ascii="Calibri" w:hAnsi="Calibri"/>
          <w:b w:val="0"/>
          <w:i w:val="0"/>
          <w:color w:val="333B44"/>
          <w:sz w:val="21"/>
        </w:rPr>
        <w:t>. If any contingency is not satisfied, the offer may be withdrawn without obligation.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TO ACCEPT THIS OFFER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1F3A56"/>
          <w:sz w:val="20"/>
        </w:rPr>
        <w:t xml:space="preserve">• </w:t>
      </w:r>
      <w:r>
        <w:rPr>
          <w:rFonts w:ascii="Calibri" w:hAnsi="Calibri"/>
          <w:b w:val="0"/>
          <w:i w:val="0"/>
          <w:color w:val="333B44"/>
          <w:sz w:val="20"/>
        </w:rPr>
        <w:t>Review the terms above and the enclosed documents.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1F3A56"/>
          <w:sz w:val="20"/>
        </w:rPr>
        <w:t xml:space="preserve">• </w:t>
      </w:r>
      <w:r>
        <w:rPr>
          <w:rFonts w:ascii="Calibri" w:hAnsi="Calibri"/>
          <w:b w:val="0"/>
          <w:i w:val="0"/>
          <w:color w:val="333B44"/>
          <w:sz w:val="20"/>
        </w:rPr>
        <w:t xml:space="preserve">Sign and date below, and return a copy to </w:t>
      </w:r>
      <w:r>
        <w:rPr>
          <w:rFonts w:ascii="Calibri" w:hAnsi="Calibri"/>
          <w:b w:val="0"/>
          <w:i w:val="0"/>
          <w:color w:val="9A5B13"/>
          <w:sz w:val="20"/>
        </w:rPr>
        <w:t>[HR contact email]</w:t>
      </w:r>
      <w:r>
        <w:rPr>
          <w:rFonts w:ascii="Calibri" w:hAnsi="Calibri"/>
          <w:b w:val="0"/>
          <w:i w:val="0"/>
          <w:color w:val="333B44"/>
          <w:sz w:val="20"/>
        </w:rPr>
        <w:t xml:space="preserve"> no later than </w:t>
      </w:r>
      <w:fldSimple w:instr=" MERGEFIELD &quot;Offer Expiry Dat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«Offer Expiry Date»</w:t>
        </w:r>
      </w:fldSimple>
      <w:r>
        <w:rPr>
          <w:rFonts w:ascii="Calibri" w:hAnsi="Calibri"/>
          <w:b w:val="0"/>
          <w:i w:val="0"/>
          <w:color w:val="333B44"/>
          <w:sz w:val="20"/>
        </w:rPr>
        <w:t>.</w:t>
      </w:r>
    </w:p>
    <w:p>
      <w:pPr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1F3A56"/>
          <w:sz w:val="20"/>
        </w:rPr>
        <w:t xml:space="preserve">• </w:t>
      </w:r>
      <w:r>
        <w:rPr>
          <w:rFonts w:ascii="Calibri" w:hAnsi="Calibri"/>
          <w:b w:val="0"/>
          <w:i w:val="0"/>
          <w:color w:val="333B44"/>
          <w:sz w:val="20"/>
        </w:rPr>
        <w:t xml:space="preserve">Contact </w:t>
      </w:r>
      <w:r>
        <w:rPr>
          <w:rFonts w:ascii="Calibri" w:hAnsi="Calibri"/>
          <w:b w:val="0"/>
          <w:i w:val="0"/>
          <w:color w:val="9A5B13"/>
          <w:sz w:val="20"/>
        </w:rPr>
        <w:t>[HR contact name]</w:t>
      </w:r>
      <w:r>
        <w:rPr>
          <w:rFonts w:ascii="Calibri" w:hAnsi="Calibri"/>
          <w:b w:val="0"/>
          <w:i w:val="0"/>
          <w:color w:val="333B44"/>
          <w:sz w:val="20"/>
        </w:rPr>
        <w:t xml:space="preserve"> at </w:t>
      </w:r>
      <w:r>
        <w:rPr>
          <w:rFonts w:ascii="Calibri" w:hAnsi="Calibri"/>
          <w:b w:val="0"/>
          <w:i w:val="0"/>
          <w:color w:val="9A5B13"/>
          <w:sz w:val="20"/>
        </w:rPr>
        <w:t>[HR contact phone]</w:t>
      </w:r>
      <w:r>
        <w:rPr>
          <w:rFonts w:ascii="Calibri" w:hAnsi="Calibri"/>
          <w:b w:val="0"/>
          <w:i w:val="0"/>
          <w:color w:val="333B44"/>
          <w:sz w:val="20"/>
        </w:rPr>
        <w:t xml:space="preserve"> with any questions before you sign.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We are excited about the prospect of you joining us on </w:t>
      </w:r>
      <w:fldSimple w:instr=" MERGEFIELD &quot;Start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«Start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 and we look forward to your reply.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Sincerely,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[Signer name and title]</w:t>
      </w:r>
    </w:p>
    <w:p>
      <w:pPr>
        <w:spacing w:before="0" w:after="0"/>
        <w:keepNext/>
      </w:pPr>
      <w:r>
        <w:rPr>
          <w:rFonts w:ascii="Calibri" w:hAnsi="Calibri"/>
          <w:b w:val="0"/>
          <w:i w:val="0"/>
          <w:color w:val="5F6B76"/>
          <w:sz w:val="18"/>
        </w:rPr>
        <w:t xml:space="preserve">For </w:t>
      </w:r>
      <w:r>
        <w:rPr>
          <w:rFonts w:ascii="Calibri" w:hAnsi="Calibri"/>
          <w:b w:val="0"/>
          <w:i w:val="0"/>
          <w:color w:val="9A5B13"/>
          <w:sz w:val="18"/>
        </w:rPr>
        <w:t>[Company name]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333B44"/>
          <w:sz w:val="19"/>
        </w:rPr>
        <w:t>Date: ____________________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fldSimple w:instr=" MERGEFIELD &quot;Candidate Name&quot; \* MERGEFORMAT ">
        <w:r>
          <w:rPr>
            <w:rFonts w:ascii="Calibri" w:hAnsi="Calibri"/>
            <w:b/>
            <w:i w:val="0"/>
            <w:color w:val="333B44"/>
            <w:sz w:val="21"/>
          </w:rPr>
          <w:t>«Candidate Name»</w:t>
        </w:r>
      </w:fldSimple>
    </w:p>
    <w:p>
      <w:pPr>
        <w:spacing w:before="0" w:after="0"/>
        <w:keepNext/>
      </w:pPr>
      <w:r>
        <w:rPr>
          <w:rFonts w:ascii="Calibri" w:hAnsi="Calibri"/>
          <w:b w:val="0"/>
          <w:i w:val="0"/>
          <w:color w:val="5F6B76"/>
          <w:sz w:val="18"/>
        </w:rPr>
        <w:t>Employee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333B44"/>
          <w:sz w:val="19"/>
        </w:rPr>
        <w:t>Date: ____________________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offer letter is a summary of proposed terms and is not legal advice. Employment terms are governed by the signed employment agreement and applicable law.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Offer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