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[Company name]</w:t>
      </w:r>
    </w:p>
    <w:p>
      <w:pPr>
        <w:spacing w:before="0" w:after="160"/>
        <w:jc w:val="center"/>
        <w:pBdr>
          <w:bottom w:val="single" w:sz="14" w:space="6" w:color="1F3A56"/>
        </w:pBdr>
      </w:pPr>
      <w:r>
        <w:rPr>
          <w:rFonts w:ascii="Calibri" w:hAnsi="Calibri"/>
          <w:b w:val="0"/>
          <w:i w:val="0"/>
          <w:color w:val="9A5B13"/>
          <w:sz w:val="17"/>
        </w:rPr>
        <w:t>[Company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[HR contact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[HR contact email]</w:t>
      </w:r>
    </w:p>
    <w:p>
      <w:pPr>
        <w:spacing w:before="0" w:after="0" w:line="40" w:lineRule="exact"/>
        <w:pBdr>
          <w:bottom w:val="single" w:sz="4" w:space="1" w:color="C9D2DC"/>
        </w:pBdr>
      </w:pPr>
    </w:p>
    <w:p>
      <w:pPr>
        <w:spacing w:before="40" w:after="280"/>
      </w:pPr>
      <w:r>
        <w:rPr>
          <w:rFonts w:ascii="Calibri" w:hAnsi="Calibri"/>
          <w:b w:val="0"/>
          <w:i w:val="0"/>
          <w:color w:val="9A5B13"/>
          <w:sz w:val="21"/>
        </w:rPr>
        <w:t>[Letter date]</w:t>
      </w:r>
    </w:p>
    <w:p>
      <w:pPr>
        <w:spacing w:before="280" w:after="40"/>
        <w:jc w:val="center"/>
      </w:pPr>
      <w:r>
        <w:rPr>
          <w:rFonts w:ascii="Georgia" w:hAnsi="Georgia"/>
          <w:b/>
          <w:i w:val="0"/>
          <w:color w:val="1F3A56"/>
          <w:sz w:val="27"/>
          <w:spacing w:val="44"/>
        </w:rPr>
        <w:t>EMPLOYEE WARNING LETTER</w:t>
      </w:r>
    </w:p>
    <w:p>
      <w:pPr>
        <w:spacing w:before="0" w:after="240"/>
        <w:jc w:val="center"/>
      </w:pPr>
      <w:r>
        <w:rPr>
          <w:rFonts w:ascii="Calibri" w:hAnsi="Calibri"/>
          <w:b w:val="0"/>
          <w:i/>
          <w:color w:val="5F6B76"/>
          <w:sz w:val="19"/>
        </w:rPr>
        <w:t xml:space="preserve">RE: Written warning for </w:t>
      </w:r>
      <w:fldSimple w:instr=" MERGEFIELD &quot;Employee Name&quot; \* MERGEFORMAT ">
        <w:r>
          <w:rPr>
            <w:rFonts w:ascii="Calibri" w:hAnsi="Calibri"/>
            <w:b w:val="0"/>
            <w:i/>
            <w:color w:val="5F6B76"/>
            <w:sz w:val="19"/>
          </w:rPr>
          <w:t>«Employee Name»</w:t>
        </w:r>
      </w:fldSimple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Employee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«Employee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This letter is a formal written warning regarding your conduct or performance, as described below. Please read it carefully.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WARNING SUMMARY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DC"/>
          <w:left w:val="single" w:sz="4" w:space="0" w:color="C9D2DC"/>
          <w:bottom w:val="single" w:sz="4" w:space="0" w:color="C9D2DC"/>
          <w:right w:val="single" w:sz="4" w:space="0" w:color="C9D2DC"/>
          <w:insideH w:val="single" w:sz="4" w:space="0" w:color="C9D2DC"/>
          <w:insideV w:val="single" w:sz="4" w:space="0" w:color="C9D2DC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Employee name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Employee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«Employee Name»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Employee ID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Employee ID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«Employee ID»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Position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Job Titl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«Job Title»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Department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Department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«Department»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Manager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Manager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«Manager Name»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2EAF2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F3A56"/>
                <w:sz w:val="19"/>
              </w:rPr>
              <w:t>Warning level</w:t>
            </w:r>
          </w:p>
        </w:tc>
        <w:tc>
          <w:tcPr>
            <w:tcW w:type="dxa" w:w="4896"/>
            <w:tcW w:w="6408" w:type="dxa"/>
            <w:shd w:val="clear" w:fill="E2EAF2"/>
          </w:tcPr>
          <w:p>
            <w:pPr>
              <w:spacing w:after="0"/>
            </w:pPr>
            <w:fldSimple w:instr=" MERGEFIELD &quot;Warning Level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«Warning Level»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Date of incident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Incident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«Incident Date»</w:t>
              </w:r>
            </w:fldSimple>
          </w:p>
        </w:tc>
      </w:tr>
    </w:tbl>
    <w:p>
      <w:pPr>
        <w:spacing w:before="0" w:after="40"/>
      </w:pP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On </w:t>
      </w:r>
      <w:fldSimple w:instr=" MERGEFIELD &quot;Incident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«Incident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, the following occurred: </w:t>
      </w:r>
      <w:fldSimple w:instr=" MERGEFIELD &quot;Incident Description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«Incident Description»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To address this, you are expected to: </w:t>
      </w:r>
      <w:fldSimple w:instr=" MERGEFIELD &quot;Required Improvement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«Required Improvement»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Your progress will be reviewed on </w:t>
      </w:r>
      <w:fldSimple w:instr=" MERGEFIELD &quot;Review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«Review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Continued performance or conduct issues of this kind may result in further disciplinary action, up to and including termination of employment.</w:t>
      </w:r>
    </w:p>
    <w:p>
      <w:pPr>
        <w:spacing w:before="20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Please sign below to acknowledge receipt of this warning.</w:t>
      </w:r>
    </w:p>
    <w:p>
      <w:pPr>
        <w:spacing w:before="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EMPLOYEE ACKNOWLEDGMENT</w:t>
      </w:r>
    </w:p>
    <w:p>
      <w:pPr>
        <w:spacing w:before="0" w:after="200" w:line="276" w:lineRule="auto"/>
      </w:pPr>
      <w:r>
        <w:rPr>
          <w:rFonts w:ascii="Calibri" w:hAnsi="Calibri"/>
          <w:b w:val="0"/>
          <w:i/>
          <w:color w:val="5F6B76"/>
          <w:sz w:val="19"/>
        </w:rPr>
        <w:t>Your signature acknowledges that you have received this warning letter. It does not indicate agreement with the assessment described above.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fldSimple w:instr=" MERGEFIELD &quot;Employee Name&quot; \* MERGEFORMAT ">
        <w:r>
          <w:rPr>
            <w:rFonts w:ascii="Calibri" w:hAnsi="Calibri"/>
            <w:b/>
            <w:i w:val="0"/>
            <w:color w:val="333B44"/>
            <w:sz w:val="21"/>
          </w:rPr>
          <w:t>«Employee Name»</w:t>
        </w:r>
      </w:fldSimple>
    </w:p>
    <w:p>
      <w:pPr>
        <w:spacing w:before="0" w:after="0"/>
        <w:keepNext/>
      </w:pPr>
      <w:r>
        <w:rPr>
          <w:rFonts w:ascii="Calibri" w:hAnsi="Calibri"/>
          <w:b w:val="0"/>
          <w:i w:val="0"/>
          <w:color w:val="5F6B76"/>
          <w:sz w:val="18"/>
        </w:rPr>
        <w:t>Employee</w:t>
      </w:r>
    </w:p>
    <w:p>
      <w:pPr>
        <w:spacing w:before="0" w:after="280"/>
      </w:pPr>
      <w:r>
        <w:rPr>
          <w:rFonts w:ascii="Calibri" w:hAnsi="Calibri"/>
          <w:b w:val="0"/>
          <w:i w:val="0"/>
          <w:color w:val="333B44"/>
          <w:sz w:val="19"/>
        </w:rPr>
        <w:t>Date: ____________________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>This warning letter is not legal advice. Employment terms and any resulting action remain governed by the signed employment agreement and applicable law.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Warning Letter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