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[Company name]</w:t>
      </w:r>
    </w:p>
    <w:p>
      <w:pPr>
        <w:spacing w:before="0" w:after="160"/>
        <w:jc w:val="center"/>
        <w:pBdr>
          <w:bottom w:val="single" w:sz="14" w:space="6" w:color="1F3A56"/>
        </w:pBdr>
      </w:pPr>
      <w:r>
        <w:rPr>
          <w:rFonts w:ascii="Calibri" w:hAnsi="Calibri"/>
          <w:b w:val="0"/>
          <w:i w:val="0"/>
          <w:color w:val="9A5B13"/>
          <w:sz w:val="17"/>
        </w:rPr>
        <w:t>[Company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email]</w:t>
      </w:r>
    </w:p>
    <w:p>
      <w:pPr>
        <w:spacing w:before="0" w:after="0" w:line="40" w:lineRule="exact"/>
        <w:pBdr>
          <w:bottom w:val="single" w:sz="4" w:space="1" w:color="C9D2DC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[Form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1F3A56"/>
          <w:sz w:val="27"/>
          <w:spacing w:val="44"/>
        </w:rPr>
        <w:t>EMPLOYEE INFORMATION FORM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RE: Employee information for </w:t>
      </w:r>
      <w:fldSimple w:instr=" MERGEFIELD &quot;Employee Name&quot; \* MERGEFORMAT ">
        <w:r>
          <w:rPr>
            <w:rFonts w:ascii="Calibri" w:hAnsi="Calibri"/>
            <w:b w:val="0"/>
            <w:i/>
            <w:color w:val="5F6B76"/>
            <w:sz w:val="19"/>
          </w:rPr>
          <w:t>«Employee Name»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Employe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«Employee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Please review the information below for accuracy. If any details are incorrect or need to be updated, contact </w:t>
      </w:r>
      <w:r>
        <w:rPr>
          <w:rFonts w:ascii="Calibri" w:hAnsi="Calibri"/>
          <w:b w:val="0"/>
          <w:i w:val="0"/>
          <w:color w:val="9A5B13"/>
          <w:sz w:val="21"/>
        </w:rPr>
        <w:t>[HR contact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at </w:t>
      </w:r>
      <w:r>
        <w:rPr>
          <w:rFonts w:ascii="Calibri" w:hAnsi="Calibri"/>
          <w:b w:val="0"/>
          <w:i w:val="0"/>
          <w:color w:val="9A5B13"/>
          <w:sz w:val="21"/>
        </w:rPr>
        <w:t>[HR contact email]</w:t>
      </w:r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EMPLOYMENT DETAILS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DC"/>
          <w:left w:val="single" w:sz="4" w:space="0" w:color="C9D2DC"/>
          <w:bottom w:val="single" w:sz="4" w:space="0" w:color="C9D2DC"/>
          <w:right w:val="single" w:sz="4" w:space="0" w:color="C9D2DC"/>
          <w:insideH w:val="single" w:sz="4" w:space="0" w:color="C9D2DC"/>
          <w:insideV w:val="single" w:sz="4" w:space="0" w:color="C9D2DC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name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ID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ID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ID»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Position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Job Titl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«Job Title»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Department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Department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«Department»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Start date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Start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«Start Date»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Work email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Work Email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«Work Email»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Phone number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Phone Number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«Phone Number»</w:t>
              </w:r>
            </w:fldSimple>
          </w:p>
        </w:tc>
      </w:tr>
    </w:tbl>
    <w:p>
      <w:pPr>
        <w:spacing w:before="0" w:after="40"/>
      </w:pP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PERSONAL AND EMERGENCY CONTACT INFORMATION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DC"/>
          <w:left w:val="single" w:sz="4" w:space="0" w:color="C9D2DC"/>
          <w:bottom w:val="single" w:sz="4" w:space="0" w:color="C9D2DC"/>
          <w:right w:val="single" w:sz="4" w:space="0" w:color="C9D2DC"/>
          <w:insideH w:val="single" w:sz="4" w:space="0" w:color="C9D2DC"/>
          <w:insideV w:val="single" w:sz="4" w:space="0" w:color="C9D2DC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Home address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Home Address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«Home Address»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Emergency contact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ergency Contact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«Emergency Contact»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Emergency phone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ergency Phon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«Emergency Phone»</w:t>
              </w:r>
            </w:fldSimple>
          </w:p>
        </w:tc>
      </w:tr>
    </w:tbl>
    <w:p>
      <w:pPr>
        <w:spacing w:before="0" w:after="4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This information is used for payroll, benefits administration, and emergency contact purposes only. See </w:t>
      </w:r>
      <w:r>
        <w:rPr>
          <w:rFonts w:ascii="Calibri" w:hAnsi="Calibri"/>
          <w:b w:val="0"/>
          <w:i w:val="0"/>
          <w:color w:val="9A5B13"/>
          <w:sz w:val="21"/>
        </w:rPr>
        <w:t>[Privacy notice location]</w:t>
      </w:r>
      <w:r>
        <w:rPr>
          <w:rFonts w:ascii="Calibri" w:hAnsi="Calibri"/>
          <w:b w:val="0"/>
          <w:i w:val="0"/>
          <w:color w:val="333B44"/>
          <w:sz w:val="21"/>
        </w:rPr>
        <w:t xml:space="preserve"> for details on how your personal data is handled.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Please sign below to confirm this information is accurate.</w:t>
      </w:r>
    </w:p>
    <w:p>
      <w:pPr>
        <w:spacing w:before="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EMPLOYEE ACKNOWLEDGMENT</w:t>
      </w:r>
    </w:p>
    <w:p>
      <w:pPr>
        <w:spacing w:before="0" w:after="200" w:line="276" w:lineRule="auto"/>
      </w:pPr>
      <w:r>
        <w:rPr>
          <w:rFonts w:ascii="Calibri" w:hAnsi="Calibri"/>
          <w:b w:val="0"/>
          <w:i/>
          <w:color w:val="5F6B76"/>
          <w:sz w:val="19"/>
        </w:rPr>
        <w:t>Your signature confirms that the information provided above is accurate and complete to the best of your knowledge.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fldSimple w:instr=" MERGEFIELD &quot;Employee Name&quot; \* MERGEFORMAT ">
        <w:r>
          <w:rPr>
            <w:rFonts w:ascii="Calibri" w:hAnsi="Calibri"/>
            <w:b/>
            <w:i w:val="0"/>
            <w:color w:val="333B44"/>
            <w:sz w:val="21"/>
          </w:rPr>
          <w:t>«Employee Name»</w:t>
        </w:r>
      </w:fldSimple>
    </w:p>
    <w:p>
      <w:pPr>
        <w:spacing w:before="0" w:after="0"/>
        <w:keepNext/>
      </w:pPr>
      <w:r>
        <w:rPr>
          <w:rFonts w:ascii="Calibri" w:hAnsi="Calibri"/>
          <w:b w:val="0"/>
          <w:i w:val="0"/>
          <w:color w:val="5F6B76"/>
          <w:sz w:val="18"/>
        </w:rPr>
        <w:t>Employee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333B44"/>
          <w:sz w:val="19"/>
        </w:rPr>
        <w:t>Date: ____________________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 xml:space="preserve">This form is not legal advice. Your personal data is handled in accordance with </w:t>
      </w:r>
      <w:r>
        <w:rPr>
          <w:rFonts w:ascii="Calibri" w:hAnsi="Calibri"/>
          <w:b w:val="0"/>
          <w:i/>
          <w:color w:val="9A5B13"/>
          <w:sz w:val="16"/>
        </w:rPr>
        <w:t>[Company name]</w:t>
      </w:r>
      <w:r>
        <w:rPr>
          <w:rFonts w:ascii="Calibri" w:hAnsi="Calibri"/>
          <w:b w:val="0"/>
          <w:i/>
          <w:color w:val="5F6B76"/>
          <w:sz w:val="16"/>
        </w:rPr>
        <w:t>'s privacy notice and applicable law.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Information Form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