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rFonts w:ascii="Georgia" w:hAnsi="Georgia"/>
          <w:b/>
          <w:i w:val="0"/>
          <w:color w:val="9A5B13"/>
          <w:sz w:val="30"/>
          <w:caps/>
          <w:spacing w:val="30"/>
        </w:rPr>
        <w:t>[Company name]</w:t>
      </w:r>
    </w:p>
    <w:p>
      <w:pPr>
        <w:spacing w:before="0" w:after="160"/>
        <w:jc w:val="center"/>
        <w:pBdr>
          <w:bottom w:val="single" w:sz="14" w:space="6" w:color="1F3A56"/>
        </w:pBdr>
      </w:pPr>
      <w:r>
        <w:rPr>
          <w:rFonts w:ascii="Calibri" w:hAnsi="Calibri"/>
          <w:b w:val="0"/>
          <w:i w:val="0"/>
          <w:color w:val="9A5B13"/>
          <w:sz w:val="17"/>
        </w:rPr>
        <w:t>[Company address]</w:t>
      </w:r>
      <w:r>
        <w:rPr>
          <w:rFonts w:ascii="Calibri" w:hAnsi="Calibri"/>
          <w:b w:val="0"/>
          <w:i w:val="0"/>
          <w:color w:val="5F6B76"/>
          <w:sz w:val="17"/>
        </w:rPr>
        <w:t xml:space="preserve">   ·   </w:t>
      </w:r>
      <w:r>
        <w:rPr>
          <w:rFonts w:ascii="Calibri" w:hAnsi="Calibri"/>
          <w:b w:val="0"/>
          <w:i w:val="0"/>
          <w:color w:val="9A5B13"/>
          <w:sz w:val="17"/>
        </w:rPr>
        <w:t>[HR contact phone]</w:t>
      </w:r>
      <w:r>
        <w:rPr>
          <w:rFonts w:ascii="Calibri" w:hAnsi="Calibri"/>
          <w:b w:val="0"/>
          <w:i w:val="0"/>
          <w:color w:val="5F6B76"/>
          <w:sz w:val="17"/>
        </w:rPr>
        <w:t xml:space="preserve">   ·   </w:t>
      </w:r>
      <w:r>
        <w:rPr>
          <w:rFonts w:ascii="Calibri" w:hAnsi="Calibri"/>
          <w:b w:val="0"/>
          <w:i w:val="0"/>
          <w:color w:val="9A5B13"/>
          <w:sz w:val="17"/>
        </w:rPr>
        <w:t>[HR contact email]</w:t>
      </w:r>
    </w:p>
    <w:p>
      <w:pPr>
        <w:spacing w:before="0" w:after="0" w:line="40" w:lineRule="exact"/>
        <w:pBdr>
          <w:bottom w:val="single" w:sz="4" w:space="1" w:color="C9D2DC"/>
        </w:pBdr>
      </w:pPr>
    </w:p>
    <w:p>
      <w:pPr>
        <w:spacing w:before="40" w:after="280"/>
      </w:pPr>
      <w:r>
        <w:rPr>
          <w:rFonts w:ascii="Calibri" w:hAnsi="Calibri"/>
          <w:b w:val="0"/>
          <w:i w:val="0"/>
          <w:color w:val="9A5B13"/>
          <w:sz w:val="21"/>
        </w:rPr>
        <w:t>[Form date]</w:t>
      </w:r>
    </w:p>
    <w:p>
      <w:pPr>
        <w:spacing w:before="280" w:after="40"/>
        <w:jc w:val="center"/>
      </w:pPr>
      <w:r>
        <w:rPr>
          <w:rFonts w:ascii="Georgia" w:hAnsi="Georgia"/>
          <w:b/>
          <w:i w:val="0"/>
          <w:color w:val="1F3A56"/>
          <w:sz w:val="27"/>
          <w:spacing w:val="44"/>
        </w:rPr>
        <w:t>DISCIPLINARY ACTION FORM</w:t>
      </w:r>
    </w:p>
    <w:p>
      <w:pPr>
        <w:spacing w:before="0" w:after="240"/>
        <w:jc w:val="center"/>
      </w:pPr>
      <w:r>
        <w:rPr>
          <w:rFonts w:ascii="Calibri" w:hAnsi="Calibri"/>
          <w:b w:val="0"/>
          <w:i/>
          <w:color w:val="5F6B76"/>
          <w:sz w:val="19"/>
        </w:rPr>
        <w:t xml:space="preserve">RE: Disciplinary action record for </w:t>
      </w:r>
      <w:fldSimple w:instr=" MERGEFIELD &quot;Employee Name&quot; \* MERGEFORMAT ">
        <w:r>
          <w:rPr>
            <w:rFonts w:ascii="Calibri" w:hAnsi="Calibri"/>
            <w:b w:val="0"/>
            <w:i/>
            <w:color w:val="5F6B76"/>
            <w:sz w:val="19"/>
          </w:rPr>
          <w:t>«Employee Name»</w:t>
        </w:r>
      </w:fldSimple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Dear </w:t>
      </w:r>
      <w:fldSimple w:instr=" MERGEFIELD &quot;Employee Nam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«Employee Name»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>,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>This form documents a disciplinary matter concerning your conduct or performance, as described below.</w:t>
      </w:r>
    </w:p>
    <w:p>
      <w:pPr>
        <w:spacing w:before="200" w:after="80"/>
      </w:pPr>
      <w:r>
        <w:rPr>
          <w:rFonts w:ascii="Calibri" w:hAnsi="Calibri"/>
          <w:b/>
          <w:i w:val="0"/>
          <w:color w:val="1F3A56"/>
          <w:sz w:val="18"/>
          <w:spacing w:val="24"/>
        </w:rPr>
        <w:t>INCIDENT RECORD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D2DC"/>
          <w:left w:val="single" w:sz="4" w:space="0" w:color="C9D2DC"/>
          <w:bottom w:val="single" w:sz="4" w:space="0" w:color="C9D2DC"/>
          <w:right w:val="single" w:sz="4" w:space="0" w:color="C9D2DC"/>
          <w:insideH w:val="single" w:sz="4" w:space="0" w:color="C9D2DC"/>
          <w:insideV w:val="single" w:sz="4" w:space="0" w:color="C9D2DC"/>
        </w:tblBorders>
        <w:tblCellMar>
          <w:top w:w="70" w:type="dxa"/>
          <w:bottom w:w="70" w:type="dxa"/>
          <w:left w:w="130" w:type="dxa"/>
          <w:right w:w="130" w:type="dxa"/>
        </w:tblCellMar>
      </w:tblPr>
      <w:tblGrid>
        <w:gridCol w:w="4896"/>
        <w:gridCol w:w="4896"/>
      </w:tblGrid>
      <w:tr>
        <w:tc>
          <w:tcPr>
            <w:tcW w:type="dxa" w:w="4896"/>
            <w:tcW w:w="3384" w:type="dxa"/>
            <w:shd w:val="clear" w:fill="EEF2F6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2505E"/>
                <w:sz w:val="19"/>
              </w:rPr>
              <w:t>Employee name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Employee Nam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«Employee Name»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EEF2F6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2505E"/>
                <w:sz w:val="19"/>
              </w:rPr>
              <w:t>Employee ID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Employee ID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«Employee ID»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EEF2F6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2505E"/>
                <w:sz w:val="19"/>
              </w:rPr>
              <w:t>Position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Job Titl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«Job Title»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EEF2F6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2505E"/>
                <w:sz w:val="19"/>
              </w:rPr>
              <w:t>Department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Department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«Department»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EEF2F6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2505E"/>
                <w:sz w:val="19"/>
              </w:rPr>
              <w:t>Manager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Manager Nam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«Manager Name»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EEF2F6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2505E"/>
                <w:sz w:val="19"/>
              </w:rPr>
              <w:t>Date of incident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Incident Dat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«Incident Date»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E2EAF2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F3A56"/>
                <w:sz w:val="19"/>
              </w:rPr>
              <w:t>Type of incident</w:t>
            </w:r>
          </w:p>
        </w:tc>
        <w:tc>
          <w:tcPr>
            <w:tcW w:type="dxa" w:w="4896"/>
            <w:tcW w:w="6408" w:type="dxa"/>
            <w:shd w:val="clear" w:fill="E2EAF2"/>
          </w:tcPr>
          <w:p>
            <w:pPr>
              <w:spacing w:after="0"/>
            </w:pPr>
            <w:fldSimple w:instr=" MERGEFIELD &quot;Incident Type&quot; \* MERGEFORMAT ">
              <w:r>
                <w:rPr>
                  <w:rFonts w:ascii="Calibri" w:hAnsi="Calibri"/>
                  <w:b/>
                  <w:i w:val="0"/>
                  <w:color w:val="333B44"/>
                  <w:sz w:val="21"/>
                </w:rPr>
                <w:t>«Incident Type»</w:t>
              </w:r>
            </w:fldSimple>
          </w:p>
        </w:tc>
      </w:tr>
    </w:tbl>
    <w:p>
      <w:pPr>
        <w:spacing w:before="0" w:after="40"/>
      </w:pPr>
    </w:p>
    <w:p>
      <w:pPr>
        <w:spacing w:before="200" w:after="80"/>
      </w:pPr>
      <w:r>
        <w:rPr>
          <w:rFonts w:ascii="Calibri" w:hAnsi="Calibri"/>
          <w:b/>
          <w:i w:val="0"/>
          <w:color w:val="1F3A56"/>
          <w:sz w:val="18"/>
          <w:spacing w:val="24"/>
        </w:rPr>
        <w:t>1. INCIDENT DESCRIPTION</w:t>
      </w:r>
    </w:p>
    <w:p>
      <w:pPr>
        <w:spacing w:before="0" w:after="140" w:line="276" w:lineRule="auto"/>
      </w:pPr>
      <w:fldSimple w:instr=" MERGEFIELD &quot;Incident Description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«Incident Description»</w:t>
        </w:r>
      </w:fldSimple>
    </w:p>
    <w:p>
      <w:pPr>
        <w:spacing w:before="200" w:after="80"/>
      </w:pPr>
      <w:r>
        <w:rPr>
          <w:rFonts w:ascii="Calibri" w:hAnsi="Calibri"/>
          <w:b/>
          <w:i w:val="0"/>
          <w:color w:val="1F3A56"/>
          <w:sz w:val="18"/>
          <w:spacing w:val="24"/>
        </w:rPr>
        <w:t>2. ACTION TAKEN</w:t>
      </w:r>
    </w:p>
    <w:p>
      <w:pPr>
        <w:spacing w:before="0" w:after="140" w:line="276" w:lineRule="auto"/>
      </w:pPr>
      <w:fldSimple w:instr=" MERGEFIELD &quot;Action Taken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«Action Taken»</w:t>
        </w:r>
      </w:fldSimple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A follow-up review of this matter is scheduled for </w:t>
      </w:r>
      <w:fldSimple w:instr=" MERGEFIELD &quot;Follow-Up Dat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«Follow-Up Date»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>.</w:t>
      </w:r>
    </w:p>
    <w:p>
      <w:pPr>
        <w:spacing w:before="200" w:after="400"/>
        <w:keepNext/>
      </w:pPr>
      <w:r>
        <w:rPr>
          <w:rFonts w:ascii="Calibri" w:hAnsi="Calibri"/>
          <w:b w:val="0"/>
          <w:i w:val="0"/>
          <w:color w:val="333B44"/>
          <w:sz w:val="21"/>
        </w:rPr>
        <w:t>Please sign below to acknowledge receipt of this form.</w:t>
      </w:r>
    </w:p>
    <w:p>
      <w:pPr>
        <w:spacing w:before="0" w:after="80"/>
      </w:pPr>
      <w:r>
        <w:rPr>
          <w:rFonts w:ascii="Calibri" w:hAnsi="Calibri"/>
          <w:b/>
          <w:i w:val="0"/>
          <w:color w:val="1F3A56"/>
          <w:sz w:val="18"/>
          <w:spacing w:val="24"/>
        </w:rPr>
        <w:t>EMPLOYEE ACKNOWLEDGMENT</w:t>
      </w:r>
    </w:p>
    <w:p>
      <w:pPr>
        <w:spacing w:before="0" w:after="200" w:line="276" w:lineRule="auto"/>
      </w:pPr>
      <w:r>
        <w:rPr>
          <w:rFonts w:ascii="Calibri" w:hAnsi="Calibri"/>
          <w:b w:val="0"/>
          <w:i/>
          <w:color w:val="5F6B76"/>
          <w:sz w:val="19"/>
        </w:rPr>
        <w:t>Your signature acknowledges that you have received this disciplinary action form. It does not indicate agreement with the findings described above.</w:t>
      </w:r>
    </w:p>
    <w:p>
      <w:pPr>
        <w:spacing w:before="0" w:after="40"/>
        <w:ind w:right="5616"/>
        <w:pBdr>
          <w:bottom w:val="single" w:sz="6" w:space="1" w:color="333B44"/>
        </w:pBdr>
        <w:keepNext/>
      </w:pPr>
    </w:p>
    <w:p>
      <w:pPr>
        <w:spacing w:before="0" w:after="0"/>
        <w:keepNext/>
      </w:pPr>
      <w:fldSimple w:instr=" MERGEFIELD &quot;Employee Name&quot; \* MERGEFORMAT ">
        <w:r>
          <w:rPr>
            <w:rFonts w:ascii="Calibri" w:hAnsi="Calibri"/>
            <w:b/>
            <w:i w:val="0"/>
            <w:color w:val="333B44"/>
            <w:sz w:val="21"/>
          </w:rPr>
          <w:t>«Employee Name»</w:t>
        </w:r>
      </w:fldSimple>
    </w:p>
    <w:p>
      <w:pPr>
        <w:spacing w:before="0" w:after="0"/>
        <w:keepNext/>
      </w:pPr>
      <w:r>
        <w:rPr>
          <w:rFonts w:ascii="Calibri" w:hAnsi="Calibri"/>
          <w:b w:val="0"/>
          <w:i w:val="0"/>
          <w:color w:val="5F6B76"/>
          <w:sz w:val="18"/>
        </w:rPr>
        <w:t>Employee</w:t>
      </w:r>
    </w:p>
    <w:p>
      <w:pPr>
        <w:spacing w:before="0" w:after="280"/>
      </w:pPr>
      <w:r>
        <w:rPr>
          <w:rFonts w:ascii="Calibri" w:hAnsi="Calibri"/>
          <w:b w:val="0"/>
          <w:i w:val="0"/>
          <w:color w:val="333B44"/>
          <w:sz w:val="19"/>
        </w:rPr>
        <w:t>Date: ____________________</w:t>
      </w:r>
    </w:p>
    <w:p>
      <w:pPr>
        <w:spacing w:before="240" w:after="0"/>
        <w:jc w:val="center"/>
      </w:pPr>
      <w:r>
        <w:rPr>
          <w:rFonts w:ascii="Calibri" w:hAnsi="Calibri"/>
          <w:b w:val="0"/>
          <w:i/>
          <w:color w:val="5F6B76"/>
          <w:sz w:val="16"/>
        </w:rPr>
        <w:t>This form is not legal advice. Any resulting action remains governed by the employee handbook, your employment agreement, and applicable law.</w:t>
      </w:r>
    </w:p>
    <w:sectPr w:rsidR="00FC693F" w:rsidRPr="0006063C" w:rsidSect="00034616">
      <w:pgSz w:w="12240" w:h="15840"/>
      <w:pgMar w:top="1008" w:right="1224" w:bottom="792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33B4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Disciplinary Action Form</dc:title>
  <dc:subject/>
  <dc:creator>MailMergic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