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jc w:val="center"/>
      </w:pPr>
      <w:r>
        <w:rPr>
          <w:rFonts w:ascii="Georgia" w:hAnsi="Georgia"/>
          <w:b/>
          <w:i w:val="0"/>
          <w:color w:val="9A5B13"/>
          <w:sz w:val="30"/>
          <w:caps/>
          <w:spacing w:val="30"/>
        </w:rPr>
        <w:t>[Company name]</w:t>
      </w:r>
    </w:p>
    <w:p>
      <w:pPr>
        <w:spacing w:before="0" w:after="160"/>
        <w:jc w:val="center"/>
        <w:pBdr>
          <w:bottom w:val="single" w:sz="14" w:space="6" w:color="1F3A56"/>
        </w:pBdr>
      </w:pPr>
      <w:r>
        <w:rPr>
          <w:rFonts w:ascii="Calibri" w:hAnsi="Calibri"/>
          <w:b w:val="0"/>
          <w:i w:val="0"/>
          <w:color w:val="9A5B13"/>
          <w:sz w:val="17"/>
        </w:rPr>
        <w:t>[Company address]</w:t>
      </w:r>
      <w:r>
        <w:rPr>
          <w:rFonts w:ascii="Calibri" w:hAnsi="Calibri"/>
          <w:b w:val="0"/>
          <w:i w:val="0"/>
          <w:color w:val="5F6B76"/>
          <w:sz w:val="17"/>
        </w:rPr>
        <w:t xml:space="preserve">   ·   </w:t>
      </w:r>
      <w:r>
        <w:rPr>
          <w:rFonts w:ascii="Calibri" w:hAnsi="Calibri"/>
          <w:b w:val="0"/>
          <w:i w:val="0"/>
          <w:color w:val="9A5B13"/>
          <w:sz w:val="17"/>
        </w:rPr>
        <w:t>[HR contact phone]</w:t>
      </w:r>
      <w:r>
        <w:rPr>
          <w:rFonts w:ascii="Calibri" w:hAnsi="Calibri"/>
          <w:b w:val="0"/>
          <w:i w:val="0"/>
          <w:color w:val="5F6B76"/>
          <w:sz w:val="17"/>
        </w:rPr>
        <w:t xml:space="preserve">   ·   </w:t>
      </w:r>
      <w:r>
        <w:rPr>
          <w:rFonts w:ascii="Calibri" w:hAnsi="Calibri"/>
          <w:b w:val="0"/>
          <w:i w:val="0"/>
          <w:color w:val="9A5B13"/>
          <w:sz w:val="17"/>
        </w:rPr>
        <w:t>[HR contact email]</w:t>
      </w:r>
    </w:p>
    <w:p>
      <w:pPr>
        <w:spacing w:before="0" w:after="0" w:line="40" w:lineRule="exact"/>
        <w:pBdr>
          <w:bottom w:val="single" w:sz="4" w:space="1" w:color="C9D2DC"/>
        </w:pBdr>
      </w:pPr>
    </w:p>
    <w:p>
      <w:pPr>
        <w:spacing w:before="40" w:after="280"/>
      </w:pPr>
      <w:fldSimple w:instr=" MERGEFIELD &quot;Agreement Date&quot; \* MERGEFORMAT ">
        <w:r>
          <w:rPr>
            <w:rFonts w:ascii="Calibri" w:hAnsi="Calibri"/>
            <w:b w:val="0"/>
            <w:i w:val="0"/>
            <w:color w:val="333B44"/>
            <w:sz w:val="21"/>
          </w:rPr>
          <w:t>«Agreement Date»</w:t>
        </w:r>
      </w:fldSimple>
    </w:p>
    <w:p>
      <w:pPr>
        <w:spacing w:before="280" w:after="40"/>
        <w:jc w:val="center"/>
      </w:pPr>
      <w:r>
        <w:rPr>
          <w:rFonts w:ascii="Georgia" w:hAnsi="Georgia"/>
          <w:b/>
          <w:i w:val="0"/>
          <w:color w:val="1F3A56"/>
          <w:sz w:val="27"/>
          <w:spacing w:val="44"/>
        </w:rPr>
        <w:t>CONFIDENTIALITY &amp; IP ASSIGNMENT AGREEMENT</w:t>
      </w:r>
    </w:p>
    <w:p>
      <w:pPr>
        <w:spacing w:before="0" w:after="240"/>
        <w:jc w:val="center"/>
      </w:pPr>
      <w:r>
        <w:rPr>
          <w:rFonts w:ascii="Calibri" w:hAnsi="Calibri"/>
          <w:b w:val="0"/>
          <w:i/>
          <w:color w:val="5F6B76"/>
          <w:sz w:val="19"/>
        </w:rPr>
        <w:t xml:space="preserve">RE: Confidentiality and invention assignment for </w:t>
      </w:r>
      <w:fldSimple w:instr=" MERGEFIELD &quot;Employee Name&quot; \* MERGEFORMAT ">
        <w:r>
          <w:rPr>
            <w:rFonts w:ascii="Calibri" w:hAnsi="Calibri"/>
            <w:b w:val="0"/>
            <w:i/>
            <w:color w:val="5F6B76"/>
            <w:sz w:val="19"/>
          </w:rPr>
          <w:t>«Employee Name»</w:t>
        </w:r>
      </w:fldSimple>
    </w:p>
    <w:p>
      <w:pPr>
        <w:spacing w:before="0" w:after="140" w:line="276" w:lineRule="auto"/>
      </w:pPr>
      <w:r>
        <w:rPr>
          <w:rFonts w:ascii="Calibri" w:hAnsi="Calibri"/>
          <w:b w:val="0"/>
          <w:i w:val="0"/>
          <w:color w:val="333B44"/>
          <w:sz w:val="21"/>
        </w:rPr>
        <w:t xml:space="preserve">Dear </w:t>
      </w:r>
      <w:fldSimple w:instr=" MERGEFIELD &quot;Employee Name&quot; \* MERGEFORMAT ">
        <w:r>
          <w:rPr>
            <w:rFonts w:ascii="Calibri" w:hAnsi="Calibri"/>
            <w:b w:val="0"/>
            <w:i w:val="0"/>
            <w:color w:val="333B44"/>
            <w:sz w:val="21"/>
          </w:rPr>
          <w:t>«Employee Name»</w:t>
        </w:r>
      </w:fldSimple>
      <w:r>
        <w:rPr>
          <w:rFonts w:ascii="Calibri" w:hAnsi="Calibri"/>
          <w:b w:val="0"/>
          <w:i w:val="0"/>
          <w:color w:val="333B44"/>
          <w:sz w:val="21"/>
        </w:rPr>
        <w:t>,</w:t>
      </w:r>
    </w:p>
    <w:p>
      <w:pPr>
        <w:spacing w:before="0" w:after="140" w:line="276" w:lineRule="auto"/>
      </w:pPr>
      <w:r>
        <w:rPr>
          <w:rFonts w:ascii="Calibri" w:hAnsi="Calibri"/>
          <w:b w:val="0"/>
          <w:i w:val="0"/>
          <w:color w:val="333B44"/>
          <w:sz w:val="21"/>
        </w:rPr>
        <w:t xml:space="preserve">This Confidentiality and Invention Assignment Agreement (the Agreement) is entered into as of </w:t>
      </w:r>
      <w:fldSimple w:instr=" MERGEFIELD &quot;Agreement Date&quot; \* MERGEFORMAT ">
        <w:r>
          <w:rPr>
            <w:rFonts w:ascii="Calibri" w:hAnsi="Calibri"/>
            <w:b w:val="0"/>
            <w:i w:val="0"/>
            <w:color w:val="333B44"/>
            <w:sz w:val="21"/>
          </w:rPr>
          <w:t>«Agreement Date»</w:t>
        </w:r>
      </w:fldSimple>
      <w:r>
        <w:rPr>
          <w:rFonts w:ascii="Calibri" w:hAnsi="Calibri"/>
          <w:b w:val="0"/>
          <w:i w:val="0"/>
          <w:color w:val="333B44"/>
          <w:sz w:val="21"/>
        </w:rPr>
        <w:t xml:space="preserve"> between </w:t>
      </w:r>
      <w:r>
        <w:rPr>
          <w:rFonts w:ascii="Calibri" w:hAnsi="Calibri"/>
          <w:b w:val="0"/>
          <w:i w:val="0"/>
          <w:color w:val="9A5B13"/>
          <w:sz w:val="21"/>
        </w:rPr>
        <w:t>[Company name]</w:t>
      </w:r>
      <w:r>
        <w:rPr>
          <w:rFonts w:ascii="Calibri" w:hAnsi="Calibri"/>
          <w:b w:val="0"/>
          <w:i w:val="0"/>
          <w:color w:val="333B44"/>
          <w:sz w:val="21"/>
        </w:rPr>
        <w:t xml:space="preserve"> and </w:t>
      </w:r>
      <w:fldSimple w:instr=" MERGEFIELD &quot;Employee Name&quot; \* MERGEFORMAT ">
        <w:r>
          <w:rPr>
            <w:rFonts w:ascii="Calibri" w:hAnsi="Calibri"/>
            <w:b w:val="0"/>
            <w:i w:val="0"/>
            <w:color w:val="333B44"/>
            <w:sz w:val="21"/>
          </w:rPr>
          <w:t>«Employee Name»</w:t>
        </w:r>
      </w:fldSimple>
      <w:r>
        <w:rPr>
          <w:rFonts w:ascii="Calibri" w:hAnsi="Calibri"/>
          <w:b w:val="0"/>
          <w:i w:val="0"/>
          <w:color w:val="333B44"/>
          <w:sz w:val="21"/>
        </w:rPr>
        <w:t xml:space="preserve"> (Employee ID </w:t>
      </w:r>
      <w:fldSimple w:instr=" MERGEFIELD &quot;Employee ID&quot; \* MERGEFORMAT ">
        <w:r>
          <w:rPr>
            <w:rFonts w:ascii="Calibri" w:hAnsi="Calibri"/>
            <w:b w:val="0"/>
            <w:i w:val="0"/>
            <w:color w:val="333B44"/>
            <w:sz w:val="21"/>
          </w:rPr>
          <w:t>«Employee ID»</w:t>
        </w:r>
      </w:fldSimple>
      <w:r>
        <w:rPr>
          <w:rFonts w:ascii="Calibri" w:hAnsi="Calibri"/>
          <w:b w:val="0"/>
          <w:i w:val="0"/>
          <w:color w:val="333B44"/>
          <w:sz w:val="21"/>
        </w:rPr>
        <w:t xml:space="preserve">), who holds the position of </w:t>
      </w:r>
      <w:fldSimple w:instr=" MERGEFIELD &quot;Job Title&quot; \* MERGEFORMAT ">
        <w:r>
          <w:rPr>
            <w:rFonts w:ascii="Calibri" w:hAnsi="Calibri"/>
            <w:b w:val="0"/>
            <w:i w:val="0"/>
            <w:color w:val="333B44"/>
            <w:sz w:val="21"/>
          </w:rPr>
          <w:t>«Job Title»</w:t>
        </w:r>
      </w:fldSimple>
      <w:r>
        <w:rPr>
          <w:rFonts w:ascii="Calibri" w:hAnsi="Calibri"/>
          <w:b w:val="0"/>
          <w:i w:val="0"/>
          <w:color w:val="333B44"/>
          <w:sz w:val="21"/>
        </w:rPr>
        <w:t xml:space="preserve"> in the </w:t>
      </w:r>
      <w:fldSimple w:instr=" MERGEFIELD &quot;Department&quot; \* MERGEFORMAT ">
        <w:r>
          <w:rPr>
            <w:rFonts w:ascii="Calibri" w:hAnsi="Calibri"/>
            <w:b w:val="0"/>
            <w:i w:val="0"/>
            <w:color w:val="333B44"/>
            <w:sz w:val="21"/>
          </w:rPr>
          <w:t>«Department»</w:t>
        </w:r>
      </w:fldSimple>
      <w:r>
        <w:rPr>
          <w:rFonts w:ascii="Calibri" w:hAnsi="Calibri"/>
          <w:b w:val="0"/>
          <w:i w:val="0"/>
          <w:color w:val="333B44"/>
          <w:sz w:val="21"/>
        </w:rPr>
        <w:t xml:space="preserve"> department, reporting to </w:t>
      </w:r>
      <w:fldSimple w:instr=" MERGEFIELD &quot;Manager Name&quot; \* MERGEFORMAT ">
        <w:r>
          <w:rPr>
            <w:rFonts w:ascii="Calibri" w:hAnsi="Calibri"/>
            <w:b w:val="0"/>
            <w:i w:val="0"/>
            <w:color w:val="333B44"/>
            <w:sz w:val="21"/>
          </w:rPr>
          <w:t>«Manager Name»</w:t>
        </w:r>
      </w:fldSimple>
      <w:r>
        <w:rPr>
          <w:rFonts w:ascii="Calibri" w:hAnsi="Calibri"/>
          <w:b w:val="0"/>
          <w:i w:val="0"/>
          <w:color w:val="333B44"/>
          <w:sz w:val="21"/>
        </w:rPr>
        <w:t>.</w:t>
      </w:r>
    </w:p>
    <w:p>
      <w:pPr>
        <w:spacing w:before="0" w:after="140" w:line="276" w:lineRule="auto"/>
      </w:pPr>
      <w:r>
        <w:rPr>
          <w:rFonts w:ascii="Calibri" w:hAnsi="Calibri"/>
          <w:b w:val="0"/>
          <w:i w:val="0"/>
          <w:color w:val="333B44"/>
          <w:sz w:val="21"/>
        </w:rPr>
        <w:t xml:space="preserve">Your employment with </w:t>
      </w:r>
      <w:r>
        <w:rPr>
          <w:rFonts w:ascii="Calibri" w:hAnsi="Calibri"/>
          <w:b w:val="0"/>
          <w:i w:val="0"/>
          <w:color w:val="9A5B13"/>
          <w:sz w:val="21"/>
        </w:rPr>
        <w:t>[Company name]</w:t>
      </w:r>
      <w:r>
        <w:rPr>
          <w:rFonts w:ascii="Calibri" w:hAnsi="Calibri"/>
          <w:b w:val="0"/>
          <w:i w:val="0"/>
          <w:color w:val="333B44"/>
          <w:sz w:val="21"/>
        </w:rPr>
        <w:t xml:space="preserve"> began, or will begin, on </w:t>
      </w:r>
      <w:fldSimple w:instr=" MERGEFIELD &quot;Start Date&quot; \* MERGEFORMAT ">
        <w:r>
          <w:rPr>
            <w:rFonts w:ascii="Calibri" w:hAnsi="Calibri"/>
            <w:b w:val="0"/>
            <w:i w:val="0"/>
            <w:color w:val="333B44"/>
            <w:sz w:val="21"/>
          </w:rPr>
          <w:t>«Start Date»</w:t>
        </w:r>
      </w:fldSimple>
      <w:r>
        <w:rPr>
          <w:rFonts w:ascii="Calibri" w:hAnsi="Calibri"/>
          <w:b w:val="0"/>
          <w:i w:val="0"/>
          <w:color w:val="333B44"/>
          <w:sz w:val="21"/>
        </w:rPr>
        <w:t xml:space="preserve">. This Agreement applies for as long as you are employed by </w:t>
      </w:r>
      <w:r>
        <w:rPr>
          <w:rFonts w:ascii="Calibri" w:hAnsi="Calibri"/>
          <w:b w:val="0"/>
          <w:i w:val="0"/>
          <w:color w:val="9A5B13"/>
          <w:sz w:val="21"/>
        </w:rPr>
        <w:t>[Company name]</w:t>
      </w:r>
      <w:r>
        <w:rPr>
          <w:rFonts w:ascii="Calibri" w:hAnsi="Calibri"/>
          <w:b w:val="0"/>
          <w:i w:val="0"/>
          <w:color w:val="333B44"/>
          <w:sz w:val="21"/>
        </w:rPr>
        <w:t xml:space="preserve"> and continues afterward as described in the Duration section below.</w:t>
      </w:r>
    </w:p>
    <w:p>
      <w:pPr>
        <w:spacing w:before="200" w:after="80"/>
      </w:pPr>
      <w:r>
        <w:rPr>
          <w:rFonts w:ascii="Calibri" w:hAnsi="Calibri"/>
          <w:b/>
          <w:i w:val="0"/>
          <w:color w:val="1F3A56"/>
          <w:sz w:val="18"/>
          <w:spacing w:val="24"/>
        </w:rPr>
        <w:t>1. DEFINITION OF CONFIDENTIAL INFORMATION</w:t>
      </w:r>
    </w:p>
    <w:p>
      <w:pPr>
        <w:spacing w:before="0" w:after="140" w:line="276" w:lineRule="auto"/>
      </w:pPr>
      <w:r>
        <w:rPr>
          <w:rFonts w:ascii="Calibri" w:hAnsi="Calibri"/>
          <w:b w:val="0"/>
          <w:i w:val="0"/>
          <w:color w:val="333B44"/>
          <w:sz w:val="21"/>
        </w:rPr>
        <w:t xml:space="preserve">Confidential Information means any non-public information you learn or create in the course of your employment, including business plans, customer and pricing data, source code, product designs, and any other information </w:t>
      </w:r>
      <w:r>
        <w:rPr>
          <w:rFonts w:ascii="Calibri" w:hAnsi="Calibri"/>
          <w:b w:val="0"/>
          <w:i w:val="0"/>
          <w:color w:val="9A5B13"/>
          <w:sz w:val="21"/>
        </w:rPr>
        <w:t>[Company name]</w:t>
      </w:r>
      <w:r>
        <w:rPr>
          <w:rFonts w:ascii="Calibri" w:hAnsi="Calibri"/>
          <w:b w:val="0"/>
          <w:i w:val="0"/>
          <w:color w:val="333B44"/>
          <w:sz w:val="21"/>
        </w:rPr>
        <w:t xml:space="preserve"> treats as confidential. It does not include information that is or becomes publicly available through no fault of yours.</w:t>
      </w:r>
    </w:p>
    <w:p>
      <w:pPr>
        <w:spacing w:before="200" w:after="80"/>
      </w:pPr>
      <w:r>
        <w:rPr>
          <w:rFonts w:ascii="Calibri" w:hAnsi="Calibri"/>
          <w:b/>
          <w:i w:val="0"/>
          <w:color w:val="1F3A56"/>
          <w:sz w:val="18"/>
          <w:spacing w:val="24"/>
        </w:rPr>
        <w:t>2. OBLIGATIONS</w:t>
      </w:r>
    </w:p>
    <w:p>
      <w:pPr>
        <w:spacing w:before="0" w:after="140" w:line="276" w:lineRule="auto"/>
      </w:pPr>
      <w:r>
        <w:rPr>
          <w:rFonts w:ascii="Calibri" w:hAnsi="Calibri"/>
          <w:b w:val="0"/>
          <w:i w:val="0"/>
          <w:color w:val="333B44"/>
          <w:sz w:val="21"/>
        </w:rPr>
        <w:t xml:space="preserve">You agree to use Confidential Information only to perform your job, to protect it with reasonable care, and not to disclose it to anyone outside </w:t>
      </w:r>
      <w:r>
        <w:rPr>
          <w:rFonts w:ascii="Calibri" w:hAnsi="Calibri"/>
          <w:b w:val="0"/>
          <w:i w:val="0"/>
          <w:color w:val="9A5B13"/>
          <w:sz w:val="21"/>
        </w:rPr>
        <w:t>[Company name]</w:t>
      </w:r>
      <w:r>
        <w:rPr>
          <w:rFonts w:ascii="Calibri" w:hAnsi="Calibri"/>
          <w:b w:val="0"/>
          <w:i w:val="0"/>
          <w:color w:val="333B44"/>
          <w:sz w:val="21"/>
        </w:rPr>
        <w:t xml:space="preserve"> without authorization, both during and after your employment.</w:t>
      </w:r>
    </w:p>
    <w:p>
      <w:pPr>
        <w:spacing w:before="200" w:after="80"/>
      </w:pPr>
      <w:r>
        <w:rPr>
          <w:rFonts w:ascii="Calibri" w:hAnsi="Calibri"/>
          <w:b/>
          <w:i w:val="0"/>
          <w:color w:val="1F3A56"/>
          <w:sz w:val="18"/>
          <w:spacing w:val="24"/>
        </w:rPr>
        <w:t>3. ASSIGNMENT OF INVENTIONS</w:t>
      </w:r>
    </w:p>
    <w:p>
      <w:pPr>
        <w:spacing w:before="0" w:after="140" w:line="276" w:lineRule="auto"/>
      </w:pPr>
      <w:r>
        <w:rPr>
          <w:rFonts w:ascii="Calibri" w:hAnsi="Calibri"/>
          <w:b w:val="0"/>
          <w:i w:val="0"/>
          <w:color w:val="333B44"/>
          <w:sz w:val="21"/>
        </w:rPr>
        <w:t xml:space="preserve">You assign to </w:t>
      </w:r>
      <w:r>
        <w:rPr>
          <w:rFonts w:ascii="Calibri" w:hAnsi="Calibri"/>
          <w:b w:val="0"/>
          <w:i w:val="0"/>
          <w:color w:val="9A5B13"/>
          <w:sz w:val="21"/>
        </w:rPr>
        <w:t>[Company name]</w:t>
      </w:r>
      <w:r>
        <w:rPr>
          <w:rFonts w:ascii="Calibri" w:hAnsi="Calibri"/>
          <w:b w:val="0"/>
          <w:i w:val="0"/>
          <w:color w:val="333B44"/>
          <w:sz w:val="21"/>
        </w:rPr>
        <w:t xml:space="preserve"> all inventions, designs, and works you create within the scope of your employment or using </w:t>
      </w:r>
      <w:r>
        <w:rPr>
          <w:rFonts w:ascii="Calibri" w:hAnsi="Calibri"/>
          <w:b w:val="0"/>
          <w:i w:val="0"/>
          <w:color w:val="9A5B13"/>
          <w:sz w:val="21"/>
        </w:rPr>
        <w:t>[Company name]</w:t>
      </w:r>
      <w:r>
        <w:rPr>
          <w:rFonts w:ascii="Calibri" w:hAnsi="Calibri"/>
          <w:b w:val="0"/>
          <w:i w:val="0"/>
          <w:color w:val="333B44"/>
          <w:sz w:val="21"/>
        </w:rPr>
        <w:t>'s resources, and you agree to sign any documents reasonably needed to confirm that assignment.</w:t>
      </w:r>
    </w:p>
    <w:p>
      <w:pPr>
        <w:spacing w:before="200" w:after="80"/>
      </w:pPr>
      <w:r>
        <w:rPr>
          <w:rFonts w:ascii="Calibri" w:hAnsi="Calibri"/>
          <w:b/>
          <w:i w:val="0"/>
          <w:color w:val="1F3A56"/>
          <w:sz w:val="18"/>
          <w:spacing w:val="24"/>
        </w:rPr>
        <w:t>4. INVENTION-ASSIGNMENT CARVE-OUT</w:t>
      </w:r>
    </w:p>
    <w:p>
      <w:pPr>
        <w:spacing w:before="0" w:after="140" w:line="276" w:lineRule="auto"/>
      </w:pPr>
      <w:r>
        <w:rPr>
          <w:rFonts w:ascii="Calibri" w:hAnsi="Calibri"/>
          <w:b w:val="0"/>
          <w:i w:val="0"/>
          <w:color w:val="333B44"/>
          <w:sz w:val="21"/>
        </w:rPr>
        <w:t xml:space="preserve">Where </w:t>
      </w:r>
      <w:fldSimple w:instr=" MERGEFIELD &quot;Work Location State&quot; \* MERGEFORMAT ">
        <w:r>
          <w:rPr>
            <w:rFonts w:ascii="Calibri" w:hAnsi="Calibri"/>
            <w:b w:val="0"/>
            <w:i w:val="0"/>
            <w:color w:val="333B44"/>
            <w:sz w:val="21"/>
          </w:rPr>
          <w:t>«Work Location State»</w:t>
        </w:r>
      </w:fldSimple>
      <w:r>
        <w:rPr>
          <w:rFonts w:ascii="Calibri" w:hAnsi="Calibri"/>
          <w:b w:val="0"/>
          <w:i w:val="0"/>
          <w:color w:val="333B44"/>
          <w:sz w:val="21"/>
        </w:rPr>
        <w:t xml:space="preserve"> has a statute limiting the assignment of employee inventions, this Agreement does not assign inventions that the statute protects, and the text of that statute controls over any conflicting term in this Agreement.</w:t>
      </w:r>
    </w:p>
    <w:p>
      <w:pPr>
        <w:spacing w:before="200" w:after="80"/>
      </w:pPr>
      <w:r>
        <w:rPr>
          <w:rFonts w:ascii="Calibri" w:hAnsi="Calibri"/>
          <w:b/>
          <w:i w:val="0"/>
          <w:color w:val="1F3A56"/>
          <w:sz w:val="18"/>
          <w:spacing w:val="24"/>
        </w:rPr>
        <w:t>5. RETURN OF MATERIALS</w:t>
      </w:r>
    </w:p>
    <w:p>
      <w:pPr>
        <w:spacing w:before="0" w:after="140" w:line="276" w:lineRule="auto"/>
      </w:pPr>
      <w:r>
        <w:rPr>
          <w:rFonts w:ascii="Calibri" w:hAnsi="Calibri"/>
          <w:b w:val="0"/>
          <w:i w:val="0"/>
          <w:color w:val="333B44"/>
          <w:sz w:val="21"/>
        </w:rPr>
        <w:t xml:space="preserve">When your employment ends, or earlier at </w:t>
      </w:r>
      <w:r>
        <w:rPr>
          <w:rFonts w:ascii="Calibri" w:hAnsi="Calibri"/>
          <w:b w:val="0"/>
          <w:i w:val="0"/>
          <w:color w:val="9A5B13"/>
          <w:sz w:val="21"/>
        </w:rPr>
        <w:t>[Company name]</w:t>
      </w:r>
      <w:r>
        <w:rPr>
          <w:rFonts w:ascii="Calibri" w:hAnsi="Calibri"/>
          <w:b w:val="0"/>
          <w:i w:val="0"/>
          <w:color w:val="333B44"/>
          <w:sz w:val="21"/>
        </w:rPr>
        <w:t>'s request, you will return or destroy all documents, devices, and other materials containing Confidential Information.</w:t>
      </w:r>
    </w:p>
    <w:p>
      <w:pPr>
        <w:spacing w:before="200" w:after="80"/>
      </w:pPr>
      <w:r>
        <w:rPr>
          <w:rFonts w:ascii="Calibri" w:hAnsi="Calibri"/>
          <w:b/>
          <w:i w:val="0"/>
          <w:color w:val="1F3A56"/>
          <w:sz w:val="18"/>
          <w:spacing w:val="24"/>
        </w:rPr>
        <w:t>6. DURATION</w:t>
      </w:r>
    </w:p>
    <w:p>
      <w:pPr>
        <w:spacing w:before="0" w:after="140" w:line="276" w:lineRule="auto"/>
      </w:pPr>
      <w:r>
        <w:rPr>
          <w:rFonts w:ascii="Calibri" w:hAnsi="Calibri"/>
          <w:b w:val="0"/>
          <w:i w:val="0"/>
          <w:color w:val="333B44"/>
          <w:sz w:val="21"/>
        </w:rPr>
        <w:t>Your obligations regarding Confidential Information continue for as long as the information remains confidential, and your obligations regarding inventions survive the end of your employment without limit in time.</w:t>
      </w:r>
    </w:p>
    <w:p>
      <w:pPr>
        <w:spacing w:before="200" w:after="80"/>
      </w:pPr>
      <w:r>
        <w:rPr>
          <w:rFonts w:ascii="Calibri" w:hAnsi="Calibri"/>
          <w:b/>
          <w:i w:val="0"/>
          <w:color w:val="1F3A56"/>
          <w:sz w:val="18"/>
          <w:spacing w:val="24"/>
        </w:rPr>
        <w:t>7. GOVERNING LAW</w:t>
      </w:r>
    </w:p>
    <w:p>
      <w:pPr>
        <w:spacing w:before="0" w:after="140" w:line="276" w:lineRule="auto"/>
      </w:pPr>
      <w:r>
        <w:rPr>
          <w:rFonts w:ascii="Calibri" w:hAnsi="Calibri"/>
          <w:b w:val="0"/>
          <w:i w:val="0"/>
          <w:color w:val="333B44"/>
          <w:sz w:val="21"/>
        </w:rPr>
        <w:t xml:space="preserve">This Agreement is governed by the laws of </w:t>
      </w:r>
      <w:fldSimple w:instr=" MERGEFIELD &quot;Work Location State&quot; \* MERGEFORMAT ">
        <w:r>
          <w:rPr>
            <w:rFonts w:ascii="Calibri" w:hAnsi="Calibri"/>
            <w:b w:val="0"/>
            <w:i w:val="0"/>
            <w:color w:val="333B44"/>
            <w:sz w:val="21"/>
          </w:rPr>
          <w:t>«Work Location State»</w:t>
        </w:r>
      </w:fldSimple>
      <w:r>
        <w:rPr>
          <w:rFonts w:ascii="Calibri" w:hAnsi="Calibri"/>
          <w:b w:val="0"/>
          <w:i w:val="0"/>
          <w:color w:val="333B44"/>
          <w:sz w:val="21"/>
        </w:rPr>
        <w:t>, without regard to its conflict-of-laws principles.</w:t>
      </w:r>
    </w:p>
    <w:p>
      <w:pPr>
        <w:spacing w:before="200" w:after="400"/>
        <w:keepNext/>
      </w:pPr>
      <w:r>
        <w:rPr>
          <w:rFonts w:ascii="Calibri" w:hAnsi="Calibri"/>
          <w:b w:val="0"/>
          <w:i w:val="0"/>
          <w:color w:val="333B44"/>
          <w:sz w:val="21"/>
        </w:rPr>
        <w:t>Sincerely,</w:t>
      </w:r>
    </w:p>
    <w:p>
      <w:pPr>
        <w:spacing w:before="0" w:after="40"/>
        <w:ind w:right="5616"/>
        <w:pBdr>
          <w:bottom w:val="single" w:sz="6" w:space="1" w:color="333B44"/>
        </w:pBdr>
        <w:keepNext/>
      </w:pPr>
    </w:p>
    <w:p>
      <w:pPr>
        <w:spacing w:before="0" w:after="0"/>
        <w:keepNext/>
      </w:pPr>
      <w:r>
        <w:rPr>
          <w:rFonts w:ascii="Calibri" w:hAnsi="Calibri"/>
          <w:b/>
          <w:i w:val="0"/>
          <w:color w:val="9A5B13"/>
          <w:sz w:val="21"/>
        </w:rPr>
        <w:t>[Signer name and title]</w:t>
      </w:r>
    </w:p>
    <w:p>
      <w:pPr>
        <w:spacing w:before="0" w:after="0"/>
        <w:keepNext/>
      </w:pPr>
      <w:r>
        <w:rPr>
          <w:rFonts w:ascii="Calibri" w:hAnsi="Calibri"/>
          <w:b w:val="0"/>
          <w:i w:val="0"/>
          <w:color w:val="5F6B76"/>
          <w:sz w:val="18"/>
        </w:rPr>
        <w:t xml:space="preserve">For </w:t>
      </w:r>
      <w:r>
        <w:rPr>
          <w:rFonts w:ascii="Calibri" w:hAnsi="Calibri"/>
          <w:b w:val="0"/>
          <w:i w:val="0"/>
          <w:color w:val="9A5B13"/>
          <w:sz w:val="18"/>
        </w:rPr>
        <w:t>[Company name]</w:t>
      </w:r>
    </w:p>
    <w:p>
      <w:pPr>
        <w:spacing w:before="0" w:after="280"/>
      </w:pPr>
      <w:r>
        <w:rPr>
          <w:rFonts w:ascii="Calibri" w:hAnsi="Calibri"/>
          <w:b w:val="0"/>
          <w:i w:val="0"/>
          <w:color w:val="333B44"/>
          <w:sz w:val="19"/>
        </w:rPr>
        <w:t>Date: ____________________</w:t>
      </w:r>
    </w:p>
    <w:p>
      <w:pPr>
        <w:spacing w:before="0" w:after="40"/>
        <w:ind w:right="5616"/>
        <w:pBdr>
          <w:bottom w:val="single" w:sz="6" w:space="1" w:color="333B44"/>
        </w:pBdr>
        <w:keepNext/>
      </w:pPr>
    </w:p>
    <w:p>
      <w:pPr>
        <w:spacing w:before="0" w:after="0"/>
        <w:keepNext/>
      </w:pPr>
      <w:fldSimple w:instr=" MERGEFIELD &quot;Employee Name&quot; \* MERGEFORMAT ">
        <w:r>
          <w:rPr>
            <w:rFonts w:ascii="Calibri" w:hAnsi="Calibri"/>
            <w:b/>
            <w:i w:val="0"/>
            <w:color w:val="333B44"/>
            <w:sz w:val="21"/>
          </w:rPr>
          <w:t>«Employee Name»</w:t>
        </w:r>
      </w:fldSimple>
    </w:p>
    <w:p>
      <w:pPr>
        <w:spacing w:before="0" w:after="0"/>
        <w:keepNext/>
      </w:pPr>
      <w:r>
        <w:rPr>
          <w:rFonts w:ascii="Calibri" w:hAnsi="Calibri"/>
          <w:b w:val="0"/>
          <w:i w:val="0"/>
          <w:color w:val="5F6B76"/>
          <w:sz w:val="18"/>
        </w:rPr>
        <w:t>Employee</w:t>
      </w:r>
    </w:p>
    <w:p>
      <w:pPr>
        <w:spacing w:before="0" w:after="280"/>
      </w:pPr>
      <w:r>
        <w:rPr>
          <w:rFonts w:ascii="Calibri" w:hAnsi="Calibri"/>
          <w:b w:val="0"/>
          <w:i w:val="0"/>
          <w:color w:val="333B44"/>
          <w:sz w:val="19"/>
        </w:rPr>
        <w:t>Date: ____________________</w:t>
      </w:r>
    </w:p>
    <w:p>
      <w:pPr>
        <w:spacing w:before="240" w:after="0"/>
        <w:jc w:val="center"/>
      </w:pPr>
      <w:r>
        <w:rPr>
          <w:rFonts w:ascii="Calibri" w:hAnsi="Calibri"/>
          <w:b w:val="0"/>
          <w:i/>
          <w:color w:val="5F6B76"/>
          <w:sz w:val="16"/>
        </w:rPr>
        <w:t xml:space="preserve">This Agreement is a summary of agreed terms and is not legal advice. Rights and obligations regarding confidential information and inventions are governed by the signed agreement, applicable law, and any employee-invention statute of </w:t>
      </w:r>
      <w:fldSimple w:instr=" MERGEFIELD &quot;Work Location State&quot; \* MERGEFORMAT ">
        <w:r>
          <w:rPr>
            <w:rFonts w:ascii="Calibri" w:hAnsi="Calibri"/>
            <w:b w:val="0"/>
            <w:i/>
            <w:color w:val="5F6B76"/>
            <w:sz w:val="16"/>
          </w:rPr>
          <w:t>«Work Location State»</w:t>
        </w:r>
      </w:fldSimple>
      <w:r>
        <w:rPr>
          <w:rFonts w:ascii="Calibri" w:hAnsi="Calibri"/>
          <w:b w:val="0"/>
          <w:i/>
          <w:color w:val="5F6B76"/>
          <w:sz w:val="16"/>
        </w:rPr>
        <w:t>.</w:t>
      </w:r>
    </w:p>
    <w:sectPr w:rsidR="00FC693F" w:rsidRPr="0006063C" w:rsidSect="00034616">
      <w:pgSz w:w="12240" w:h="15840"/>
      <w:pgMar w:top="1008" w:right="1224" w:bottom="792"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333B44"/>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Confidentiality &amp; IP Assignment Agreement</dc:title>
  <dc:subject/>
  <dc:creator>MailMergic</dc:creator>
  <cp:keywords/>
  <dc:description>generated by python-docx</dc:description>
  <cp:lastModifiedBy/>
  <cp:revision>1</cp:revision>
  <dcterms:created xsi:type="dcterms:W3CDTF">2013-12-23T23:15:00Z</dcterms:created>
  <dcterms:modified xsi:type="dcterms:W3CDTF">2013-12-23T23:15:00Z</dcterms:modified>
  <cp:category/>
</cp:coreProperties>
</file>