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[Host organization]</w:t>
      </w:r>
    </w:p>
    <w:p>
      <w:pPr>
        <w:spacing w:before="0" w:after="160"/>
        <w:jc w:val="center"/>
        <w:pBdr>
          <w:bottom w:val="single" w:sz="10" w:space="6" w:color="9C5F63"/>
        </w:pBdr>
      </w:pPr>
      <w:r>
        <w:rPr>
          <w:rFonts w:ascii="Calibri" w:hAnsi="Calibri"/>
          <w:b w:val="0"/>
          <w:i w:val="0"/>
          <w:color w:val="9A5B13"/>
          <w:sz w:val="17"/>
        </w:rPr>
        <w:t>[Host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9C5F63"/>
          <w:sz w:val="27"/>
          <w:spacing w:val="44"/>
        </w:rPr>
        <w:t>THANK YOU FOR JOINING US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with warm thanks from everyone at </w:t>
      </w:r>
      <w:r>
        <w:rPr>
          <w:rFonts w:ascii="Calibri" w:hAnsi="Calibri"/>
          <w:b w:val="0"/>
          <w:i/>
          <w:color w:val="9A5B13"/>
          <w:sz w:val="19"/>
        </w:rPr>
        <w:t>[Host organization]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Gues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«Guest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Thank you for being part of </w:t>
      </w:r>
      <w:fldSimple w:instr=" MERGEFIELD &quot;Ev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«Event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on </w:t>
      </w:r>
      <w:fldSimple w:instr=" MERGEFIELD &quot;Even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«Event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An evening like this is only as good as the people in the room, and we were so glad to have you in it.</w:t>
      </w:r>
    </w:p>
    <w:p>
      <w:pPr>
        <w:spacing w:before="200" w:after="80"/>
      </w:pPr>
      <w:r>
        <w:rPr>
          <w:rFonts w:ascii="Calibri" w:hAnsi="Calibri"/>
          <w:b/>
          <w:i w:val="0"/>
          <w:color w:val="9C5F63"/>
          <w:sz w:val="18"/>
          <w:spacing w:val="24"/>
        </w:rPr>
        <w:t>A FEW HIGHLIGHTS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9C5F63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Together, our guests contributed </w:t>
      </w:r>
      <w:r>
        <w:rPr>
          <w:rFonts w:ascii="Calibri" w:hAnsi="Calibri"/>
          <w:b w:val="0"/>
          <w:i w:val="0"/>
          <w:color w:val="9A5B13"/>
          <w:sz w:val="20"/>
        </w:rPr>
        <w:t>[Total raised]</w:t>
      </w:r>
      <w:r>
        <w:rPr>
          <w:rFonts w:ascii="Calibri" w:hAnsi="Calibri"/>
          <w:b w:val="0"/>
          <w:i w:val="0"/>
          <w:color w:val="333B44"/>
          <w:sz w:val="20"/>
        </w:rPr>
        <w:t xml:space="preserve"> in support of </w:t>
      </w:r>
      <w:r>
        <w:rPr>
          <w:rFonts w:ascii="Calibri" w:hAnsi="Calibri"/>
          <w:b w:val="0"/>
          <w:i w:val="0"/>
          <w:color w:val="9A5B13"/>
          <w:sz w:val="20"/>
        </w:rPr>
        <w:t>[Program supported]</w:t>
      </w:r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9C5F63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More than </w:t>
      </w:r>
      <w:r>
        <w:rPr>
          <w:rFonts w:ascii="Calibri" w:hAnsi="Calibri"/>
          <w:b w:val="0"/>
          <w:i w:val="0"/>
          <w:color w:val="9A5B13"/>
          <w:sz w:val="20"/>
        </w:rPr>
        <w:t>[Guest count]</w:t>
      </w:r>
      <w:r>
        <w:rPr>
          <w:rFonts w:ascii="Calibri" w:hAnsi="Calibri"/>
          <w:b w:val="0"/>
          <w:i w:val="0"/>
          <w:color w:val="333B44"/>
          <w:sz w:val="20"/>
        </w:rPr>
        <w:t xml:space="preserve"> friends and supporters joined us across the evening.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9C5F63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Our favorite moment of the night: </w:t>
      </w:r>
      <w:r>
        <w:rPr>
          <w:rFonts w:ascii="Calibri" w:hAnsi="Calibri"/>
          <w:b w:val="0"/>
          <w:i w:val="0"/>
          <w:color w:val="9A5B13"/>
          <w:sz w:val="20"/>
        </w:rPr>
        <w:t>[a highlight from the evening]</w:t>
      </w:r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 would love to hear what you thought. Please share your feedback at </w:t>
      </w:r>
      <w:r>
        <w:rPr>
          <w:rFonts w:ascii="Calibri" w:hAnsi="Calibri"/>
          <w:b w:val="0"/>
          <w:i w:val="0"/>
          <w:color w:val="9A5B13"/>
          <w:sz w:val="21"/>
        </w:rPr>
        <w:t>[Survey link]</w:t>
      </w:r>
      <w:r>
        <w:rPr>
          <w:rFonts w:ascii="Calibri" w:hAnsi="Calibri"/>
          <w:b w:val="0"/>
          <w:i w:val="0"/>
          <w:color w:val="333B44"/>
          <w:sz w:val="21"/>
        </w:rPr>
        <w:t xml:space="preserve">; the survey takes about two minutes and closes on </w:t>
      </w:r>
      <w:fldSimple w:instr=" MERGEFIELD &quot;Survey Deadlin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«Survey Deadline»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Every response shapes what we plan next.</w:t>
      </w:r>
    </w:p>
    <w:p>
      <w:pPr>
        <w:spacing w:before="0" w:after="8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And one date for your calendar before you go: </w:t>
      </w:r>
      <w:fldSimple w:instr=" MERGEFIELD &quot;Next Ev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«Next Event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takes place on </w:t>
      </w:r>
      <w:fldSimple w:instr=" MERGEFIELD &quot;Next Even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«Next Event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Invitations follow soon, and we would love to see you there.</w:t>
      </w:r>
    </w:p>
    <w:p>
      <w:pPr>
        <w:spacing w:before="200" w:after="360"/>
        <w:keepNext/>
      </w:pPr>
      <w:r>
        <w:rPr>
          <w:rFonts w:ascii="Calibri" w:hAnsi="Calibri"/>
          <w:b w:val="0"/>
          <w:i w:val="0"/>
          <w:color w:val="333B44"/>
          <w:sz w:val="21"/>
        </w:rPr>
        <w:t>With gratitude,</w:t>
      </w: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[Sender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9A5B13"/>
          <w:sz w:val="18"/>
        </w:rPr>
        <w:t>[Sender title]</w:t>
      </w:r>
      <w:r>
        <w:rPr>
          <w:rFonts w:ascii="Calibri" w:hAnsi="Calibri"/>
          <w:b w:val="0"/>
          <w:i w:val="0"/>
          <w:color w:val="5F6B76"/>
          <w:sz w:val="18"/>
        </w:rPr>
        <w:t xml:space="preserve">, </w:t>
      </w:r>
      <w:r>
        <w:rPr>
          <w:rFonts w:ascii="Calibri" w:hAnsi="Calibri"/>
          <w:b w:val="0"/>
          <w:i w:val="0"/>
          <w:color w:val="9A5B13"/>
          <w:sz w:val="18"/>
        </w:rPr>
        <w:t>[Host organization]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letter is a thank-you, not a donation receipt. Rules for contribution acknowledgments vary by country and region; review them with a professional if you need formal documentation.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for Attending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