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Georgia" w:hAnsi="Georgia"/>
          <w:b/>
          <w:i w:val="0"/>
          <w:color w:val="9A5B13"/>
          <w:sz w:val="26"/>
          <w:caps/>
          <w:spacing w:val="26"/>
        </w:rPr>
        <w:t>[Host organization]</w:t>
      </w:r>
    </w:p>
    <w:p>
      <w:pPr>
        <w:spacing w:before="0" w:after="200"/>
      </w:pPr>
      <w:r>
        <w:rPr>
          <w:rFonts w:ascii="Calibri" w:hAnsi="Calibri"/>
          <w:b w:val="0"/>
          <w:i w:val="0"/>
          <w:color w:val="9A5B13"/>
          <w:sz w:val="17"/>
        </w:rPr>
        <w:t>[Host address]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[Host phone]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[Host contact email]</w:t>
      </w:r>
    </w:p>
    <w:tbl>
      <w:tblPr>
        <w:tblW w:type="dxa" w:w="9792"/>
        <w:tblLayout w:type="fixed"/>
        <w:tblLook w:firstColumn="1" w:firstRow="1" w:lastColumn="0" w:lastRow="0" w:noHBand="0" w:noVBand="1" w:val="04A0"/>
        <w:tblBorders>
          <w:top w:val="single" w:sz="4" w:space="0" w:color="2C4A6E"/>
          <w:left w:val="single" w:sz="4" w:space="0" w:color="2C4A6E"/>
          <w:bottom w:val="single" w:sz="4" w:space="0" w:color="2C4A6E"/>
          <w:right w:val="single" w:sz="4" w:space="0" w:color="2C4A6E"/>
          <w:insideH w:val="none"/>
          <w:insideV w:val="none"/>
        </w:tblBorders>
        <w:tblCellMar>
          <w:top w:w="100" w:type="dxa"/>
          <w:bottom w:w="100" w:type="dxa"/>
          <w:left w:w="200" w:type="dxa"/>
          <w:right w:w="200" w:type="dxa"/>
        </w:tblCellMar>
        <w:tblInd w:w="200" w:type="dxa"/>
      </w:tblPr>
      <w:tblGrid>
        <w:gridCol w:w="9792"/>
      </w:tblGrid>
      <w:tr>
        <w:tc>
          <w:tcPr>
            <w:shd w:val="clear" w:fill="2C4A6E"/>
            <w:tcW w:w="9792" w:type="dxa"/>
          </w:tcPr>
          <w:p>
            <w:pPr>
              <w:spacing w:before="100" w:after="20"/>
            </w:pPr>
            <w:r>
              <w:rPr>
                <w:rFonts w:ascii="Georgia" w:hAnsi="Georgia"/>
                <w:b/>
                <w:i w:val="0"/>
                <w:color w:val="FFFFFF"/>
                <w:sz w:val="27"/>
                <w:caps/>
                <w:spacing w:val="44"/>
              </w:rPr>
              <w:t>Speaker Confirmation</w:t>
            </w:r>
          </w:p>
          <w:p>
            <w:pPr>
              <w:spacing w:before="0" w:after="100"/>
            </w:pPr>
            <w:r>
              <w:rPr>
                <w:rFonts w:ascii="Calibri" w:hAnsi="Calibri"/>
                <w:b w:val="0"/>
                <w:i/>
                <w:color w:val="C9D7E8"/>
                <w:sz w:val="19"/>
              </w:rPr>
              <w:t xml:space="preserve">RE: Your session at </w:t>
            </w:r>
            <w:fldSimple w:instr=" MERGEFIELD &quot;Conference Name&quot; \* MERGEFORMAT ">
              <w:r>
                <w:rPr>
                  <w:rFonts w:ascii="Calibri" w:hAnsi="Calibri"/>
                  <w:b w:val="0"/>
                  <w:i/>
                  <w:color w:val="C9D7E8"/>
                  <w:sz w:val="19"/>
                </w:rPr>
                <w:t>«Conference Name»</w:t>
              </w:r>
            </w:fldSimple>
          </w:p>
        </w:tc>
      </w:tr>
    </w:tbl>
    <w:p>
      <w:pPr>
        <w:spacing w:before="160" w:after="280"/>
      </w:pPr>
      <w:r>
        <w:rPr>
          <w:rFonts w:ascii="Calibri" w:hAnsi="Calibri"/>
          <w:b w:val="0"/>
          <w:i w:val="0"/>
          <w:color w:val="9A5B13"/>
          <w:sz w:val="21"/>
        </w:rPr>
        <w:t>[Letter date]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Speaker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«Speaker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Thank you for agreeing to speak at </w:t>
      </w:r>
      <w:fldSimple w:instr=" MERGEFIELD &quot;Conference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«Conference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. We are delighted to confirm your session, and the details below reflect the final program. Please check the time and room, and tell us within a few days if anything looks wrong.</w:t>
      </w:r>
    </w:p>
    <w:p>
      <w:pPr>
        <w:spacing w:before="200" w:after="80"/>
      </w:pPr>
      <w:r>
        <w:rPr>
          <w:rFonts w:ascii="Calibri" w:hAnsi="Calibri"/>
          <w:b/>
          <w:i w:val="0"/>
          <w:color w:val="2C4A6E"/>
          <w:sz w:val="18"/>
          <w:spacing w:val="24"/>
        </w:rPr>
        <w:t>YOUR SESSION</w:t>
      </w:r>
    </w:p>
    <w:tbl>
      <w:tblPr>
        <w:tblW w:type="dxa" w:w="9792"/>
        <w:tblLayout w:type="fixed"/>
        <w:tblLook w:firstColumn="1" w:firstRow="1" w:lastColumn="0" w:lastRow="0" w:noHBand="0" w:noVBand="1" w:val="04A0"/>
        <w:tblBorders>
          <w:top w:val="single" w:sz="4" w:space="0" w:color="C9D2DC"/>
          <w:left w:val="single" w:sz="4" w:space="0" w:color="C9D2DC"/>
          <w:bottom w:val="single" w:sz="4" w:space="0" w:color="C9D2DC"/>
          <w:right w:val="single" w:sz="4" w:space="0" w:color="C9D2DC"/>
          <w:insideH w:val="single" w:sz="4" w:space="0" w:color="C9D2DC"/>
          <w:insideV w:val="single" w:sz="4" w:space="0" w:color="C9D2DC"/>
        </w:tblBorders>
        <w:tblCellMar>
          <w:top w:w="70" w:type="dxa"/>
          <w:bottom w:w="70" w:type="dxa"/>
          <w:left w:w="130" w:type="dxa"/>
          <w:right w:w="130" w:type="dxa"/>
        </w:tblCellMar>
        <w:tblInd w:w="130" w:type="dxa"/>
      </w:tblPr>
      <w:tblGrid>
        <w:gridCol w:w="3384"/>
        <w:gridCol w:w="6408"/>
      </w:tblGrid>
      <w:tr>
        <w:tc>
          <w:tcPr>
            <w:shd w:val="clear" w:fill="2C4A6E"/>
            <w:tcW w:w="3384" w:type="dx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Session title</w:t>
            </w:r>
          </w:p>
        </w:tc>
        <w:tc>
          <w:tcPr>
            <w:tcW w:w="6408" w:type="dxa"/>
          </w:tcPr>
          <w:p>
            <w:pPr>
              <w:spacing w:after="0"/>
            </w:pPr>
            <w:fldSimple w:instr=" MERGEFIELD &quot;Session Titl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«Session Title»</w:t>
              </w:r>
            </w:fldSimple>
          </w:p>
        </w:tc>
      </w:tr>
      <w:tr>
        <w:tc>
          <w:tcPr>
            <w:shd w:val="clear" w:fill="2C4A6E"/>
            <w:tcW w:w="3384" w:type="dx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Session date</w:t>
            </w:r>
          </w:p>
        </w:tc>
        <w:tc>
          <w:tcPr>
            <w:tcW w:w="6408" w:type="dxa"/>
          </w:tcPr>
          <w:p>
            <w:pPr>
              <w:spacing w:after="0"/>
            </w:pPr>
            <w:fldSimple w:instr=" MERGEFIELD &quot;Session Dat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«Session Date»</w:t>
              </w:r>
            </w:fldSimple>
          </w:p>
        </w:tc>
      </w:tr>
      <w:tr>
        <w:tc>
          <w:tcPr>
            <w:shd w:val="clear" w:fill="2C4A6E"/>
            <w:tcW w:w="3384" w:type="dx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Session time</w:t>
            </w:r>
          </w:p>
        </w:tc>
        <w:tc>
          <w:tcPr>
            <w:shd w:val="clear" w:fill="EDF2F8"/>
            <w:tcW w:w="6408" w:type="dxa"/>
          </w:tcPr>
          <w:p>
            <w:pPr>
              <w:spacing w:after="0"/>
            </w:pPr>
            <w:fldSimple w:instr=" MERGEFIELD &quot;Session Time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«Session Time»</w:t>
              </w:r>
            </w:fldSimple>
          </w:p>
        </w:tc>
      </w:tr>
      <w:tr>
        <w:tc>
          <w:tcPr>
            <w:shd w:val="clear" w:fill="2C4A6E"/>
            <w:tcW w:w="3384" w:type="dx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Room</w:t>
            </w:r>
          </w:p>
        </w:tc>
        <w:tc>
          <w:tcPr>
            <w:tcW w:w="6408" w:type="dxa"/>
          </w:tcPr>
          <w:p>
            <w:pPr>
              <w:spacing w:after="0"/>
            </w:pPr>
            <w:fldSimple w:instr=" MERGEFIELD &quot;Room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«Room Name»</w:t>
              </w:r>
            </w:fldSimple>
          </w:p>
        </w:tc>
      </w:tr>
      <w:tr>
        <w:tc>
          <w:tcPr>
            <w:shd w:val="clear" w:fill="2C4A6E"/>
            <w:tcW w:w="3384" w:type="dx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Session length</w:t>
            </w:r>
          </w:p>
        </w:tc>
        <w:tc>
          <w:tcPr>
            <w:tcW w:w="6408" w:type="dxa"/>
          </w:tcPr>
          <w:p>
            <w:pPr>
              <w:spacing w:after="0"/>
            </w:pPr>
            <w:fldSimple w:instr=" MERGEFIELD &quot;Session Length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«Session Length»</w:t>
              </w:r>
            </w:fldSimple>
          </w:p>
        </w:tc>
      </w:tr>
    </w:tbl>
    <w:p>
      <w:pPr>
        <w:spacing w:before="0" w:after="40"/>
      </w:pPr>
    </w:p>
    <w:p>
      <w:pPr>
        <w:spacing w:before="200" w:after="80"/>
      </w:pPr>
      <w:r>
        <w:rPr>
          <w:rFonts w:ascii="Calibri" w:hAnsi="Calibri"/>
          <w:b/>
          <w:i w:val="0"/>
          <w:color w:val="2C4A6E"/>
          <w:sz w:val="18"/>
          <w:spacing w:val="24"/>
        </w:rPr>
        <w:t>ON THE DAY</w:t>
      </w:r>
    </w:p>
    <w:p>
      <w:pPr>
        <w:spacing w:before="0" w:after="60" w:line="276" w:lineRule="auto"/>
        <w:ind w:left="403" w:hanging="245"/>
      </w:pPr>
      <w:r>
        <w:rPr>
          <w:rFonts w:ascii="Calibri" w:hAnsi="Calibri"/>
          <w:b/>
          <w:i w:val="0"/>
          <w:color w:val="2C4A6E"/>
          <w:sz w:val="20"/>
        </w:rPr>
        <w:t xml:space="preserve">• </w:t>
      </w:r>
      <w:r>
        <w:rPr>
          <w:rFonts w:ascii="Calibri" w:hAnsi="Calibri"/>
          <w:b w:val="0"/>
          <w:i w:val="0"/>
          <w:color w:val="333B44"/>
          <w:sz w:val="20"/>
        </w:rPr>
        <w:t xml:space="preserve">Please arrive by </w:t>
      </w:r>
      <w:fldSimple w:instr=" MERGEFIELD &quot;Arrival Time&quot; \* MERGEFORMAT ">
        <w:r>
          <w:rPr>
            <w:rFonts w:ascii="Calibri" w:hAnsi="Calibri"/>
            <w:b w:val="0"/>
            <w:i w:val="0"/>
            <w:color w:val="333B44"/>
            <w:sz w:val="20"/>
          </w:rPr>
          <w:t>«Arrival Time»</w:t>
        </w:r>
      </w:fldSimple>
      <w:r>
        <w:rPr>
          <w:rFonts w:ascii="Calibri" w:hAnsi="Calibri"/>
          <w:b w:val="0"/>
          <w:i w:val="0"/>
          <w:color w:val="333B44"/>
          <w:sz w:val="20"/>
        </w:rPr>
        <w:t xml:space="preserve"> and check in at </w:t>
      </w:r>
      <w:r>
        <w:rPr>
          <w:rFonts w:ascii="Calibri" w:hAnsi="Calibri"/>
          <w:b w:val="0"/>
          <w:i w:val="0"/>
          <w:color w:val="9A5B13"/>
          <w:sz w:val="20"/>
        </w:rPr>
        <w:t>[Speaker check-in location]</w:t>
      </w:r>
      <w:r>
        <w:rPr>
          <w:rFonts w:ascii="Calibri" w:hAnsi="Calibri"/>
          <w:b w:val="0"/>
          <w:i w:val="0"/>
          <w:color w:val="333B44"/>
          <w:sz w:val="20"/>
        </w:rPr>
        <w:t>, where a member of our team will walk you to your room.</w:t>
      </w:r>
    </w:p>
    <w:p>
      <w:pPr>
        <w:spacing w:before="0" w:after="60" w:line="276" w:lineRule="auto"/>
        <w:ind w:left="403" w:hanging="245"/>
      </w:pPr>
      <w:r>
        <w:rPr>
          <w:rFonts w:ascii="Calibri" w:hAnsi="Calibri"/>
          <w:b/>
          <w:i w:val="0"/>
          <w:color w:val="2C4A6E"/>
          <w:sz w:val="20"/>
        </w:rPr>
        <w:t xml:space="preserve">• </w:t>
      </w:r>
      <w:r>
        <w:rPr>
          <w:rFonts w:ascii="Calibri" w:hAnsi="Calibri"/>
          <w:b w:val="0"/>
          <w:i w:val="0"/>
          <w:color w:val="333B44"/>
          <w:sz w:val="20"/>
        </w:rPr>
        <w:t xml:space="preserve">Your room is equipped with </w:t>
      </w:r>
      <w:r>
        <w:rPr>
          <w:rFonts w:ascii="Calibri" w:hAnsi="Calibri"/>
          <w:b w:val="0"/>
          <w:i w:val="0"/>
          <w:color w:val="9A5B13"/>
          <w:sz w:val="20"/>
        </w:rPr>
        <w:t>[AV equipment provided]</w:t>
      </w:r>
      <w:r>
        <w:rPr>
          <w:rFonts w:ascii="Calibri" w:hAnsi="Calibri"/>
          <w:b w:val="0"/>
          <w:i w:val="0"/>
          <w:color w:val="333B44"/>
          <w:sz w:val="20"/>
        </w:rPr>
        <w:t xml:space="preserve">. If your session needs anything else, tell us by </w:t>
      </w:r>
      <w:r>
        <w:rPr>
          <w:rFonts w:ascii="Calibri" w:hAnsi="Calibri"/>
          <w:b w:val="0"/>
          <w:i w:val="0"/>
          <w:color w:val="9A5B13"/>
          <w:sz w:val="20"/>
        </w:rPr>
        <w:t>[AV request deadline]</w:t>
      </w:r>
      <w:r>
        <w:rPr>
          <w:rFonts w:ascii="Calibri" w:hAnsi="Calibri"/>
          <w:b w:val="0"/>
          <w:i w:val="0"/>
          <w:color w:val="333B44"/>
          <w:sz w:val="20"/>
        </w:rPr>
        <w:t>.</w:t>
      </w:r>
    </w:p>
    <w:p>
      <w:pPr>
        <w:spacing w:before="0" w:after="60" w:line="276" w:lineRule="auto"/>
        <w:ind w:left="403" w:hanging="245"/>
      </w:pPr>
      <w:r>
        <w:rPr>
          <w:rFonts w:ascii="Calibri" w:hAnsi="Calibri"/>
          <w:b/>
          <w:i w:val="0"/>
          <w:color w:val="2C4A6E"/>
          <w:sz w:val="20"/>
        </w:rPr>
        <w:t xml:space="preserve">• </w:t>
      </w:r>
      <w:r>
        <w:rPr>
          <w:rFonts w:ascii="Calibri" w:hAnsi="Calibri"/>
          <w:b w:val="0"/>
          <w:i w:val="0"/>
          <w:color w:val="333B44"/>
          <w:sz w:val="20"/>
        </w:rPr>
        <w:t xml:space="preserve">A technician will meet you in </w:t>
      </w:r>
      <w:fldSimple w:instr=" MERGEFIELD &quot;Room Name&quot; \* MERGEFORMAT ">
        <w:r>
          <w:rPr>
            <w:rFonts w:ascii="Calibri" w:hAnsi="Calibri"/>
            <w:b w:val="0"/>
            <w:i w:val="0"/>
            <w:color w:val="333B44"/>
            <w:sz w:val="20"/>
          </w:rPr>
          <w:t>«Room Name»</w:t>
        </w:r>
      </w:fldSimple>
      <w:r>
        <w:rPr>
          <w:rFonts w:ascii="Calibri" w:hAnsi="Calibri"/>
          <w:b w:val="0"/>
          <w:i w:val="0"/>
          <w:color w:val="333B44"/>
          <w:sz w:val="20"/>
        </w:rPr>
        <w:t xml:space="preserve"> fifteen minutes before your session to connect your laptop and run a sound check.</w:t>
      </w:r>
    </w:p>
    <w:p>
      <w:pPr>
        <w:spacing w:before="0" w:after="8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If your plans change, or your session description needs an update, contact </w:t>
      </w:r>
      <w:r>
        <w:rPr>
          <w:rFonts w:ascii="Calibri" w:hAnsi="Calibri"/>
          <w:b w:val="0"/>
          <w:i w:val="0"/>
          <w:color w:val="9A5B13"/>
          <w:sz w:val="21"/>
        </w:rPr>
        <w:t>[Event coordinator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 at </w:t>
      </w:r>
      <w:r>
        <w:rPr>
          <w:rFonts w:ascii="Calibri" w:hAnsi="Calibri"/>
          <w:b w:val="0"/>
          <w:i w:val="0"/>
          <w:color w:val="9A5B13"/>
          <w:sz w:val="21"/>
        </w:rPr>
        <w:t>[Event coordinator email]</w:t>
      </w:r>
      <w:r>
        <w:rPr>
          <w:rFonts w:ascii="Calibri" w:hAnsi="Calibri"/>
          <w:b w:val="0"/>
          <w:i w:val="0"/>
          <w:color w:val="333B44"/>
          <w:sz w:val="21"/>
        </w:rPr>
        <w:t xml:space="preserve"> or </w:t>
      </w:r>
      <w:r>
        <w:rPr>
          <w:rFonts w:ascii="Calibri" w:hAnsi="Calibri"/>
          <w:b w:val="0"/>
          <w:i w:val="0"/>
          <w:color w:val="9A5B13"/>
          <w:sz w:val="21"/>
        </w:rPr>
        <w:t>[Event coordinator phone]</w:t>
      </w:r>
      <w:r>
        <w:rPr>
          <w:rFonts w:ascii="Calibri" w:hAnsi="Calibri"/>
          <w:b w:val="0"/>
          <w:i w:val="0"/>
          <w:color w:val="333B44"/>
          <w:sz w:val="21"/>
        </w:rPr>
        <w:t>.</w:t>
      </w:r>
    </w:p>
    <w:p>
      <w:pPr>
        <w:spacing w:before="200" w:after="360"/>
        <w:keepNext/>
      </w:pPr>
      <w:r>
        <w:rPr>
          <w:rFonts w:ascii="Calibri" w:hAnsi="Calibri"/>
          <w:b w:val="0"/>
          <w:i w:val="0"/>
          <w:color w:val="333B44"/>
          <w:sz w:val="21"/>
        </w:rPr>
        <w:t>With thanks,</w:t>
      </w:r>
    </w:p>
    <w:p>
      <w:pPr>
        <w:spacing w:before="0" w:after="0"/>
        <w:keepNext/>
      </w:pPr>
      <w:r>
        <w:rPr>
          <w:rFonts w:ascii="Calibri" w:hAnsi="Calibri"/>
          <w:b/>
          <w:i w:val="0"/>
          <w:color w:val="9A5B13"/>
          <w:sz w:val="21"/>
        </w:rPr>
        <w:t>[Event coordinator name]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5F6B76"/>
          <w:sz w:val="18"/>
        </w:rPr>
        <w:t xml:space="preserve">for </w:t>
      </w:r>
      <w:r>
        <w:rPr>
          <w:rFonts w:ascii="Calibri" w:hAnsi="Calibri"/>
          <w:b w:val="0"/>
          <w:i w:val="0"/>
          <w:color w:val="9A5B13"/>
          <w:sz w:val="18"/>
        </w:rPr>
        <w:t>[Host organization]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Speaker Confirmation Letter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