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480" w:line="40" w:lineRule="exact"/>
        <w:ind w:left="3168" w:right="3168"/>
        <w:pBdr>
          <w:bottom w:val="single" w:sz="4" w:space="1" w:color="9C5F63"/>
        </w:pBdr>
      </w:pPr>
    </w:p>
    <w:p>
      <w:pPr>
        <w:spacing w:before="160" w:after="360"/>
        <w:jc w:val="center"/>
      </w:pPr>
      <w:r>
        <w:rPr>
          <w:rFonts w:ascii="Calibri" w:hAnsi="Calibri"/>
          <w:b/>
          <w:i w:val="0"/>
          <w:color w:val="5F6B76"/>
          <w:sz w:val="17"/>
          <w:caps/>
          <w:spacing w:val="50"/>
        </w:rPr>
        <w:t>Please mark your calendar</w:t>
      </w:r>
    </w:p>
    <w:p>
      <w:pPr>
        <w:spacing w:before="0" w:after="360"/>
        <w:jc w:val="center"/>
      </w:pPr>
      <w:r>
        <w:rPr>
          <w:rFonts w:ascii="Georgia" w:hAnsi="Georgia"/>
          <w:b/>
          <w:i w:val="0"/>
          <w:color w:val="9C5F63"/>
          <w:sz w:val="54"/>
          <w:caps/>
          <w:spacing w:val="70"/>
        </w:rPr>
        <w:t>Save the Date</w:t>
      </w:r>
    </w:p>
    <w:p>
      <w:pPr>
        <w:spacing w:before="40" w:after="480" w:line="40" w:lineRule="exact"/>
        <w:ind w:left="3168" w:right="3168"/>
        <w:pBdr>
          <w:bottom w:val="single" w:sz="4" w:space="1" w:color="9C5F63"/>
        </w:pBdr>
      </w:pPr>
    </w:p>
    <w:p>
      <w:pPr>
        <w:spacing w:before="0" w:after="200"/>
        <w:jc w:val="center"/>
      </w:pPr>
      <w:r>
        <w:rPr>
          <w:rFonts w:ascii="Georgia" w:hAnsi="Georgia"/>
          <w:b w:val="0"/>
          <w:i/>
          <w:color w:val="5F6B76"/>
          <w:sz w:val="22"/>
        </w:rPr>
        <w:t>for</w:t>
      </w:r>
    </w:p>
    <w:p>
      <w:pPr>
        <w:spacing w:before="0" w:after="200"/>
        <w:jc w:val="center"/>
      </w:pPr>
      <w:fldSimple w:instr=" MERGEFIELD &quot;Event Name&quot; \* MERGEFORMAT ">
        <w:r>
          <w:rPr>
            <w:rFonts w:ascii="Georgia" w:hAnsi="Georgia"/>
            <w:b/>
            <w:i w:val="0"/>
            <w:color w:val="333B44"/>
            <w:sz w:val="36"/>
          </w:rPr>
          <w:t>«Event Name»</w:t>
        </w:r>
      </w:fldSimple>
    </w:p>
    <w:p>
      <w:pPr>
        <w:spacing w:before="0" w:after="120"/>
        <w:jc w:val="center"/>
      </w:pPr>
      <w:fldSimple w:instr=" MERGEFIELD &quot;Event Date&quot; \* MERGEFORMAT ">
        <w:r>
          <w:rPr>
            <w:rFonts w:ascii="Georgia" w:hAnsi="Georgia"/>
            <w:b w:val="0"/>
            <w:i w:val="0"/>
            <w:color w:val="333B44"/>
            <w:sz w:val="26"/>
          </w:rPr>
          <w:t>«Event Date»</w:t>
        </w:r>
      </w:fldSimple>
    </w:p>
    <w:p>
      <w:pPr>
        <w:spacing w:before="0" w:after="400"/>
        <w:jc w:val="center"/>
      </w:pPr>
      <w:fldSimple w:instr=" MERGEFIELD &quot;Event City&quot; \* MERGEFORMAT ">
        <w:r>
          <w:rPr>
            <w:rFonts w:ascii="Calibri" w:hAnsi="Calibri"/>
            <w:b/>
            <w:i w:val="0"/>
            <w:color w:val="9C5F63"/>
            <w:sz w:val="20"/>
            <w:caps/>
            <w:spacing w:val="46"/>
          </w:rPr>
          <w:t>«Event City»</w:t>
        </w:r>
      </w:fldSimple>
    </w:p>
    <w:p>
      <w:pPr>
        <w:spacing w:before="160" w:after="360"/>
        <w:jc w:val="center"/>
      </w:pPr>
      <w:r>
        <w:rPr>
          <w:rFonts w:ascii="Georgia" w:hAnsi="Georgia"/>
          <w:b w:val="0"/>
          <w:i w:val="0"/>
          <w:color w:val="9C5F63"/>
          <w:sz w:val="18"/>
          <w:spacing w:val="40"/>
        </w:rPr>
        <w:t>•    •    •</w:t>
      </w:r>
    </w:p>
    <w:p>
      <w:pPr>
        <w:spacing w:before="0" w:after="440"/>
        <w:jc w:val="center"/>
      </w:pPr>
      <w:r>
        <w:rPr>
          <w:rFonts w:ascii="Georgia" w:hAnsi="Georgia"/>
          <w:b w:val="0"/>
          <w:i/>
          <w:color w:val="333B44"/>
          <w:sz w:val="22"/>
        </w:rPr>
        <w:t xml:space="preserve">Hosted by </w:t>
      </w:r>
      <w:fldSimple w:instr=" MERGEFIELD &quot;Host Names&quot; \* MERGEFORMAT ">
        <w:r>
          <w:rPr>
            <w:rFonts w:ascii="Georgia" w:hAnsi="Georgia"/>
            <w:b w:val="0"/>
            <w:i/>
            <w:color w:val="333B44"/>
            <w:sz w:val="22"/>
          </w:rPr>
          <w:t>«Host Names»</w:t>
        </w:r>
      </w:fldSimple>
    </w:p>
    <w:p>
      <w:pPr>
        <w:spacing w:before="0" w:after="120"/>
        <w:jc w:val="center"/>
      </w:pPr>
      <w:fldSimple w:instr=" MERGEFIELD &quot;Guest Name&quot; \* MERGEFORMAT ">
        <w:r>
          <w:rPr>
            <w:rFonts w:ascii="Calibri" w:hAnsi="Calibri"/>
            <w:b w:val="0"/>
            <w:i w:val="0"/>
            <w:color w:val="5F6B76"/>
            <w:sz w:val="20"/>
          </w:rPr>
          <w:t>«Guest Name»</w:t>
        </w:r>
      </w:fldSimple>
      <w:r>
        <w:rPr>
          <w:rFonts w:ascii="Calibri" w:hAnsi="Calibri"/>
          <w:b w:val="0"/>
          <w:i w:val="0"/>
          <w:color w:val="5F6B76"/>
          <w:sz w:val="20"/>
        </w:rPr>
        <w:t>, a formal invitation will follow.</w:t>
      </w:r>
    </w:p>
    <w:p>
      <w:pPr>
        <w:spacing w:before="0" w:after="520"/>
        <w:jc w:val="center"/>
      </w:pPr>
      <w:r>
        <w:rPr>
          <w:rFonts w:ascii="Calibri" w:hAnsi="Calibri"/>
          <w:b w:val="0"/>
          <w:i w:val="0"/>
          <w:color w:val="5F6B76"/>
          <w:sz w:val="19"/>
        </w:rPr>
        <w:t xml:space="preserve">Travel notes and updates at </w:t>
      </w:r>
      <w:fldSimple w:instr=" MERGEFIELD &quot;Event Website&quot; \* MERGEFORMAT ">
        <w:r>
          <w:rPr>
            <w:rFonts w:ascii="Calibri" w:hAnsi="Calibri"/>
            <w:b w:val="0"/>
            <w:i w:val="0"/>
            <w:color w:val="5F6B76"/>
            <w:sz w:val="19"/>
          </w:rPr>
          <w:t>«Event Website»</w:t>
        </w:r>
      </w:fldSimple>
    </w:p>
    <w:p>
      <w:pPr>
        <w:spacing w:before="200" w:after="0" w:line="40" w:lineRule="exact"/>
        <w:ind w:left="3168" w:right="3168"/>
        <w:pBdr>
          <w:bottom w:val="single" w:sz="4" w:space="1" w:color="9C5F63"/>
        </w:pBdr>
      </w:pPr>
    </w:p>
    <w:sectPr w:rsidR="00FC693F" w:rsidRPr="0006063C" w:rsidSect="00034616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Save the Date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