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360"/>
        <w:jc w:val="center"/>
      </w:pPr>
      <w:r>
        <w:rPr>
          <w:rFonts w:ascii="Calibri" w:hAnsi="Calibri"/>
          <w:b/>
          <w:i w:val="0"/>
          <w:color w:val="6E6259"/>
          <w:sz w:val="20"/>
          <w:caps/>
          <w:spacing w:val="50"/>
        </w:rPr>
        <w:t>Table Place Card</w:t>
      </w:r>
    </w:p>
    <w:tbl>
      <w:tblPr>
        <w:tblW w:type="dxa" w:w="720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6E6259"/>
          <w:left w:val="single" w:sz="4" w:space="0" w:color="6E6259"/>
          <w:bottom w:val="single" w:sz="4" w:space="0" w:color="6E6259"/>
          <w:right w:val="single" w:sz="4" w:space="0" w:color="6E6259"/>
          <w:insideH w:val="none"/>
          <w:insideV w:val="none"/>
        </w:tblBorders>
        <w:tblCellMar>
          <w:top w:w="60" w:type="dxa"/>
          <w:bottom w:w="60" w:type="dxa"/>
          <w:left w:w="120" w:type="dxa"/>
          <w:right w:w="120" w:type="dxa"/>
        </w:tblCellMar>
      </w:tblPr>
      <w:tblGrid>
        <w:gridCol w:w="7200"/>
      </w:tblGrid>
      <w:tr>
        <w:trPr>
          <w:trHeight w:val="2951" w:hRule="exact"/>
        </w:trPr>
        <w:tc>
          <w:tcPr>
            <w:vAlign w:val="bottom"/>
            <w:tcBorders>
              <w:bottom w:val="dashed" w:sz="6" w:space="0" w:color="6E6259"/>
            </w:tcBorders>
            <w:tcW w:w="7200" w:type="dxa"/>
          </w:tcPr>
          <w:p>
            <w:pPr>
              <w:spacing w:before="0" w:after="40"/>
              <w:jc w:val="center"/>
            </w:pPr>
            <w:r>
              <w:rPr>
                <w:rFonts w:ascii="Calibri" w:hAnsi="Calibri"/>
                <w:b w:val="0"/>
                <w:i w:val="0"/>
                <w:color w:val="5F6B76"/>
                <w:sz w:val="14"/>
                <w:caps/>
                <w:spacing w:val="50"/>
              </w:rPr>
              <w:t>Fold</w:t>
            </w:r>
          </w:p>
        </w:tc>
      </w:tr>
      <w:tr>
        <w:trPr>
          <w:trHeight w:val="2951" w:hRule="exact"/>
        </w:trPr>
        <w:tc>
          <w:tcPr>
            <w:vAlign w:val="center"/>
            <w:tcW w:w="7200" w:type="dxa"/>
          </w:tcPr>
          <w:p>
            <w:pPr>
              <w:spacing w:before="80" w:after="120"/>
              <w:jc w:val="center"/>
            </w:pPr>
            <w:r>
              <w:rPr>
                <w:rFonts w:ascii="Georgia" w:hAnsi="Georgia"/>
                <w:b w:val="0"/>
                <w:i w:val="0"/>
                <w:color w:val="6E6259"/>
                <w:sz w:val="18"/>
                <w:spacing w:val="40"/>
              </w:rPr>
              <w:t>•    •    •</w:t>
            </w:r>
          </w:p>
          <w:p>
            <w:pPr>
              <w:spacing w:before="0" w:after="120"/>
              <w:jc w:val="center"/>
            </w:pPr>
            <w:fldSimple w:instr=" MERGEFIELD &quot;Guest Name&quot; \* MERGEFORMAT ">
              <w:r>
                <w:rPr>
                  <w:rFonts w:ascii="Georgia" w:hAnsi="Georgia"/>
                  <w:b/>
                  <w:i w:val="0"/>
                  <w:color w:val="333B44"/>
                  <w:sz w:val="38"/>
                </w:rPr>
                <w:t>«Guest Name»</w:t>
              </w:r>
            </w:fldSimple>
          </w:p>
          <w:p>
            <w:pPr>
              <w:spacing w:before="0" w:after="120"/>
              <w:jc w:val="center"/>
            </w:pPr>
            <w:r>
              <w:rPr>
                <w:rFonts w:ascii="Calibri" w:hAnsi="Calibri"/>
                <w:b/>
                <w:i w:val="0"/>
                <w:color w:val="6E6259"/>
                <w:sz w:val="18"/>
                <w:caps/>
                <w:spacing w:val="36"/>
              </w:rPr>
              <w:t xml:space="preserve">Table </w:t>
            </w:r>
            <w:fldSimple w:instr=" MERGEFIELD &quot;Table Number&quot; \* MERGEFORMAT ">
              <w:r>
                <w:rPr>
                  <w:rFonts w:ascii="Calibri" w:hAnsi="Calibri"/>
                  <w:b/>
                  <w:i w:val="0"/>
                  <w:color w:val="6E6259"/>
                  <w:sz w:val="18"/>
                  <w:caps/>
                  <w:spacing w:val="36"/>
                </w:rPr>
                <w:t>«Table Number»</w:t>
              </w:r>
            </w:fldSimple>
            <w:r>
              <w:rPr>
                <w:rFonts w:ascii="Calibri" w:hAnsi="Calibri"/>
                <w:b/>
                <w:i w:val="0"/>
                <w:color w:val="6E6259"/>
                <w:sz w:val="18"/>
                <w:caps/>
                <w:spacing w:val="36"/>
              </w:rPr>
              <w:t xml:space="preserve">   ·   Seat </w:t>
            </w:r>
            <w:fldSimple w:instr=" MERGEFIELD &quot;Seat Number&quot; \* MERGEFORMAT ">
              <w:r>
                <w:rPr>
                  <w:rFonts w:ascii="Calibri" w:hAnsi="Calibri"/>
                  <w:b/>
                  <w:i w:val="0"/>
                  <w:color w:val="6E6259"/>
                  <w:sz w:val="18"/>
                  <w:caps/>
                  <w:spacing w:val="36"/>
                </w:rPr>
                <w:t>«Seat Number»</w:t>
              </w:r>
            </w:fldSimple>
          </w:p>
          <w:p>
            <w:pPr>
              <w:spacing w:before="0" w:after="40"/>
              <w:jc w:val="center"/>
            </w:pPr>
            <w:r>
              <w:rPr>
                <w:rFonts w:ascii="Calibri" w:hAnsi="Calibri"/>
                <w:b w:val="0"/>
                <w:i w:val="0"/>
                <w:color w:val="5F6B76"/>
                <w:sz w:val="17"/>
              </w:rPr>
              <w:t xml:space="preserve">Menu selection: </w:t>
            </w:r>
            <w:fldSimple w:instr=" MERGEFIELD &quot;Menu Choice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7"/>
                </w:rPr>
                <w:t>«Menu Choice»</w:t>
              </w:r>
            </w:fldSimple>
          </w:p>
        </w:tc>
      </w:tr>
    </w:tbl>
    <w:p>
      <w:pPr>
        <w:spacing w:before="0" w:after="160"/>
      </w:pPr>
    </w:p>
    <w:p>
      <w:pPr>
        <w:spacing w:before="200" w:after="80"/>
        <w:jc w:val="center"/>
      </w:pPr>
      <w:fldSimple w:instr=" MERGEFIELD &quot;Event Name&quot; \* MERGEFORMAT ">
        <w:r>
          <w:rPr>
            <w:rFonts w:ascii="Calibri" w:hAnsi="Calibri"/>
            <w:b w:val="0"/>
            <w:i w:val="0"/>
            <w:color w:val="5F6B76"/>
            <w:sz w:val="18"/>
          </w:rPr>
          <w:t>«Event Name»</w:t>
        </w:r>
      </w:fldSimple>
      <w:r>
        <w:rPr>
          <w:rFonts w:ascii="Calibri" w:hAnsi="Calibri"/>
          <w:b w:val="0"/>
          <w:i w:val="0"/>
          <w:color w:val="5F6B76"/>
          <w:sz w:val="18"/>
        </w:rPr>
        <w:t xml:space="preserve">   ·   </w:t>
      </w:r>
      <w:fldSimple w:instr=" MERGEFIELD &quot;Event Date&quot; \* MERGEFORMAT ">
        <w:r>
          <w:rPr>
            <w:rFonts w:ascii="Calibri" w:hAnsi="Calibri"/>
            <w:b w:val="0"/>
            <w:i w:val="0"/>
            <w:color w:val="5F6B76"/>
            <w:sz w:val="18"/>
          </w:rPr>
          <w:t>«Event Date»</w:t>
        </w:r>
      </w:fldSimple>
    </w:p>
    <w:p>
      <w:pPr>
        <w:spacing w:before="0" w:after="0"/>
        <w:jc w:val="center"/>
      </w:pPr>
      <w:r>
        <w:rPr>
          <w:rFonts w:ascii="Calibri" w:hAnsi="Calibri"/>
          <w:b w:val="0"/>
          <w:i/>
          <w:color w:val="5F6B76"/>
          <w:sz w:val="17"/>
        </w:rPr>
        <w:t>Print on heavy card stock. Cut along the outer border, fold along the dashed line, and stand the card at the guest's place setting.</w:t>
      </w:r>
    </w:p>
    <w:sectPr w:rsidR="00FC693F" w:rsidRPr="0006063C" w:rsidSect="00034616">
      <w:pgSz w:w="12240" w:h="15840"/>
      <w:pgMar w:top="1296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Place Card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