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ascii="Calibri" w:hAnsi="Calibri"/>
          <w:b/>
          <w:i w:val="0"/>
          <w:color w:val="274B9F"/>
          <w:sz w:val="20"/>
          <w:caps/>
          <w:spacing w:val="50"/>
        </w:rPr>
        <w:t>Name Badge Sheet</w:t>
      </w:r>
    </w:p>
    <w:p>
      <w:pPr>
        <w:spacing w:before="0" w:after="280"/>
        <w:jc w:val="center"/>
      </w:pPr>
      <w:r>
        <w:rPr>
          <w:rFonts w:ascii="Calibri" w:hAnsi="Calibri"/>
          <w:b w:val="0"/>
          <w:i w:val="0"/>
          <w:color w:val="5F6B76"/>
          <w:sz w:val="18"/>
        </w:rPr>
        <w:t>Print on card stock, cut along the dashed guide, and slip each badge into a standard 4 x 3 inch holder.</w:t>
      </w:r>
    </w:p>
    <w:tbl>
      <w:tblPr>
        <w:tblW w:type="dxa" w:w="576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274B9F"/>
          <w:left w:val="single" w:sz="8" w:space="0" w:color="274B9F"/>
          <w:bottom w:val="single" w:sz="8" w:space="0" w:color="274B9F"/>
          <w:right w:val="single" w:sz="8" w:space="0" w:color="274B9F"/>
          <w:insideH w:val="none"/>
          <w:insideV w:val="none"/>
        </w:tblBorders>
        <w:tblCellMar>
          <w:top w:w="40" w:type="dxa"/>
          <w:bottom w:w="40" w:type="dxa"/>
          <w:left w:w="120" w:type="dxa"/>
          <w:right w:w="120" w:type="dxa"/>
        </w:tblCellMar>
      </w:tblPr>
      <w:tblGrid>
        <w:gridCol w:w="5760"/>
      </w:tblGrid>
      <w:tr>
        <w:trPr>
          <w:trHeight w:val="720" w:hRule="exact"/>
        </w:trPr>
        <w:tc>
          <w:tcPr>
            <w:shd w:val="clear" w:fill="274B9F"/>
            <w:vAlign w:val="center"/>
            <w:tcW w:w="5760" w:type="dxa"/>
          </w:tcPr>
          <w:p>
            <w:pPr>
              <w:spacing w:before="0" w:after="0"/>
              <w:jc w:val="center"/>
            </w:pPr>
            <w:fldSimple w:instr=" MERGEFIELD &quot;Event Name&quot; \* MERGEFORMAT ">
              <w:r>
                <w:rPr>
                  <w:rFonts w:ascii="Calibri" w:hAnsi="Calibri"/>
                  <w:b/>
                  <w:i w:val="0"/>
                  <w:color w:val="FFFFFF"/>
                  <w:sz w:val="18"/>
                  <w:caps/>
                  <w:spacing w:val="36"/>
                </w:rPr>
                <w:t>«Event Name»</w:t>
              </w:r>
            </w:fldSimple>
          </w:p>
        </w:tc>
      </w:tr>
      <w:tr>
        <w:trPr>
          <w:trHeight w:val="2880" w:hRule="exact"/>
        </w:trPr>
        <w:tc>
          <w:tcPr>
            <w:vAlign w:val="center"/>
            <w:tcW w:w="5760" w:type="dxa"/>
          </w:tcPr>
          <w:p>
            <w:pPr>
              <w:spacing w:before="40" w:after="120"/>
              <w:jc w:val="center"/>
            </w:pPr>
            <w:fldSimple w:instr=" MERGEFIELD &quot;Attendee Name&quot; \* MERGEFORMAT ">
              <w:r>
                <w:rPr>
                  <w:rFonts w:ascii="Georgia" w:hAnsi="Georgia"/>
                  <w:b/>
                  <w:i w:val="0"/>
                  <w:color w:val="333B44"/>
                  <w:sz w:val="42"/>
                </w:rPr>
                <w:t>«Attendee Name»</w:t>
              </w:r>
            </w:fldSimple>
          </w:p>
          <w:p>
            <w:pPr>
              <w:spacing w:before="0" w:after="80"/>
              <w:jc w:val="center"/>
            </w:pPr>
            <w:fldSimple w:instr=" MERGEFIELD &quot;Organization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22"/>
                </w:rPr>
                <w:t>«Organization»</w:t>
              </w:r>
            </w:fldSimple>
          </w:p>
          <w:p>
            <w:pPr>
              <w:spacing w:before="0" w:after="0"/>
              <w:jc w:val="center"/>
            </w:pPr>
            <w:fldSimple w:instr=" MERGEFIELD &quot;Role&quot; \* MERGEFORMAT ">
              <w:r>
                <w:rPr>
                  <w:rFonts w:ascii="Calibri" w:hAnsi="Calibri"/>
                  <w:b/>
                  <w:i w:val="0"/>
                  <w:color w:val="274B9F"/>
                  <w:sz w:val="17"/>
                  <w:caps/>
                  <w:spacing w:val="44"/>
                </w:rPr>
                <w:t>«Role»</w:t>
              </w:r>
            </w:fldSimple>
          </w:p>
        </w:tc>
      </w:tr>
      <w:tr>
        <w:trPr>
          <w:trHeight w:val="720" w:hRule="exact"/>
        </w:trPr>
        <w:tc>
          <w:tcPr>
            <w:shd w:val="clear" w:fill="EDF1FA"/>
            <w:vAlign w:val="center"/>
            <w:tcW w:w="5760" w:type="dxa"/>
          </w:tcPr>
          <w:p>
            <w:pPr>
              <w:spacing w:before="0" w:after="0"/>
              <w:jc w:val="center"/>
            </w:pPr>
            <w:fldSimple w:instr=" MERGEFIELD &quot;Event Date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«Event Date»</w:t>
              </w:r>
            </w:fldSimple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   ·   Badge </w:t>
            </w:r>
            <w:fldSimple w:instr=" MERGEFIELD &quot;Badge Numbe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«Badge Number»</w:t>
              </w:r>
            </w:fldSimple>
          </w:p>
        </w:tc>
      </w:tr>
    </w:tbl>
    <w:p>
      <w:pPr>
        <w:spacing w:before="280" w:after="20"/>
        <w:jc w:val="center"/>
      </w:pPr>
      <w:r>
        <w:rPr>
          <w:rFonts w:ascii="Calibri" w:hAnsi="Calibri"/>
          <w:b w:val="0"/>
          <w:i w:val="0"/>
          <w:color w:val="5F6B76"/>
          <w:sz w:val="14"/>
          <w:caps/>
          <w:spacing w:val="40"/>
        </w:rPr>
        <w:t>Cut along the dashed line</w:t>
      </w:r>
    </w:p>
    <w:p>
      <w:pPr>
        <w:spacing w:before="0" w:after="280" w:line="40" w:lineRule="exact"/>
        <w:pBdr>
          <w:bottom w:val="dashed" w:sz="6" w:space="4" w:color="9AA4AE"/>
        </w:pBdr>
      </w:pPr>
    </w:p>
    <w:tbl>
      <w:tblPr>
        <w:tblW w:type="dxa" w:w="576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274B9F"/>
          <w:left w:val="single" w:sz="8" w:space="0" w:color="274B9F"/>
          <w:bottom w:val="single" w:sz="8" w:space="0" w:color="274B9F"/>
          <w:right w:val="single" w:sz="8" w:space="0" w:color="274B9F"/>
          <w:insideH w:val="none"/>
          <w:insideV w:val="none"/>
        </w:tblBorders>
        <w:tblCellMar>
          <w:top w:w="40" w:type="dxa"/>
          <w:bottom w:w="40" w:type="dxa"/>
          <w:left w:w="120" w:type="dxa"/>
          <w:right w:w="120" w:type="dxa"/>
        </w:tblCellMar>
      </w:tblPr>
      <w:tblGrid>
        <w:gridCol w:w="5760"/>
      </w:tblGrid>
      <w:tr>
        <w:trPr>
          <w:trHeight w:val="720" w:hRule="exact"/>
        </w:trPr>
        <w:tc>
          <w:tcPr>
            <w:shd w:val="clear" w:fill="274B9F"/>
            <w:vAlign w:val="center"/>
            <w:tcW w:w="5760" w:type="dxa"/>
          </w:tcPr>
          <w:p>
            <w:pPr>
              <w:spacing w:before="0" w:after="0"/>
              <w:jc w:val="center"/>
            </w:pPr>
            <w:fldSimple w:instr=" MERGEFIELD &quot;Event Name&quot; \* MERGEFORMAT ">
              <w:r>
                <w:rPr>
                  <w:rFonts w:ascii="Calibri" w:hAnsi="Calibri"/>
                  <w:b/>
                  <w:i w:val="0"/>
                  <w:color w:val="FFFFFF"/>
                  <w:sz w:val="18"/>
                  <w:caps/>
                  <w:spacing w:val="36"/>
                </w:rPr>
                <w:t>«Event Name»</w:t>
              </w:r>
            </w:fldSimple>
          </w:p>
        </w:tc>
      </w:tr>
      <w:tr>
        <w:trPr>
          <w:trHeight w:val="2880" w:hRule="exact"/>
        </w:trPr>
        <w:tc>
          <w:tcPr>
            <w:vAlign w:val="center"/>
            <w:tcW w:w="5760" w:type="dxa"/>
          </w:tcPr>
          <w:p>
            <w:pPr>
              <w:spacing w:before="40" w:after="120"/>
              <w:jc w:val="center"/>
            </w:pPr>
            <w:fldSimple w:instr=" MERGEFIELD &quot;Attendee Name&quot; \* MERGEFORMAT ">
              <w:r>
                <w:rPr>
                  <w:rFonts w:ascii="Georgia" w:hAnsi="Georgia"/>
                  <w:b/>
                  <w:i w:val="0"/>
                  <w:color w:val="333B44"/>
                  <w:sz w:val="42"/>
                </w:rPr>
                <w:t>«Attendee Name»</w:t>
              </w:r>
            </w:fldSimple>
          </w:p>
          <w:p>
            <w:pPr>
              <w:spacing w:before="0" w:after="80"/>
              <w:jc w:val="center"/>
            </w:pPr>
            <w:fldSimple w:instr=" MERGEFIELD &quot;Organization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22"/>
                </w:rPr>
                <w:t>«Organization»</w:t>
              </w:r>
            </w:fldSimple>
          </w:p>
          <w:p>
            <w:pPr>
              <w:spacing w:before="0" w:after="0"/>
              <w:jc w:val="center"/>
            </w:pPr>
            <w:fldSimple w:instr=" MERGEFIELD &quot;Role&quot; \* MERGEFORMAT ">
              <w:r>
                <w:rPr>
                  <w:rFonts w:ascii="Calibri" w:hAnsi="Calibri"/>
                  <w:b/>
                  <w:i w:val="0"/>
                  <w:color w:val="274B9F"/>
                  <w:sz w:val="17"/>
                  <w:caps/>
                  <w:spacing w:val="44"/>
                </w:rPr>
                <w:t>«Role»</w:t>
              </w:r>
            </w:fldSimple>
          </w:p>
        </w:tc>
      </w:tr>
      <w:tr>
        <w:trPr>
          <w:trHeight w:val="720" w:hRule="exact"/>
        </w:trPr>
        <w:tc>
          <w:tcPr>
            <w:shd w:val="clear" w:fill="EDF1FA"/>
            <w:vAlign w:val="center"/>
            <w:tcW w:w="5760" w:type="dxa"/>
          </w:tcPr>
          <w:p>
            <w:pPr>
              <w:spacing w:before="0" w:after="0"/>
              <w:jc w:val="center"/>
            </w:pPr>
            <w:fldSimple w:instr=" MERGEFIELD &quot;Event Date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«Event Date»</w:t>
              </w:r>
            </w:fldSimple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   ·   Badge </w:t>
            </w:r>
            <w:fldSimple w:instr=" MERGEFIELD &quot;Badge Numbe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«Badge Number»</w:t>
              </w:r>
            </w:fldSimple>
          </w:p>
        </w:tc>
      </w:tr>
    </w:tbl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Badge Sheet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