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" w:line="40" w:lineRule="exact"/>
        <w:pBdr>
          <w:bottom w:val="single" w:sz="18" w:space="1" w:color="3D2242"/>
        </w:pBdr>
      </w:pPr>
    </w:p>
    <w:p>
      <w:pPr>
        <w:spacing w:before="0" w:after="360" w:line="40" w:lineRule="exact"/>
        <w:pBdr>
          <w:bottom w:val="single" w:sz="4" w:space="1" w:color="3D2242"/>
        </w:pBdr>
      </w:pPr>
    </w:p>
    <w:p>
      <w:pPr>
        <w:spacing w:before="80" w:after="120"/>
        <w:jc w:val="center"/>
      </w:pPr>
      <w:r>
        <w:rPr>
          <w:rFonts w:ascii="Calibri" w:hAnsi="Calibri"/>
          <w:b/>
          <w:i w:val="0"/>
          <w:color w:val="9A5B13"/>
          <w:sz w:val="19"/>
          <w:caps/>
          <w:spacing w:val="56"/>
        </w:rPr>
        <w:t>[Host organization]</w:t>
      </w:r>
    </w:p>
    <w:p>
      <w:pPr>
        <w:spacing w:before="0" w:after="280"/>
        <w:jc w:val="center"/>
      </w:pPr>
      <w:r>
        <w:rPr>
          <w:rFonts w:ascii="Georgia" w:hAnsi="Georgia"/>
          <w:b w:val="0"/>
          <w:i/>
          <w:color w:val="5F6B76"/>
          <w:sz w:val="22"/>
        </w:rPr>
        <w:t>requests the honor of your presence at</w:t>
      </w:r>
    </w:p>
    <w:tbl>
      <w:tblPr>
        <w:tblW w:type="dxa" w:w="9360"/>
        <w:tblLayout w:type="fixed"/>
        <w:tblLook w:firstColumn="1" w:firstRow="1" w:lastColumn="0" w:lastRow="0" w:noHBand="0" w:noVBand="1" w:val="04A0"/>
        <w:tblBorders>
          <w:top w:val="single" w:sz="6" w:space="0" w:color="3D2242"/>
          <w:left w:val="single" w:sz="6" w:space="0" w:color="3D2242"/>
          <w:bottom w:val="single" w:sz="6" w:space="0" w:color="3D2242"/>
          <w:right w:val="single" w:sz="6" w:space="0" w:color="3D2242"/>
          <w:insideH w:val="none"/>
          <w:insideV w:val="none"/>
        </w:tblBorders>
        <w:tblCellMar>
          <w:top w:w="160" w:type="dxa"/>
          <w:bottom w:w="160" w:type="dxa"/>
          <w:left w:w="240" w:type="dxa"/>
          <w:right w:w="240" w:type="dxa"/>
        </w:tblCellMar>
        <w:tblInd w:w="240" w:type="dxa"/>
      </w:tblPr>
      <w:tblGrid>
        <w:gridCol w:w="9360"/>
      </w:tblGrid>
      <w:tr>
        <w:tc>
          <w:tcPr>
            <w:shd w:val="clear" w:fill="F5F0E8"/>
            <w:tcW w:w="9360" w:type="dxa"/>
          </w:tcPr>
          <w:p>
            <w:pPr>
              <w:spacing w:before="120" w:after="40"/>
              <w:jc w:val="center"/>
            </w:pPr>
            <w:fldSimple w:instr=" MERGEFIELD &quot;Event Name&quot; \* MERGEFORMAT ">
              <w:r>
                <w:rPr>
                  <w:rFonts w:ascii="Georgia" w:hAnsi="Georgia"/>
                  <w:b/>
                  <w:i w:val="0"/>
                  <w:color w:val="3D2242"/>
                  <w:sz w:val="40"/>
                </w:rPr>
                <w:t>«Event Name»</w:t>
              </w:r>
            </w:fldSimple>
          </w:p>
          <w:p>
            <w:pPr>
              <w:spacing w:before="120" w:after="120"/>
              <w:jc w:val="center"/>
            </w:pPr>
            <w:r>
              <w:rPr>
                <w:rFonts w:ascii="Georgia" w:hAnsi="Georgia"/>
                <w:b w:val="0"/>
                <w:i w:val="0"/>
                <w:color w:val="3D2242"/>
                <w:sz w:val="18"/>
                <w:spacing w:val="40"/>
              </w:rPr>
              <w:t>•    •    •</w:t>
            </w:r>
          </w:p>
          <w:p>
            <w:pPr>
              <w:spacing w:before="0" w:after="80"/>
              <w:jc w:val="center"/>
            </w:pPr>
            <w:fldSimple w:instr=" MERGEFIELD &quot;Event Date&quot; \* MERGEFORMAT ">
              <w:r>
                <w:rPr>
                  <w:rFonts w:ascii="Georgia" w:hAnsi="Georgia"/>
                  <w:b w:val="0"/>
                  <w:i w:val="0"/>
                  <w:color w:val="333B44"/>
                  <w:sz w:val="24"/>
                </w:rPr>
                <w:t>«Event Date»</w:t>
              </w:r>
            </w:fldSimple>
            <w:r>
              <w:rPr>
                <w:rFonts w:ascii="Georgia" w:hAnsi="Georgia"/>
                <w:b w:val="0"/>
                <w:i w:val="0"/>
                <w:color w:val="333B44"/>
                <w:sz w:val="24"/>
              </w:rPr>
              <w:t xml:space="preserve"> at </w:t>
            </w:r>
            <w:fldSimple w:instr=" MERGEFIELD &quot;Event Time&quot; \* MERGEFORMAT ">
              <w:r>
                <w:rPr>
                  <w:rFonts w:ascii="Georgia" w:hAnsi="Georgia"/>
                  <w:b w:val="0"/>
                  <w:i w:val="0"/>
                  <w:color w:val="333B44"/>
                  <w:sz w:val="24"/>
                </w:rPr>
                <w:t>«Event Time»</w:t>
              </w:r>
            </w:fldSimple>
          </w:p>
          <w:p>
            <w:pPr>
              <w:spacing w:before="0" w:after="40"/>
              <w:jc w:val="center"/>
            </w:pPr>
            <w:fldSimple w:instr=" MERGEFIELD &quot;Venue Name&quot; \* MERGEFORMAT ">
              <w:r>
                <w:rPr>
                  <w:rFonts w:ascii="Georgia" w:hAnsi="Georgia"/>
                  <w:b w:val="0"/>
                  <w:i w:val="0"/>
                  <w:color w:val="5F6B76"/>
                  <w:sz w:val="23"/>
                </w:rPr>
                <w:t>«Venue Name»</w:t>
              </w:r>
            </w:fldSimple>
          </w:p>
          <w:p>
            <w:pPr>
              <w:spacing w:before="0" w:after="120"/>
              <w:jc w:val="center"/>
            </w:pPr>
            <w:r>
              <w:rPr>
                <w:rFonts w:ascii="Calibri" w:hAnsi="Calibri"/>
                <w:b w:val="0"/>
                <w:i w:val="0"/>
                <w:color w:val="9A5B13"/>
                <w:sz w:val="18"/>
              </w:rPr>
              <w:t>[Venue street address]</w:t>
            </w:r>
          </w:p>
        </w:tc>
      </w:tr>
    </w:tbl>
    <w:p>
      <w:pPr>
        <w:spacing w:before="0" w:after="120"/>
      </w:pPr>
    </w:p>
    <w:p>
      <w:pPr>
        <w:spacing w:before="160" w:after="60"/>
        <w:jc w:val="center"/>
      </w:pPr>
      <w:r>
        <w:rPr>
          <w:rFonts w:ascii="Calibri" w:hAnsi="Calibri"/>
          <w:b/>
          <w:i w:val="0"/>
          <w:color w:val="3D2242"/>
          <w:sz w:val="17"/>
          <w:caps/>
          <w:spacing w:val="46"/>
        </w:rPr>
        <w:t>Reserved for</w:t>
      </w:r>
    </w:p>
    <w:p>
      <w:pPr>
        <w:spacing w:before="0" w:after="200"/>
        <w:jc w:val="center"/>
      </w:pPr>
      <w:fldSimple w:instr=" MERGEFIELD &quot;Guest Name&quot; \* MERGEFORMAT ">
        <w:r>
          <w:rPr>
            <w:rFonts w:ascii="Georgia" w:hAnsi="Georgia"/>
            <w:b/>
            <w:i w:val="0"/>
            <w:color w:val="333B44"/>
            <w:sz w:val="28"/>
          </w:rPr>
          <w:t>«Guest Name»</w:t>
        </w:r>
      </w:fldSimple>
    </w:p>
    <w:tbl>
      <w:tblPr>
        <w:tblW w:type="dxa" w:w="6336"/>
        <w:jc w:val="center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168"/>
        <w:gridCol w:w="3168"/>
      </w:tblGrid>
      <w:tr>
        <w:tc>
          <w:tcPr>
            <w:tcW w:w="3168" w:type="dxa"/>
          </w:tcPr>
          <w:p>
            <w:pPr>
              <w:spacing w:before="0" w:after="20"/>
              <w:jc w:val="center"/>
            </w:pPr>
            <w:r>
              <w:rPr>
                <w:rFonts w:ascii="Calibri" w:hAnsi="Calibri"/>
                <w:b/>
                <w:i w:val="0"/>
                <w:color w:val="3D2242"/>
                <w:sz w:val="16"/>
                <w:caps/>
                <w:spacing w:val="40"/>
              </w:rPr>
              <w:t>Table</w:t>
            </w:r>
          </w:p>
        </w:tc>
        <w:tc>
          <w:tcPr>
            <w:tcW w:w="3168" w:type="dxa"/>
          </w:tcPr>
          <w:p>
            <w:pPr>
              <w:spacing w:before="0" w:after="20"/>
              <w:jc w:val="center"/>
            </w:pPr>
            <w:r>
              <w:rPr>
                <w:rFonts w:ascii="Calibri" w:hAnsi="Calibri"/>
                <w:b/>
                <w:i w:val="0"/>
                <w:color w:val="3D2242"/>
                <w:sz w:val="16"/>
                <w:caps/>
                <w:spacing w:val="40"/>
              </w:rPr>
              <w:t>Menu selection</w:t>
            </w:r>
          </w:p>
        </w:tc>
      </w:tr>
      <w:tr>
        <w:tc>
          <w:tcPr>
            <w:tcW w:w="3168" w:type="dxa"/>
          </w:tcPr>
          <w:p>
            <w:pPr>
              <w:spacing w:before="0" w:after="0"/>
              <w:jc w:val="center"/>
            </w:pPr>
            <w:fldSimple w:instr=" MERGEFIELD &quot;Table Number&quot; \* MERGEFORMAT ">
              <w:r>
                <w:rPr>
                  <w:rFonts w:ascii="Georgia" w:hAnsi="Georgia"/>
                  <w:b w:val="0"/>
                  <w:i w:val="0"/>
                  <w:color w:val="333B44"/>
                  <w:sz w:val="26"/>
                </w:rPr>
                <w:t>«Table Number»</w:t>
              </w:r>
            </w:fldSimple>
          </w:p>
        </w:tc>
        <w:tc>
          <w:tcPr>
            <w:tcW w:w="3168" w:type="dxa"/>
          </w:tcPr>
          <w:p>
            <w:pPr>
              <w:spacing w:before="0" w:after="0"/>
              <w:jc w:val="center"/>
            </w:pPr>
            <w:fldSimple w:instr=" MERGEFIELD &quot;Menu Choice&quot; \* MERGEFORMAT ">
              <w:r>
                <w:rPr>
                  <w:rFonts w:ascii="Georgia" w:hAnsi="Georgia"/>
                  <w:b w:val="0"/>
                  <w:i w:val="0"/>
                  <w:color w:val="333B44"/>
                  <w:sz w:val="26"/>
                </w:rPr>
                <w:t>«Menu Choice»</w:t>
              </w:r>
            </w:fldSimple>
          </w:p>
        </w:tc>
      </w:tr>
    </w:tbl>
    <w:p>
      <w:pPr>
        <w:spacing w:before="0" w:after="80"/>
      </w:pPr>
    </w:p>
    <w:p>
      <w:pPr>
        <w:spacing w:before="200" w:after="60"/>
        <w:jc w:val="center"/>
      </w:pPr>
      <w:r>
        <w:rPr>
          <w:rFonts w:ascii="Calibri" w:hAnsi="Calibri"/>
          <w:b w:val="0"/>
          <w:i w:val="0"/>
          <w:color w:val="333B44"/>
          <w:sz w:val="20"/>
        </w:rPr>
        <w:t xml:space="preserve">Kindly respond by </w:t>
      </w:r>
      <w:fldSimple w:instr=" MERGEFIELD &quot;RSVP Deadline&quot; \* MERGEFORMAT ">
        <w:r>
          <w:rPr>
            <w:rFonts w:ascii="Calibri" w:hAnsi="Calibri"/>
            <w:b w:val="0"/>
            <w:i w:val="0"/>
            <w:color w:val="333B44"/>
            <w:sz w:val="20"/>
          </w:rPr>
          <w:t>«RSVP Deadline»</w:t>
        </w:r>
      </w:fldSimple>
    </w:p>
    <w:p>
      <w:pPr>
        <w:spacing w:before="0" w:after="80"/>
        <w:jc w:val="center"/>
      </w:pPr>
      <w:r>
        <w:rPr>
          <w:rFonts w:ascii="Calibri" w:hAnsi="Calibri"/>
          <w:b w:val="0"/>
          <w:i w:val="0"/>
          <w:color w:val="9A5B13"/>
          <w:sz w:val="18"/>
        </w:rPr>
        <w:t>[RSVP contact email]</w:t>
      </w:r>
      <w:r>
        <w:rPr>
          <w:rFonts w:ascii="Calibri" w:hAnsi="Calibri"/>
          <w:b w:val="0"/>
          <w:i w:val="0"/>
          <w:color w:val="5F6B76"/>
          <w:sz w:val="18"/>
        </w:rPr>
        <w:t xml:space="preserve">   ·   </w:t>
      </w:r>
      <w:r>
        <w:rPr>
          <w:rFonts w:ascii="Calibri" w:hAnsi="Calibri"/>
          <w:b w:val="0"/>
          <w:i w:val="0"/>
          <w:color w:val="9A5B13"/>
          <w:sz w:val="18"/>
        </w:rPr>
        <w:t>[RSVP phone]</w:t>
      </w:r>
    </w:p>
    <w:p>
      <w:pPr>
        <w:spacing w:before="0" w:after="360"/>
        <w:jc w:val="center"/>
      </w:pPr>
      <w:r>
        <w:rPr>
          <w:rFonts w:ascii="Calibri" w:hAnsi="Calibri"/>
          <w:b w:val="0"/>
          <w:i w:val="0"/>
          <w:color w:val="5F6B76"/>
          <w:sz w:val="18"/>
        </w:rPr>
        <w:t xml:space="preserve">Attire: </w:t>
      </w:r>
      <w:r>
        <w:rPr>
          <w:rFonts w:ascii="Calibri" w:hAnsi="Calibri"/>
          <w:b w:val="0"/>
          <w:i w:val="0"/>
          <w:color w:val="9A5B13"/>
          <w:sz w:val="18"/>
        </w:rPr>
        <w:t>[Dress code]</w:t>
      </w:r>
    </w:p>
    <w:p>
      <w:pPr>
        <w:spacing w:before="120" w:after="20" w:line="40" w:lineRule="exact"/>
        <w:pBdr>
          <w:bottom w:val="single" w:sz="4" w:space="1" w:color="3D2242"/>
        </w:pBdr>
      </w:pPr>
    </w:p>
    <w:p>
      <w:pPr>
        <w:spacing w:before="0" w:after="0" w:line="40" w:lineRule="exact"/>
        <w:pBdr>
          <w:bottom w:val="single" w:sz="18" w:space="1" w:color="3D2242"/>
        </w:pBdr>
      </w:pPr>
    </w:p>
    <w:sectPr w:rsidR="00FC693F" w:rsidRPr="0006063C" w:rsidSect="00034616">
      <w:pgSz w:w="12240" w:h="15840"/>
      <w:pgMar w:top="1296" w:right="1440" w:bottom="100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333B44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Gala Evening Invitation</dc:title>
  <dc:subject/>
  <dc:creator>MailMergic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