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 w:line="40" w:lineRule="exact"/>
        <w:pBdr>
          <w:bottom w:val="single" w:sz="18" w:space="1" w:color="8C7143"/>
        </w:pBdr>
      </w:pPr>
    </w:p>
    <w:p>
      <w:pPr>
        <w:spacing w:before="0" w:after="400" w:line="40" w:lineRule="exact"/>
        <w:pBdr>
          <w:bottom w:val="single" w:sz="4" w:space="1" w:color="8C7143"/>
        </w:pBdr>
      </w:pPr>
    </w:p>
    <w:p>
      <w:pPr>
        <w:spacing w:before="120" w:after="320"/>
        <w:jc w:val="center"/>
      </w:pPr>
      <w:r>
        <w:rPr>
          <w:rFonts w:ascii="Calibri" w:hAnsi="Calibri"/>
          <w:b/>
          <w:i w:val="0"/>
          <w:color w:val="8C7143"/>
          <w:sz w:val="20"/>
          <w:caps/>
          <w:spacing w:val="60"/>
        </w:rPr>
        <w:t>You are cordially invited</w:t>
      </w:r>
    </w:p>
    <w:p>
      <w:pPr>
        <w:spacing w:before="160" w:after="200"/>
        <w:jc w:val="center"/>
      </w:pPr>
      <w:r>
        <w:rPr>
          <w:rFonts w:ascii="Georgia" w:hAnsi="Georgia"/>
          <w:b w:val="0"/>
          <w:i/>
          <w:color w:val="9A5B13"/>
          <w:sz w:val="22"/>
        </w:rPr>
        <w:t>[Host organization]</w:t>
      </w:r>
      <w:r>
        <w:rPr>
          <w:rFonts w:ascii="Georgia" w:hAnsi="Georgia"/>
          <w:b w:val="0"/>
          <w:i/>
          <w:color w:val="5F6B76"/>
          <w:sz w:val="22"/>
        </w:rPr>
        <w:t xml:space="preserve"> requests the pleasure of the company of</w:t>
      </w:r>
    </w:p>
    <w:p>
      <w:pPr>
        <w:spacing w:before="0" w:after="160"/>
        <w:jc w:val="center"/>
      </w:pPr>
      <w:fldSimple w:instr=" MERGEFIELD &quot;Guest Name&quot; \* MERGEFORMAT ">
        <w:r>
          <w:rPr>
            <w:rFonts w:ascii="Georgia" w:hAnsi="Georgia"/>
            <w:b/>
            <w:i w:val="0"/>
            <w:color w:val="2B2B2B"/>
            <w:sz w:val="34"/>
          </w:rPr>
          <w:t>«Guest Name»</w:t>
        </w:r>
      </w:fldSimple>
    </w:p>
    <w:p>
      <w:pPr>
        <w:spacing w:before="0" w:after="160"/>
        <w:jc w:val="center"/>
      </w:pPr>
      <w:r>
        <w:rPr>
          <w:rFonts w:ascii="Georgia" w:hAnsi="Georgia"/>
          <w:b w:val="0"/>
          <w:i/>
          <w:color w:val="5F6B76"/>
          <w:sz w:val="21"/>
        </w:rPr>
        <w:t>at</w:t>
      </w:r>
    </w:p>
    <w:p>
      <w:pPr>
        <w:spacing w:before="0" w:after="80"/>
        <w:jc w:val="center"/>
      </w:pPr>
      <w:fldSimple w:instr=" MERGEFIELD &quot;Event Name&quot; \* MERGEFORMAT ">
        <w:r>
          <w:rPr>
            <w:rFonts w:ascii="Georgia" w:hAnsi="Georgia"/>
            <w:b/>
            <w:i w:val="0"/>
            <w:color w:val="2B2B2B"/>
            <w:sz w:val="40"/>
            <w:spacing w:val="20"/>
          </w:rPr>
          <w:t>«Event Name»</w:t>
        </w:r>
      </w:fldSimple>
    </w:p>
    <w:p>
      <w:pPr>
        <w:spacing w:before="200" w:after="200"/>
        <w:jc w:val="center"/>
      </w:pPr>
      <w:r>
        <w:rPr>
          <w:rFonts w:ascii="Georgia" w:hAnsi="Georgia"/>
          <w:b w:val="0"/>
          <w:i w:val="0"/>
          <w:color w:val="8C7143"/>
          <w:sz w:val="18"/>
          <w:spacing w:val="40"/>
        </w:rPr>
        <w:t>•    •    •</w:t>
      </w:r>
    </w:p>
    <w:p>
      <w:pPr>
        <w:spacing w:before="0" w:after="80"/>
        <w:jc w:val="center"/>
      </w:pPr>
      <w:fldSimple w:instr=" MERGEFIELD &quot;Event Date&quot; \* MERGEFORMAT ">
        <w:r>
          <w:rPr>
            <w:rFonts w:ascii="Georgia" w:hAnsi="Georgia"/>
            <w:b w:val="0"/>
            <w:i w:val="0"/>
            <w:color w:val="2B2B2B"/>
            <w:sz w:val="25"/>
          </w:rPr>
          <w:t>«Event Date»</w:t>
        </w:r>
      </w:fldSimple>
    </w:p>
    <w:p>
      <w:pPr>
        <w:spacing w:before="0" w:after="200"/>
        <w:jc w:val="center"/>
      </w:pPr>
      <w:r>
        <w:rPr>
          <w:rFonts w:ascii="Georgia" w:hAnsi="Georgia"/>
          <w:b w:val="0"/>
          <w:i w:val="0"/>
          <w:color w:val="5F6B76"/>
          <w:sz w:val="22"/>
        </w:rPr>
        <w:t xml:space="preserve">at </w:t>
      </w:r>
      <w:fldSimple w:instr=" MERGEFIELD &quot;Event Time&quot; \* MERGEFORMAT ">
        <w:r>
          <w:rPr>
            <w:rFonts w:ascii="Georgia" w:hAnsi="Georgia"/>
            <w:b w:val="0"/>
            <w:i w:val="0"/>
            <w:color w:val="5F6B76"/>
            <w:sz w:val="22"/>
          </w:rPr>
          <w:t>«Event Time»</w:t>
        </w:r>
      </w:fldSimple>
    </w:p>
    <w:p>
      <w:pPr>
        <w:spacing w:before="80" w:after="240" w:line="40" w:lineRule="exact"/>
        <w:ind w:left="3744" w:right="3744"/>
        <w:pBdr>
          <w:bottom w:val="single" w:sz="4" w:space="1" w:color="8C7143"/>
        </w:pBdr>
      </w:pPr>
    </w:p>
    <w:p>
      <w:pPr>
        <w:spacing w:before="0" w:after="60"/>
        <w:jc w:val="center"/>
      </w:pPr>
      <w:fldSimple w:instr=" MERGEFIELD &quot;Venue Name&quot; \* MERGEFORMAT ">
        <w:r>
          <w:rPr>
            <w:rFonts w:ascii="Georgia" w:hAnsi="Georgia"/>
            <w:b/>
            <w:i w:val="0"/>
            <w:color w:val="2B2B2B"/>
            <w:sz w:val="24"/>
          </w:rPr>
          <w:t>«Venue Name»</w:t>
        </w:r>
      </w:fldSimple>
    </w:p>
    <w:p>
      <w:pPr>
        <w:spacing w:before="0" w:after="200"/>
        <w:jc w:val="center"/>
      </w:pPr>
      <w:fldSimple w:instr=" MERGEFIELD &quot;Venue Address&quot; \* MERGEFORMAT ">
        <w:r>
          <w:rPr>
            <w:rFonts w:ascii="Calibri" w:hAnsi="Calibri"/>
            <w:b w:val="0"/>
            <w:i w:val="0"/>
            <w:color w:val="5F6B76"/>
            <w:sz w:val="19"/>
          </w:rPr>
          <w:t>«Venue Address»</w:t>
        </w:r>
      </w:fldSimple>
    </w:p>
    <w:p>
      <w:pPr>
        <w:spacing w:before="80" w:after="280" w:line="40" w:lineRule="exact"/>
        <w:ind w:left="3744" w:right="3744"/>
        <w:pBdr>
          <w:bottom w:val="single" w:sz="4" w:space="1" w:color="8C7143"/>
        </w:pBdr>
      </w:pPr>
    </w:p>
    <w:p>
      <w:pPr>
        <w:spacing w:before="0" w:after="60"/>
        <w:jc w:val="center"/>
      </w:pPr>
      <w:r>
        <w:rPr>
          <w:rFonts w:ascii="Calibri" w:hAnsi="Calibri"/>
          <w:b/>
          <w:i w:val="0"/>
          <w:color w:val="8C7143"/>
          <w:sz w:val="17"/>
          <w:caps/>
          <w:spacing w:val="46"/>
        </w:rPr>
        <w:t>Dress code</w:t>
      </w:r>
    </w:p>
    <w:p>
      <w:pPr>
        <w:spacing w:before="0" w:after="360"/>
        <w:jc w:val="center"/>
      </w:pPr>
      <w:fldSimple w:instr=" MERGEFIELD &quot;Dress Code&quot; \* MERGEFORMAT ">
        <w:r>
          <w:rPr>
            <w:rFonts w:ascii="Georgia" w:hAnsi="Georgia"/>
            <w:b w:val="0"/>
            <w:i w:val="0"/>
            <w:color w:val="2B2B2B"/>
            <w:sz w:val="22"/>
          </w:rPr>
          <w:t>«Dress Code»</w:t>
        </w:r>
      </w:fldSimple>
    </w:p>
    <w:p>
      <w:pPr>
        <w:spacing w:before="160" w:after="60"/>
        <w:jc w:val="center"/>
      </w:pPr>
      <w:r>
        <w:rPr>
          <w:rFonts w:ascii="Calibri" w:hAnsi="Calibri"/>
          <w:b w:val="0"/>
          <w:i w:val="0"/>
          <w:color w:val="333B44"/>
          <w:sz w:val="20"/>
        </w:rPr>
        <w:t xml:space="preserve">Kindly reply by </w:t>
      </w:r>
      <w:fldSimple w:instr=" MERGEFIELD &quot;RSVP Deadline&quot; \* MERGEFORMAT ">
        <w:r>
          <w:rPr>
            <w:rFonts w:ascii="Calibri" w:hAnsi="Calibri"/>
            <w:b w:val="0"/>
            <w:i w:val="0"/>
            <w:color w:val="333B44"/>
            <w:sz w:val="20"/>
          </w:rPr>
          <w:t>«RSVP Deadline»</w:t>
        </w:r>
      </w:fldSimple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F6B76"/>
          <w:sz w:val="18"/>
        </w:rPr>
        <w:t xml:space="preserve">to </w:t>
      </w:r>
      <w:r>
        <w:rPr>
          <w:rFonts w:ascii="Calibri" w:hAnsi="Calibri"/>
          <w:b w:val="0"/>
          <w:i w:val="0"/>
          <w:color w:val="9A5B13"/>
          <w:sz w:val="18"/>
        </w:rPr>
        <w:t>[RSVP contact name]</w:t>
      </w:r>
      <w:r>
        <w:rPr>
          <w:rFonts w:ascii="Calibri" w:hAnsi="Calibri"/>
          <w:b w:val="0"/>
          <w:i w:val="0"/>
          <w:color w:val="5F6B76"/>
          <w:sz w:val="18"/>
        </w:rPr>
        <w:t xml:space="preserve"> at </w:t>
      </w:r>
      <w:r>
        <w:rPr>
          <w:rFonts w:ascii="Calibri" w:hAnsi="Calibri"/>
          <w:b w:val="0"/>
          <w:i w:val="0"/>
          <w:color w:val="9A5B13"/>
          <w:sz w:val="18"/>
        </w:rPr>
        <w:t>[RSVP contact email]</w:t>
      </w:r>
      <w:r>
        <w:rPr>
          <w:rFonts w:ascii="Calibri" w:hAnsi="Calibri"/>
          <w:b w:val="0"/>
          <w:i w:val="0"/>
          <w:color w:val="5F6B76"/>
          <w:sz w:val="18"/>
        </w:rPr>
        <w:t xml:space="preserve"> or </w:t>
      </w:r>
      <w:r>
        <w:rPr>
          <w:rFonts w:ascii="Calibri" w:hAnsi="Calibri"/>
          <w:b w:val="0"/>
          <w:i w:val="0"/>
          <w:color w:val="9A5B13"/>
          <w:sz w:val="18"/>
        </w:rPr>
        <w:t>[RSVP phone]</w:t>
      </w:r>
    </w:p>
    <w:p>
      <w:pPr>
        <w:spacing w:before="160" w:after="20" w:line="40" w:lineRule="exact"/>
        <w:pBdr>
          <w:bottom w:val="single" w:sz="4" w:space="1" w:color="8C7143"/>
        </w:pBdr>
      </w:pPr>
    </w:p>
    <w:p>
      <w:pPr>
        <w:spacing w:before="0" w:after="0" w:line="40" w:lineRule="exact"/>
        <w:pBdr>
          <w:bottom w:val="single" w:sz="18" w:space="1" w:color="8C7143"/>
        </w:pBdr>
      </w:pPr>
    </w:p>
    <w:sectPr w:rsidR="00FC693F" w:rsidRPr="0006063C" w:rsidSect="00034616">
      <w:pgSz w:w="12240" w:h="15840"/>
      <w:pgMar w:top="1296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Formal Event Invitation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