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80"/>
        <w:jc w:val="center"/>
      </w:pPr>
      <w:r>
        <w:rPr>
          <w:rFonts w:ascii="Calibri" w:hAnsi="Calibri"/>
          <w:b/>
          <w:i w:val="0"/>
          <w:color w:val="9A5B13"/>
          <w:sz w:val="17"/>
          <w:caps/>
          <w:spacing w:val="50"/>
        </w:rPr>
        <w:t>[Host organization]</w:t>
      </w:r>
      <w:r>
        <w:rPr>
          <w:rFonts w:ascii="Calibri" w:hAnsi="Calibri"/>
          <w:b/>
          <w:i w:val="0"/>
          <w:color w:val="5F6B76"/>
          <w:sz w:val="17"/>
          <w:caps/>
          <w:spacing w:val="50"/>
        </w:rPr>
        <w:t xml:space="preserve"> presents</w:t>
      </w:r>
    </w:p>
    <w:tbl>
      <w:tblPr>
        <w:tblW w:type="dxa" w:w="9792"/>
        <w:tblLayout w:type="fixed"/>
        <w:tblLook w:firstColumn="1" w:firstRow="1" w:lastColumn="0" w:lastRow="0" w:noHBand="0" w:noVBand="1" w:val="04A0"/>
        <w:tblBorders>
          <w:top w:val="single" w:sz="12" w:space="0" w:color="1E1E1E"/>
          <w:left w:val="single" w:sz="12" w:space="0" w:color="1E1E1E"/>
          <w:bottom w:val="single" w:sz="12" w:space="0" w:color="1E1E1E"/>
          <w:right w:val="single" w:sz="12" w:space="0" w:color="1E1E1E"/>
          <w:insideH w:val="none"/>
          <w:insideV w:val="none"/>
        </w:tblBorders>
        <w:tblCellMar>
          <w:top w:w="100" w:type="dxa"/>
          <w:bottom w:w="100" w:type="dxa"/>
          <w:left w:w="200" w:type="dxa"/>
          <w:right w:w="200" w:type="dxa"/>
        </w:tblCellMar>
        <w:tblInd w:w="200" w:type="dxa"/>
      </w:tblPr>
      <w:tblGrid>
        <w:gridCol w:w="6480"/>
        <w:gridCol w:w="3312"/>
      </w:tblGrid>
      <w:tr>
        <w:tc>
          <w:tcPr>
            <w:gridSpan w:val="2"/>
            <w:shd w:val="clear" w:fill="1E1E1E"/>
            <w:tcW w:w="9792" w:type="dxa"/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2"/>
                <w:caps/>
                <w:spacing w:val="90"/>
              </w:rPr>
              <w:t>Admit One</w:t>
            </w:r>
          </w:p>
        </w:tc>
      </w:tr>
      <w:tr>
        <w:trPr>
          <w:trHeight w:val="3600" w:hRule="atLeast"/>
        </w:trPr>
        <w:tc>
          <w:tcPr>
            <w:tcW w:w="6480" w:type="dxa"/>
          </w:tcPr>
          <w:p>
            <w:pPr>
              <w:spacing w:before="0" w:after="20"/>
            </w:pPr>
            <w:r>
              <w:rPr>
                <w:rFonts w:ascii="Calibri" w:hAnsi="Calibri"/>
                <w:b/>
                <w:i w:val="0"/>
                <w:color w:val="B08A2E"/>
                <w:sz w:val="15"/>
                <w:caps/>
                <w:spacing w:val="40"/>
              </w:rPr>
              <w:t>Event</w:t>
            </w:r>
          </w:p>
          <w:p>
            <w:pPr>
              <w:spacing w:before="0" w:after="160"/>
            </w:pPr>
            <w:fldSimple w:instr=" MERGEFIELD &quot;Event Name&quot; \* MERGEFORMAT ">
              <w:r>
                <w:rPr>
                  <w:rFonts w:ascii="Georgia" w:hAnsi="Georgia"/>
                  <w:b/>
                  <w:i w:val="0"/>
                  <w:color w:val="1E1E1E"/>
                  <w:sz w:val="30"/>
                </w:rPr>
                <w:t>«Event Name»</w:t>
              </w:r>
            </w:fldSimple>
          </w:p>
          <w:p>
            <w:pPr>
              <w:spacing w:before="0" w:after="20"/>
            </w:pPr>
            <w:r>
              <w:rPr>
                <w:rFonts w:ascii="Calibri" w:hAnsi="Calibri"/>
                <w:b/>
                <w:i w:val="0"/>
                <w:color w:val="B08A2E"/>
                <w:sz w:val="15"/>
                <w:caps/>
                <w:spacing w:val="40"/>
              </w:rPr>
              <w:t>Date and time</w:t>
            </w:r>
          </w:p>
          <w:p>
            <w:pPr>
              <w:spacing w:before="0" w:after="160"/>
            </w:pPr>
            <w:fldSimple w:instr=" MERGEFIELD &quot;Event Dat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«Event Date»</w:t>
              </w:r>
            </w:fldSimple>
            <w:r>
              <w:rPr>
                <w:rFonts w:ascii="Calibri" w:hAnsi="Calibri"/>
                <w:b w:val="0"/>
                <w:i w:val="0"/>
                <w:color w:val="333B44"/>
                <w:sz w:val="21"/>
              </w:rPr>
              <w:t xml:space="preserve">   ·   </w:t>
            </w:r>
            <w:fldSimple w:instr=" MERGEFIELD &quot;Event Ti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«Event Time»</w:t>
              </w:r>
            </w:fldSimple>
          </w:p>
          <w:p>
            <w:pPr>
              <w:spacing w:before="0" w:after="20"/>
            </w:pPr>
            <w:r>
              <w:rPr>
                <w:rFonts w:ascii="Calibri" w:hAnsi="Calibri"/>
                <w:b/>
                <w:i w:val="0"/>
                <w:color w:val="B08A2E"/>
                <w:sz w:val="15"/>
                <w:caps/>
                <w:spacing w:val="40"/>
              </w:rPr>
              <w:t>Venue</w:t>
            </w:r>
          </w:p>
          <w:p>
            <w:pPr>
              <w:spacing w:before="0" w:after="160"/>
            </w:pPr>
            <w:fldSimple w:instr=" MERGEFIELD &quot;Venue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«Venue Name»</w:t>
              </w:r>
            </w:fldSimple>
          </w:p>
          <w:p>
            <w:pPr>
              <w:spacing w:before="0" w:after="20"/>
            </w:pPr>
            <w:r>
              <w:rPr>
                <w:rFonts w:ascii="Calibri" w:hAnsi="Calibri"/>
                <w:b/>
                <w:i w:val="0"/>
                <w:color w:val="B08A2E"/>
                <w:sz w:val="15"/>
                <w:caps/>
                <w:spacing w:val="40"/>
              </w:rPr>
              <w:t>Guest</w:t>
            </w:r>
          </w:p>
          <w:p>
            <w:pPr>
              <w:spacing w:before="0" w:after="40"/>
            </w:pPr>
            <w:fldSimple w:instr=" MERGEFIELD &quot;Guest Name&quot; \* MERGEFORMAT ">
              <w:r>
                <w:rPr>
                  <w:rFonts w:ascii="Calibri" w:hAnsi="Calibri"/>
                  <w:b/>
                  <w:i w:val="0"/>
                  <w:color w:val="1E1E1E"/>
                  <w:sz w:val="22"/>
                </w:rPr>
                <w:t>«Guest Name»</w:t>
              </w:r>
            </w:fldSimple>
          </w:p>
        </w:tc>
        <w:tc>
          <w:tcPr>
            <w:tcBorders>
              <w:left w:val="dashed" w:sz="8" w:space="0" w:color="B08A2E"/>
            </w:tcBorders>
            <w:vAlign w:val="center"/>
            <w:tcW w:w="3312" w:type="dxa"/>
          </w:tcPr>
          <w:p>
            <w:pPr>
              <w:spacing w:before="0" w:after="20"/>
              <w:jc w:val="center"/>
            </w:pPr>
            <w:r>
              <w:rPr>
                <w:rFonts w:ascii="Calibri" w:hAnsi="Calibri"/>
                <w:b/>
                <w:i w:val="0"/>
                <w:color w:val="B08A2E"/>
                <w:sz w:val="15"/>
                <w:caps/>
                <w:spacing w:val="40"/>
              </w:rPr>
              <w:t>Ticket</w:t>
            </w:r>
          </w:p>
          <w:p>
            <w:pPr>
              <w:spacing w:before="0" w:after="200"/>
              <w:jc w:val="center"/>
            </w:pPr>
            <w:fldSimple w:instr=" MERGEFIELD &quot;Ticket Number&quot; \* MERGEFORMAT ">
              <w:r>
                <w:rPr>
                  <w:rFonts w:ascii="Georgia" w:hAnsi="Georgia"/>
                  <w:b/>
                  <w:i w:val="0"/>
                  <w:color w:val="1E1E1E"/>
                  <w:sz w:val="26"/>
                </w:rPr>
                <w:t>«Ticket Number»</w:t>
              </w:r>
            </w:fldSimple>
          </w:p>
          <w:p>
            <w:pPr>
              <w:spacing w:before="0" w:after="20"/>
              <w:jc w:val="center"/>
            </w:pPr>
            <w:r>
              <w:rPr>
                <w:rFonts w:ascii="Calibri" w:hAnsi="Calibri"/>
                <w:b/>
                <w:i w:val="0"/>
                <w:color w:val="B08A2E"/>
                <w:sz w:val="15"/>
                <w:caps/>
                <w:spacing w:val="40"/>
              </w:rPr>
              <w:t>Seat</w:t>
            </w:r>
          </w:p>
          <w:p>
            <w:pPr>
              <w:spacing w:before="0" w:after="200"/>
              <w:jc w:val="center"/>
            </w:pPr>
            <w:fldSimple w:instr=" MERGEFIELD &quot;Seat Number&quot; \* MERGEFORMAT ">
              <w:r>
                <w:rPr>
                  <w:rFonts w:ascii="Georgia" w:hAnsi="Georgia"/>
                  <w:b/>
                  <w:i w:val="0"/>
                  <w:color w:val="1E1E1E"/>
                  <w:sz w:val="26"/>
                </w:rPr>
                <w:t>«Seat Number»</w:t>
              </w:r>
            </w:fldSimple>
          </w:p>
          <w:p>
            <w:pPr>
              <w:spacing w:before="0" w:after="20"/>
              <w:jc w:val="center"/>
            </w:pPr>
            <w:r>
              <w:rPr>
                <w:rFonts w:ascii="Calibri" w:hAnsi="Calibri"/>
                <w:b/>
                <w:i w:val="0"/>
                <w:color w:val="B08A2E"/>
                <w:sz w:val="15"/>
                <w:caps/>
                <w:spacing w:val="40"/>
              </w:rPr>
              <w:t>Type</w:t>
            </w:r>
          </w:p>
          <w:p>
            <w:pPr>
              <w:spacing w:before="0" w:after="40"/>
              <w:jc w:val="center"/>
            </w:pPr>
            <w:fldSimple w:instr=" MERGEFIELD &quot;Ticket Typ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«Ticket Type»</w:t>
              </w:r>
            </w:fldSimple>
          </w:p>
        </w:tc>
      </w:tr>
    </w:tbl>
    <w:p>
      <w:pPr>
        <w:spacing w:before="0" w:after="120"/>
      </w:pPr>
    </w:p>
    <w:p>
      <w:pPr>
        <w:spacing w:before="120" w:after="240" w:line="40" w:lineRule="exact"/>
        <w:pBdr>
          <w:bottom w:val="single" w:sz="6" w:space="1" w:color="B08A2E"/>
        </w:pBdr>
      </w:pPr>
    </w:p>
    <w:p>
      <w:pPr>
        <w:spacing w:before="0" w:after="100" w:line="288" w:lineRule="auto"/>
      </w:pPr>
      <w:r>
        <w:rPr>
          <w:rFonts w:ascii="Calibri" w:hAnsi="Calibri"/>
          <w:b w:val="0"/>
          <w:i w:val="0"/>
          <w:color w:val="5F6B76"/>
          <w:sz w:val="19"/>
        </w:rPr>
        <w:t xml:space="preserve">Please bring this ticket with you, printed or on your phone, and present it at the entrance. Doors open at </w:t>
      </w:r>
      <w:r>
        <w:rPr>
          <w:rFonts w:ascii="Calibri" w:hAnsi="Calibri"/>
          <w:b w:val="0"/>
          <w:i w:val="0"/>
          <w:color w:val="9A5B13"/>
          <w:sz w:val="19"/>
        </w:rPr>
        <w:t>[Doors open time]</w:t>
      </w:r>
      <w:r>
        <w:rPr>
          <w:rFonts w:ascii="Calibri" w:hAnsi="Calibri"/>
          <w:b w:val="0"/>
          <w:i w:val="0"/>
          <w:color w:val="5F6B76"/>
          <w:sz w:val="19"/>
        </w:rPr>
        <w:t>, and seating begins shortly after. This ticket admits one guest and is valid only for the event and date shown.</w:t>
      </w:r>
    </w:p>
    <w:p>
      <w:pPr>
        <w:spacing w:before="0" w:after="0" w:line="288" w:lineRule="auto"/>
      </w:pPr>
      <w:r>
        <w:rPr>
          <w:rFonts w:ascii="Calibri" w:hAnsi="Calibri"/>
          <w:b w:val="0"/>
          <w:i w:val="0"/>
          <w:color w:val="5F6B76"/>
          <w:sz w:val="18"/>
        </w:rPr>
        <w:t xml:space="preserve">Questions about your ticket: </w:t>
      </w:r>
      <w:r>
        <w:rPr>
          <w:rFonts w:ascii="Calibri" w:hAnsi="Calibri"/>
          <w:b w:val="0"/>
          <w:i w:val="0"/>
          <w:color w:val="9A5B13"/>
          <w:sz w:val="18"/>
        </w:rPr>
        <w:t>[Box office email]</w:t>
      </w:r>
      <w:r>
        <w:rPr>
          <w:rFonts w:ascii="Calibri" w:hAnsi="Calibri"/>
          <w:b w:val="0"/>
          <w:i w:val="0"/>
          <w:color w:val="5F6B76"/>
          <w:sz w:val="18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8"/>
        </w:rPr>
        <w:t>[Box office phone]</w:t>
      </w:r>
    </w:p>
    <w:sectPr w:rsidR="00FC693F" w:rsidRPr="0006063C" w:rsidSect="00034616">
      <w:pgSz w:w="12240" w:h="15840"/>
      <w:pgMar w:top="1152" w:right="1224" w:bottom="864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Ticket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