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Georgia" w:hAnsi="Georgia"/>
          <w:b/>
          <w:i w:val="0"/>
          <w:color w:val="9A5B13"/>
          <w:sz w:val="28"/>
          <w:caps/>
          <w:spacing w:val="26"/>
        </w:rPr>
        <w:t>[Host organization]</w:t>
      </w:r>
    </w:p>
    <w:p>
      <w:pPr>
        <w:spacing w:before="0" w:after="160"/>
        <w:pBdr>
          <w:bottom w:val="single" w:sz="14" w:space="6" w:color="2C4A6E"/>
        </w:pBdr>
      </w:pPr>
      <w:r>
        <w:rPr>
          <w:rFonts w:ascii="Calibri" w:hAnsi="Calibri"/>
          <w:b w:val="0"/>
          <w:i w:val="0"/>
          <w:color w:val="9A5B13"/>
          <w:sz w:val="17"/>
        </w:rPr>
        <w:t>[Host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[Host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40" w:after="40"/>
      </w:pPr>
      <w:r>
        <w:rPr>
          <w:rFonts w:ascii="Georgia" w:hAnsi="Georgia"/>
          <w:b/>
          <w:i w:val="0"/>
          <w:color w:val="2C4A6E"/>
          <w:sz w:val="26"/>
          <w:spacing w:val="40"/>
        </w:rPr>
        <w:t>CONFERENCE INVITATION</w:t>
      </w:r>
    </w:p>
    <w:p>
      <w:pPr>
        <w:spacing w:before="0" w:after="240"/>
      </w:pPr>
      <w:r>
        <w:rPr>
          <w:rFonts w:ascii="Calibri" w:hAnsi="Calibri"/>
          <w:b w:val="0"/>
          <w:i/>
          <w:color w:val="5F6B76"/>
          <w:sz w:val="19"/>
        </w:rPr>
        <w:t xml:space="preserve">RE: Your invitation to </w:t>
      </w:r>
      <w:fldSimple w:instr=" MERGEFIELD &quot;Conference Name&quot; \* MERGEFORMAT ">
        <w:r>
          <w:rPr>
            <w:rFonts w:ascii="Calibri" w:hAnsi="Calibri"/>
            <w:b w:val="0"/>
            <w:i/>
            <w:color w:val="5F6B76"/>
            <w:sz w:val="19"/>
          </w:rPr>
          <w:t>«Conference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Attend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«Attendee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On behalf of </w:t>
      </w:r>
      <w:r>
        <w:rPr>
          <w:rFonts w:ascii="Calibri" w:hAnsi="Calibri"/>
          <w:b w:val="0"/>
          <w:i w:val="0"/>
          <w:color w:val="9A5B13"/>
          <w:sz w:val="21"/>
        </w:rPr>
        <w:t>[Host organization]</w:t>
      </w:r>
      <w:r>
        <w:rPr>
          <w:rFonts w:ascii="Calibri" w:hAnsi="Calibri"/>
          <w:b w:val="0"/>
          <w:i w:val="0"/>
          <w:color w:val="333B44"/>
          <w:sz w:val="21"/>
        </w:rPr>
        <w:t xml:space="preserve">, it is my pleasure to invite you to </w:t>
      </w:r>
      <w:fldSimple w:instr=" MERGEFIELD &quot;Conferenc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«Conference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on </w:t>
      </w:r>
      <w:fldSimple w:instr=" MERGEFIELD &quot;Conference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«Conference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at </w:t>
      </w:r>
      <w:fldSimple w:instr=" MERGEFIELD &quot;Venu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«Venue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. Each year we bring together a small group of practitioners whose work we admire, and we would value having the perspective you bring from </w:t>
      </w:r>
      <w:fldSimple w:instr=" MERGEFIELD &quot;Company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«Company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in the room.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year's program centers on </w:t>
      </w:r>
      <w:r>
        <w:rPr>
          <w:rFonts w:ascii="Calibri" w:hAnsi="Calibri"/>
          <w:b w:val="0"/>
          <w:i w:val="0"/>
          <w:color w:val="9A5B13"/>
          <w:sz w:val="21"/>
        </w:rPr>
        <w:t>[Conference theme]</w:t>
      </w:r>
      <w:r>
        <w:rPr>
          <w:rFonts w:ascii="Calibri" w:hAnsi="Calibri"/>
          <w:b w:val="0"/>
          <w:i w:val="0"/>
          <w:color w:val="333B44"/>
          <w:sz w:val="21"/>
        </w:rPr>
        <w:t>, with talks kept short, questions kept long, and generous breaks reserved for the conversations that matter most.</w:t>
      </w:r>
    </w:p>
    <w:p>
      <w:pPr>
        <w:spacing w:before="200" w:after="80"/>
      </w:pPr>
      <w:r>
        <w:rPr>
          <w:rFonts w:ascii="Calibri" w:hAnsi="Calibri"/>
          <w:b/>
          <w:i w:val="0"/>
          <w:color w:val="2C4A6E"/>
          <w:sz w:val="18"/>
          <w:spacing w:val="24"/>
        </w:rPr>
        <w:t>PROGRAM AT A GLANCE</w:t>
      </w:r>
    </w:p>
    <w:tbl>
      <w:tblPr>
        <w:tblW w:type="dxa" w:w="9792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  <w:tblInd w:w="130" w:type="dxa"/>
      </w:tblPr>
      <w:tblGrid>
        <w:gridCol w:w="3384"/>
        <w:gridCol w:w="6408"/>
      </w:tblGrid>
      <w:tr>
        <w:tc>
          <w:tcPr>
            <w:shd w:val="clear" w:fill="EDF2F8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9A5B13"/>
                <w:sz w:val="19"/>
              </w:rPr>
              <w:t>[Doors open time]</w:t>
            </w:r>
          </w:p>
        </w:tc>
        <w:tc>
          <w:tcPr>
            <w:tcW w:w="6408" w:type="dxa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333B44"/>
                <w:sz w:val="21"/>
              </w:rPr>
              <w:t>Registration, badge pick-up, and coffee</w:t>
            </w:r>
          </w:p>
        </w:tc>
      </w:tr>
      <w:tr>
        <w:tc>
          <w:tcPr>
            <w:shd w:val="clear" w:fill="EDF2F8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9A5B13"/>
                <w:sz w:val="19"/>
              </w:rPr>
              <w:t>[Keynote time]</w:t>
            </w:r>
          </w:p>
        </w:tc>
        <w:tc>
          <w:tcPr>
            <w:tcW w:w="6408" w:type="dxa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333B44"/>
                <w:sz w:val="21"/>
              </w:rPr>
              <w:t>Opening keynote, followed by morning breakout sessions</w:t>
            </w:r>
          </w:p>
        </w:tc>
      </w:tr>
      <w:tr>
        <w:tc>
          <w:tcPr>
            <w:shd w:val="clear" w:fill="EDF2F8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9A5B13"/>
                <w:sz w:val="19"/>
              </w:rPr>
              <w:t>[Closing time]</w:t>
            </w:r>
          </w:p>
        </w:tc>
        <w:tc>
          <w:tcPr>
            <w:tcW w:w="6408" w:type="dxa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333B44"/>
                <w:sz w:val="21"/>
              </w:rPr>
              <w:t>Closing panel and evening networking reception</w:t>
            </w:r>
          </w:p>
        </w:tc>
      </w:tr>
    </w:tbl>
    <w:p>
      <w:pPr>
        <w:spacing w:before="0" w:after="40"/>
      </w:pPr>
    </w:p>
    <w:tbl>
      <w:tblPr>
        <w:tblW w:type="dxa" w:w="9792"/>
        <w:tblLayout w:type="fixed"/>
        <w:tblLook w:firstColumn="1" w:firstRow="1" w:lastColumn="0" w:lastRow="0" w:noHBand="0" w:noVBand="1" w:val="04A0"/>
        <w:tblBorders>
          <w:top w:val="single" w:sz="6" w:space="0" w:color="2C4A6E"/>
          <w:left w:val="single" w:sz="6" w:space="0" w:color="2C4A6E"/>
          <w:bottom w:val="single" w:sz="6" w:space="0" w:color="2C4A6E"/>
          <w:right w:val="single" w:sz="6" w:space="0" w:color="2C4A6E"/>
          <w:insideH w:val="none"/>
          <w:insideV w:val="none"/>
        </w:tblBorders>
        <w:tblCellMar>
          <w:top w:w="120" w:type="dxa"/>
          <w:bottom w:w="120" w:type="dxa"/>
          <w:left w:w="200" w:type="dxa"/>
          <w:right w:w="200" w:type="dxa"/>
        </w:tblCellMar>
        <w:tblInd w:w="200" w:type="dxa"/>
      </w:tblPr>
      <w:tblGrid>
        <w:gridCol w:w="9792"/>
      </w:tblGrid>
      <w:tr>
        <w:tc>
          <w:tcPr>
            <w:shd w:val="clear" w:fill="EDF2F8"/>
            <w:tcW w:w="9792" w:type="dxa"/>
          </w:tcPr>
          <w:p>
            <w:pPr>
              <w:spacing w:before="0" w:after="40"/>
              <w:jc w:val="center"/>
            </w:pPr>
            <w:r>
              <w:rPr>
                <w:rFonts w:ascii="Calibri" w:hAnsi="Calibri"/>
                <w:b/>
                <w:i w:val="0"/>
                <w:color w:val="2C4A6E"/>
                <w:sz w:val="16"/>
                <w:caps/>
                <w:spacing w:val="40"/>
              </w:rPr>
              <w:t>Your registration code</w:t>
            </w:r>
          </w:p>
          <w:p>
            <w:pPr>
              <w:spacing w:before="0" w:after="60"/>
              <w:jc w:val="center"/>
            </w:pPr>
            <w:fldSimple w:instr=" MERGEFIELD &quot;Registration Code&quot; \* MERGEFORMAT ">
              <w:r>
                <w:rPr>
                  <w:rFonts w:ascii="Georgia" w:hAnsi="Georgia"/>
                  <w:b/>
                  <w:i w:val="0"/>
                  <w:color w:val="2C4A6E"/>
                  <w:sz w:val="28"/>
                </w:rPr>
                <w:t>«Registration Code»</w:t>
              </w:r>
            </w:fldSimple>
          </w:p>
          <w:p>
            <w:pPr>
              <w:spacing w:before="0" w:after="40"/>
              <w:jc w:val="center"/>
            </w:pPr>
            <w:r>
              <w:rPr>
                <w:rFonts w:ascii="Calibri" w:hAnsi="Calibri"/>
                <w:b w:val="0"/>
                <w:i w:val="0"/>
                <w:color w:val="333B44"/>
                <w:sz w:val="19"/>
              </w:rPr>
              <w:t xml:space="preserve">Register at </w:t>
            </w:r>
            <w:r>
              <w:rPr>
                <w:rFonts w:ascii="Calibri" w:hAnsi="Calibri"/>
                <w:b w:val="0"/>
                <w:i w:val="0"/>
                <w:color w:val="9A5B13"/>
                <w:sz w:val="19"/>
              </w:rPr>
              <w:t>[Registration link]</w:t>
            </w:r>
            <w:r>
              <w:rPr>
                <w:rFonts w:ascii="Calibri" w:hAnsi="Calibri"/>
                <w:b w:val="0"/>
                <w:i w:val="0"/>
                <w:color w:val="333B44"/>
                <w:sz w:val="19"/>
              </w:rPr>
              <w:t xml:space="preserve"> by </w:t>
            </w:r>
            <w:fldSimple w:instr=" MERGEFIELD &quot;Registration Deadlin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19"/>
                </w:rPr>
                <w:t>«Registration Deadline»</w:t>
              </w:r>
            </w:fldSimple>
            <w:r>
              <w:rPr>
                <w:rFonts w:ascii="Calibri" w:hAnsi="Calibri"/>
                <w:b w:val="0"/>
                <w:i w:val="0"/>
                <w:color w:val="333B44"/>
                <w:sz w:val="19"/>
              </w:rPr>
              <w:t>.</w:t>
            </w:r>
          </w:p>
        </w:tc>
      </w:tr>
    </w:tbl>
    <w:p>
      <w:pPr>
        <w:spacing w:before="0" w:after="8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Seats are limited, and registration closes on the date above. If a colleague at </w:t>
      </w:r>
      <w:fldSimple w:instr=" MERGEFIELD &quot;Company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«Company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should be with us too, reply to this letter and we will gladly send a second invitation.</w:t>
      </w:r>
    </w:p>
    <w:p>
      <w:pPr>
        <w:spacing w:before="200" w:after="360"/>
        <w:keepNext/>
      </w:pPr>
      <w:r>
        <w:rPr>
          <w:rFonts w:ascii="Calibri" w:hAnsi="Calibri"/>
          <w:b w:val="0"/>
          <w:i w:val="0"/>
          <w:color w:val="333B44"/>
          <w:sz w:val="21"/>
        </w:rPr>
        <w:t>Warm regards,</w:t>
      </w: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[Event coordinator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for </w:t>
      </w:r>
      <w:r>
        <w:rPr>
          <w:rFonts w:ascii="Calibri" w:hAnsi="Calibri"/>
          <w:b w:val="0"/>
          <w:i w:val="0"/>
          <w:color w:val="9A5B13"/>
          <w:sz w:val="18"/>
        </w:rPr>
        <w:t>[Host organization]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Invitation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