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[School name]</w:t>
      </w:r>
    </w:p>
    <w:p>
      <w:pPr>
        <w:spacing w:before="0" w:after="160"/>
        <w:jc w:val="center"/>
        <w:pBdr>
          <w:bottom w:val="single" w:sz="14" w:space="6" w:color="1F4D3A"/>
        </w:pBdr>
      </w:pPr>
      <w:r>
        <w:rPr>
          <w:rFonts w:ascii="Calibri" w:hAnsi="Calibri"/>
          <w:b w:val="0"/>
          <w:i w:val="0"/>
          <w:color w:val="9A5B13"/>
          <w:sz w:val="17"/>
        </w:rPr>
        <w:t>[School address line]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phone]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[Office contact email]</w:t>
      </w:r>
    </w:p>
    <w:p>
      <w:pPr>
        <w:spacing w:before="0" w:after="0" w:line="40" w:lineRule="exact"/>
        <w:pBdr>
          <w:bottom w:val="single" w:sz="4" w:space="1" w:color="C9D2C9"/>
        </w:pBdr>
      </w:pPr>
    </w:p>
    <w:p>
      <w:pPr>
        <w:spacing w:before="40" w:after="28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1F4D3A"/>
          <w:left w:val="single" w:sz="4" w:space="0" w:color="1F4D3A"/>
          <w:bottom w:val="single" w:sz="4" w:space="0" w:color="1F4D3A"/>
          <w:right w:val="single" w:sz="4" w:space="0" w:color="1F4D3A"/>
          <w:insideH w:val="single" w:sz="4" w:space="0" w:color="1F4D3A"/>
          <w:insideV w:val="single" w:sz="4" w:space="0" w:color="1F4D3A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9792"/>
      </w:tblGrid>
      <w:tr>
        <w:tc>
          <w:tcPr>
            <w:tcW w:type="dxa" w:w="9792"/>
            <w:tcW w:w="10052" w:type="dxa"/>
            <w:shd w:val="clear" w:fill="1F4D3A"/>
          </w:tcPr>
          <w:p>
            <w:pPr>
              <w:spacing w:before="240" w:after="6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36"/>
                <w:spacing w:val="60"/>
              </w:rPr>
              <w:t>WELCOME BACK</w:t>
            </w:r>
          </w:p>
          <w:p>
            <w:pPr>
              <w:spacing w:after="240"/>
              <w:jc w:val="center"/>
            </w:pPr>
            <w:r>
              <w:rPr>
                <w:rFonts w:ascii="Calibri" w:hAnsi="Calibri"/>
                <w:b w:val="0"/>
                <w:i/>
                <w:color w:val="DCE7DC"/>
                <w:sz w:val="19"/>
              </w:rPr>
              <w:t>A new school year begins</w:t>
            </w:r>
          </w:p>
        </w:tc>
      </w:tr>
    </w:tbl>
    <w:p>
      <w:pPr>
        <w:spacing w:before="0" w:after="120"/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Par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«Parent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We hope your family had a restful summer. Everyone at </w:t>
      </w:r>
      <w:r>
        <w:rPr>
          <w:rFonts w:ascii="Calibri" w:hAnsi="Calibri"/>
          <w:b w:val="0"/>
          <w:i w:val="0"/>
          <w:color w:val="9A5B13"/>
          <w:sz w:val="21"/>
        </w:rPr>
        <w:t>[School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 is excited to welcome </w:t>
      </w:r>
      <w:fldSimple w:instr=" MERGEFIELD &quot;Student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«Student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into </w:t>
      </w:r>
      <w:fldSimple w:instr=" MERGEFIELD &quot;Grade Level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«Grade Level»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 and the classrooms are decorated, stocked, and ready.</w:t>
      </w:r>
    </w:p>
    <w:p>
      <w:pPr>
        <w:spacing w:before="0" w:after="80" w:line="8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D2C9"/>
          <w:left w:val="single" w:sz="4" w:space="0" w:color="C9D2C9"/>
          <w:bottom w:val="single" w:sz="4" w:space="0" w:color="C9D2C9"/>
          <w:right w:val="single" w:sz="4" w:space="0" w:color="C9D2C9"/>
          <w:insideH w:val="single" w:sz="4" w:space="0" w:color="C9D2C9"/>
          <w:insideV w:val="single" w:sz="4" w:space="0" w:color="C9D2C9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5026" w:type="dxa"/>
            <w:shd w:val="clear" w:fill="F3EFE4"/>
          </w:tcPr>
          <w:p>
            <w:pPr>
              <w:spacing w:before="40" w:after="80"/>
            </w:pPr>
            <w:r>
              <w:rPr>
                <w:rFonts w:ascii="Calibri" w:hAnsi="Calibri"/>
                <w:b/>
                <w:i w:val="0"/>
                <w:color w:val="1F4D3A"/>
                <w:sz w:val="16"/>
                <w:spacing w:val="20"/>
              </w:rPr>
              <w:t>CLASSROOM ASSIGNMENT</w:t>
            </w:r>
          </w:p>
          <w:p>
            <w:pPr>
              <w:spacing w:before="40" w:after="20"/>
            </w:pPr>
            <w:r>
              <w:rPr>
                <w:rFonts w:ascii="Calibri" w:hAnsi="Calibri"/>
                <w:b/>
                <w:i w:val="0"/>
                <w:color w:val="45594E"/>
                <w:sz w:val="15"/>
                <w:spacing w:val="20"/>
              </w:rPr>
              <w:t>GRADE LEVEL</w:t>
            </w:r>
          </w:p>
          <w:p>
            <w:pPr>
              <w:spacing w:after="0"/>
            </w:pPr>
            <w:fldSimple w:instr=" MERGEFIELD &quot;Grade Level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«Grade Level»</w:t>
              </w:r>
            </w:fldSimple>
          </w:p>
          <w:p>
            <w:pPr>
              <w:spacing w:before="80" w:after="20"/>
            </w:pPr>
            <w:r>
              <w:rPr>
                <w:rFonts w:ascii="Calibri" w:hAnsi="Calibri"/>
                <w:b/>
                <w:i w:val="0"/>
                <w:color w:val="45594E"/>
                <w:sz w:val="15"/>
                <w:spacing w:val="20"/>
              </w:rPr>
              <w:t>HOMEROOM TEACHER</w:t>
            </w:r>
          </w:p>
          <w:p>
            <w:pPr>
              <w:spacing w:after="0"/>
            </w:pPr>
            <w:fldSimple w:instr=" MERGEFIELD &quot;Homeroom Teacher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«Homeroom Teacher»</w:t>
              </w:r>
            </w:fldSimple>
          </w:p>
          <w:p>
            <w:pPr>
              <w:spacing w:before="80" w:after="20"/>
            </w:pPr>
            <w:r>
              <w:rPr>
                <w:rFonts w:ascii="Calibri" w:hAnsi="Calibri"/>
                <w:b/>
                <w:i w:val="0"/>
                <w:color w:val="45594E"/>
                <w:sz w:val="15"/>
                <w:spacing w:val="20"/>
              </w:rPr>
              <w:t>ROOM</w:t>
            </w:r>
          </w:p>
          <w:p>
            <w:pPr>
              <w:spacing w:after="0"/>
            </w:pPr>
            <w:fldSimple w:instr=" MERGEFIELD &quot;Classroom Number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«Classroom Number»</w:t>
              </w:r>
            </w:fldSimple>
          </w:p>
          <w:p>
            <w:pPr>
              <w:spacing w:before="80" w:after="20"/>
            </w:pPr>
            <w:r>
              <w:rPr>
                <w:rFonts w:ascii="Calibri" w:hAnsi="Calibri"/>
                <w:b/>
                <w:i w:val="0"/>
                <w:color w:val="45594E"/>
                <w:sz w:val="15"/>
                <w:spacing w:val="20"/>
              </w:rPr>
              <w:t>DOORS OPEN AT</w:t>
            </w:r>
          </w:p>
          <w:p>
            <w:pPr>
              <w:spacing w:after="0"/>
            </w:pPr>
            <w:fldSimple w:instr=" MERGEFIELD &quot;School Start Ti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«School Start Time»</w:t>
              </w:r>
            </w:fldSimple>
          </w:p>
          <w:p>
            <w:pPr>
              <w:spacing w:before="80" w:after="20"/>
            </w:pPr>
            <w:r>
              <w:rPr>
                <w:rFonts w:ascii="Calibri" w:hAnsi="Calibri"/>
                <w:b/>
                <w:i w:val="0"/>
                <w:color w:val="45594E"/>
                <w:sz w:val="15"/>
                <w:spacing w:val="20"/>
              </w:rPr>
              <w:t>FIRST DAY OF SCHOOL</w:t>
            </w:r>
          </w:p>
          <w:p>
            <w:pPr>
              <w:spacing w:after="0"/>
            </w:pPr>
            <w:fldSimple w:instr=" MERGEFIELD &quot;First Day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«First Day Date»</w:t>
              </w:r>
            </w:fldSimple>
          </w:p>
        </w:tc>
        <w:tc>
          <w:tcPr>
            <w:tcW w:type="dxa" w:w="4896"/>
            <w:tcW w:w="5026" w:type="dxa"/>
          </w:tcPr>
          <w:p>
            <w:pPr>
              <w:spacing w:before="40" w:after="80"/>
            </w:pPr>
            <w:r>
              <w:rPr>
                <w:rFonts w:ascii="Calibri" w:hAnsi="Calibri"/>
                <w:b/>
                <w:i w:val="0"/>
                <w:color w:val="1F4D3A"/>
                <w:sz w:val="16"/>
                <w:spacing w:val="20"/>
              </w:rPr>
              <w:t>WHAT TO PACK</w:t>
            </w:r>
          </w:p>
          <w:p>
            <w:pPr>
              <w:spacing w:after="80"/>
              <w:ind w:left="230" w:hanging="115"/>
            </w:pPr>
            <w:r>
              <w:rPr>
                <w:rFonts w:ascii="Calibri" w:hAnsi="Calibri"/>
                <w:b/>
                <w:i w:val="0"/>
                <w:color w:val="1F4D3A"/>
                <w:sz w:val="20"/>
              </w:rPr>
              <w:t xml:space="preserve">• </w:t>
            </w:r>
            <w:r>
              <w:rPr>
                <w:rFonts w:ascii="Calibri" w:hAnsi="Calibri"/>
                <w:b w:val="0"/>
                <w:i w:val="0"/>
                <w:color w:val="333B44"/>
                <w:sz w:val="20"/>
              </w:rPr>
              <w:t>A labeled water bottle</w:t>
            </w:r>
          </w:p>
          <w:p>
            <w:pPr>
              <w:spacing w:after="80"/>
              <w:ind w:left="230" w:hanging="115"/>
            </w:pPr>
            <w:r>
              <w:rPr>
                <w:rFonts w:ascii="Calibri" w:hAnsi="Calibri"/>
                <w:b/>
                <w:i w:val="0"/>
                <w:color w:val="1F4D3A"/>
                <w:sz w:val="20"/>
              </w:rPr>
              <w:t xml:space="preserve">• </w:t>
            </w:r>
            <w:r>
              <w:rPr>
                <w:rFonts w:ascii="Calibri" w:hAnsi="Calibri"/>
                <w:b w:val="0"/>
                <w:i w:val="0"/>
                <w:color w:val="9A5B13"/>
                <w:sz w:val="20"/>
              </w:rPr>
              <w:t>[Supply list item 1]</w:t>
            </w:r>
          </w:p>
          <w:p>
            <w:pPr>
              <w:spacing w:after="80"/>
              <w:ind w:left="230" w:hanging="115"/>
            </w:pPr>
            <w:r>
              <w:rPr>
                <w:rFonts w:ascii="Calibri" w:hAnsi="Calibri"/>
                <w:b/>
                <w:i w:val="0"/>
                <w:color w:val="1F4D3A"/>
                <w:sz w:val="20"/>
              </w:rPr>
              <w:t xml:space="preserve">• </w:t>
            </w:r>
            <w:r>
              <w:rPr>
                <w:rFonts w:ascii="Calibri" w:hAnsi="Calibri"/>
                <w:b w:val="0"/>
                <w:i w:val="0"/>
                <w:color w:val="9A5B13"/>
                <w:sz w:val="20"/>
              </w:rPr>
              <w:t>[Supply list item 2]</w:t>
            </w:r>
          </w:p>
          <w:p>
            <w:pPr>
              <w:spacing w:before="120" w:after="0"/>
            </w:pPr>
            <w:r>
              <w:rPr>
                <w:rFonts w:ascii="Calibri" w:hAnsi="Calibri"/>
                <w:b w:val="0"/>
                <w:i/>
                <w:color w:val="5F6B76"/>
                <w:sz w:val="17"/>
              </w:rPr>
              <w:t xml:space="preserve">Please label everything with </w:t>
            </w:r>
            <w:fldSimple w:instr=" MERGEFIELD &quot;Student Name&quot; \* MERGEFORMAT ">
              <w:r>
                <w:rPr>
                  <w:rFonts w:ascii="Calibri" w:hAnsi="Calibri"/>
                  <w:b w:val="0"/>
                  <w:i/>
                  <w:color w:val="5F6B76"/>
                  <w:sz w:val="17"/>
                </w:rPr>
                <w:t>«Student Name»</w:t>
              </w:r>
            </w:fldSimple>
            <w:r>
              <w:rPr>
                <w:rFonts w:ascii="Calibri" w:hAnsi="Calibri"/>
                <w:b w:val="0"/>
                <w:i/>
                <w:color w:val="5F6B76"/>
                <w:sz w:val="17"/>
              </w:rPr>
              <w:t>'s name.</w:t>
            </w:r>
          </w:p>
        </w:tc>
      </w:tr>
    </w:tbl>
    <w:p>
      <w:pPr>
        <w:spacing w:before="0" w:after="40"/>
      </w:pP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On the first morning, staff members will be at the main entrance to walk everyone to their rooms. If any question comes up before then, contact us at </w:t>
      </w:r>
      <w:r>
        <w:rPr>
          <w:rFonts w:ascii="Calibri" w:hAnsi="Calibri"/>
          <w:b w:val="0"/>
          <w:i w:val="0"/>
          <w:color w:val="9A5B13"/>
          <w:sz w:val="21"/>
        </w:rPr>
        <w:t>[Office contact email]</w:t>
      </w:r>
      <w:r>
        <w:rPr>
          <w:rFonts w:ascii="Calibri" w:hAnsi="Calibri"/>
          <w:b w:val="0"/>
          <w:i w:val="0"/>
          <w:color w:val="333B44"/>
          <w:sz w:val="21"/>
        </w:rPr>
        <w:t xml:space="preserve"> or </w:t>
      </w:r>
      <w:r>
        <w:rPr>
          <w:rFonts w:ascii="Calibri" w:hAnsi="Calibri"/>
          <w:b w:val="0"/>
          <w:i w:val="0"/>
          <w:color w:val="9A5B13"/>
          <w:sz w:val="21"/>
        </w:rPr>
        <w:t>[Office phone]</w:t>
      </w:r>
      <w:r>
        <w:rPr>
          <w:rFonts w:ascii="Calibri" w:hAnsi="Calibri"/>
          <w:b w:val="0"/>
          <w:i w:val="0"/>
          <w:color w:val="333B44"/>
          <w:sz w:val="21"/>
        </w:rPr>
        <w:t>.</w:t>
      </w:r>
    </w:p>
    <w:p>
      <w:pPr>
        <w:spacing w:before="20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Warmly,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[Principal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Principal, </w:t>
      </w:r>
      <w:r>
        <w:rPr>
          <w:rFonts w:ascii="Calibri" w:hAnsi="Calibri"/>
          <w:b w:val="0"/>
          <w:i w:val="0"/>
          <w:color w:val="9A5B13"/>
          <w:sz w:val="18"/>
        </w:rPr>
        <w:t>[School name]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1F4D3A"/>
          <w:sz w:val="19"/>
        </w:rPr>
        <w:t xml:space="preserve">We cannot wait to see everyone on </w:t>
      </w:r>
      <w:fldSimple w:instr=" MERGEFIELD &quot;First Day Date&quot; \* MERGEFORMAT ">
        <w:r>
          <w:rPr>
            <w:rFonts w:ascii="Calibri" w:hAnsi="Calibri"/>
            <w:b w:val="0"/>
            <w:i/>
            <w:color w:val="1F4D3A"/>
            <w:sz w:val="19"/>
          </w:rPr>
          <w:t>«First Day Date»</w:t>
        </w:r>
      </w:fldSimple>
      <w:r>
        <w:rPr>
          <w:rFonts w:ascii="Calibri" w:hAnsi="Calibri"/>
          <w:b w:val="0"/>
          <w:i/>
          <w:color w:val="1F4D3A"/>
          <w:sz w:val="19"/>
        </w:rPr>
        <w:t>!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Back Letter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