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CellMar>
          <w:top w:w="0" w:type="dxa"/>
          <w:bottom w:w="0" w:type="dxa"/>
          <w:left w:w="0" w:type="dxa"/>
          <w:right w:w="0" w:type="dxa"/>
        </w:tblCellMar>
      </w:tblPr>
      <w:tblGrid>
        <w:gridCol w:w="4896"/>
        <w:gridCol w:w="4896"/>
      </w:tblGrid>
      <w:tr>
        <w:tc>
          <w:tcPr>
            <w:tcW w:type="dxa" w:w="4896"/>
            <w:tcW w:w="5760" w:type="dxa"/>
          </w:tcPr>
          <w:p>
            <w:pPr>
              <w:spacing w:after="40"/>
            </w:pPr>
            <w:r>
              <w:rPr>
                <w:rFonts w:ascii="Georgia" w:hAnsi="Georgia"/>
                <w:b/>
                <w:i w:val="0"/>
                <w:color w:val="9A5B13"/>
                <w:sz w:val="28"/>
                <w:caps/>
                <w:spacing w:val="24"/>
              </w:rPr>
              <w:t>[School name]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9A5B13"/>
                <w:sz w:val="17"/>
              </w:rPr>
              <w:t>[School address line]</w:t>
            </w:r>
          </w:p>
        </w:tc>
        <w:tc>
          <w:tcPr>
            <w:tcW w:type="dxa" w:w="4896"/>
            <w:tcW w:w="4031" w:type="dxa"/>
          </w:tcPr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i w:val="0"/>
                <w:color w:val="1F4D3A"/>
                <w:sz w:val="21"/>
                <w:spacing w:val="30"/>
              </w:rPr>
              <w:t>TUITION AND FEES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i w:val="0"/>
                <w:color w:val="1F4D3A"/>
                <w:sz w:val="21"/>
                <w:spacing w:val="30"/>
              </w:rPr>
              <w:t>STATEMENT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 xml:space="preserve">Statement date: </w:t>
            </w:r>
            <w:fldSimple w:instr=" MERGEFIELD &quot;Statement Dat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7"/>
                </w:rPr>
                <w:t>«Statement Date»</w:t>
              </w:r>
            </w:fldSimple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 xml:space="preserve">Student ID: </w:t>
            </w:r>
            <w:fldSimple w:instr=" MERGEFIELD &quot;Student ID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7"/>
                </w:rPr>
                <w:t>«Student ID»</w:t>
              </w:r>
            </w:fldSimple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 xml:space="preserve">Academic year: </w:t>
            </w:r>
            <w:fldSimple w:instr=" MERGEFIELD &quot;Academic Yea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7"/>
                </w:rPr>
                <w:t>«Academic Year»</w:t>
              </w:r>
            </w:fldSimple>
          </w:p>
        </w:tc>
      </w:tr>
    </w:tbl>
    <w:p>
      <w:pPr>
        <w:spacing w:before="120" w:after="80" w:line="40" w:lineRule="exact"/>
        <w:pBdr>
          <w:bottom w:val="single" w:sz="18" w:space="1" w:color="1F4D3A"/>
        </w:pBdr>
      </w:pP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24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PREPARED FOR</w:t>
      </w:r>
    </w:p>
    <w:p>
      <w:pPr>
        <w:spacing w:before="0" w:after="20"/>
      </w:pPr>
      <w:fldSimple w:instr=" MERGEFIELD &quot;Parent Name&quot; \* MERGEFORMAT ">
        <w:r>
          <w:rPr>
            <w:rFonts w:ascii="Calibri" w:hAnsi="Calibri"/>
            <w:b/>
            <w:i w:val="0"/>
            <w:color w:val="333B44"/>
            <w:sz w:val="22"/>
          </w:rPr>
          <w:t>«Parent Name»</w:t>
        </w:r>
      </w:fldSimple>
    </w:p>
    <w:p>
      <w:pPr>
        <w:spacing w:before="0" w:after="200"/>
      </w:pPr>
      <w:r>
        <w:rPr>
          <w:rFonts w:ascii="Calibri" w:hAnsi="Calibri"/>
          <w:b w:val="0"/>
          <w:i w:val="0"/>
          <w:color w:val="5F6B76"/>
          <w:sz w:val="19"/>
        </w:rPr>
        <w:t xml:space="preserve">Parent or guardian of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5F6B76"/>
            <w:sz w:val="19"/>
          </w:rPr>
          <w:t>«Student Name»</w:t>
        </w:r>
      </w:fldSimple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SUMMARY OF CHARGES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6192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Tuition</w:t>
            </w:r>
          </w:p>
        </w:tc>
        <w:tc>
          <w:tcPr>
            <w:tcW w:type="dxa" w:w="4896"/>
            <w:tcW w:w="3859" w:type="dxa"/>
          </w:tcPr>
          <w:p>
            <w:pPr>
              <w:spacing w:after="0"/>
              <w:jc w:val="right"/>
            </w:pPr>
            <w:fldSimple w:instr=" MERGEFIELD &quot;Tuition Amou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«Tuition Amount»</w:t>
              </w:r>
            </w:fldSimple>
          </w:p>
        </w:tc>
      </w:tr>
      <w:tr>
        <w:tc>
          <w:tcPr>
            <w:tcW w:type="dxa" w:w="4896"/>
            <w:tcW w:w="6192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Activity fee</w:t>
            </w:r>
          </w:p>
        </w:tc>
        <w:tc>
          <w:tcPr>
            <w:tcW w:type="dxa" w:w="4896"/>
            <w:tcW w:w="3859" w:type="dxa"/>
          </w:tcPr>
          <w:p>
            <w:pPr>
              <w:spacing w:after="0"/>
              <w:jc w:val="right"/>
            </w:pPr>
            <w:fldSimple w:instr=" MERGEFIELD &quot;Activity Fe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«Activity Fee»</w:t>
              </w:r>
            </w:fldSimple>
          </w:p>
        </w:tc>
      </w:tr>
      <w:tr>
        <w:tc>
          <w:tcPr>
            <w:tcW w:type="dxa" w:w="4896"/>
            <w:tcW w:w="6192" w:type="dxa"/>
            <w:shd w:val="clear" w:fill="F3EF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5594E"/>
                <w:sz w:val="19"/>
              </w:rPr>
              <w:t>Technology fee</w:t>
            </w:r>
          </w:p>
        </w:tc>
        <w:tc>
          <w:tcPr>
            <w:tcW w:type="dxa" w:w="4896"/>
            <w:tcW w:w="3859" w:type="dxa"/>
          </w:tcPr>
          <w:p>
            <w:pPr>
              <w:spacing w:after="0"/>
              <w:jc w:val="right"/>
            </w:pPr>
            <w:fldSimple w:instr=" MERGEFIELD &quot;Technology Fe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«Technology Fee»</w:t>
              </w:r>
            </w:fldSimple>
          </w:p>
        </w:tc>
      </w:tr>
      <w:tr>
        <w:tc>
          <w:tcPr>
            <w:tcW w:type="dxa" w:w="4896"/>
            <w:tcW w:w="6192" w:type="dxa"/>
            <w:shd w:val="clear" w:fill="E2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Total due</w:t>
            </w:r>
          </w:p>
        </w:tc>
        <w:tc>
          <w:tcPr>
            <w:tcW w:type="dxa" w:w="4896"/>
            <w:tcW w:w="3859" w:type="dxa"/>
            <w:shd w:val="clear" w:fill="E2EBE4"/>
          </w:tcPr>
          <w:p>
            <w:pPr>
              <w:spacing w:after="0"/>
              <w:jc w:val="right"/>
            </w:pPr>
            <w:fldSimple w:instr=" MERGEFIELD &quot;Total Du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«Total Due»</w:t>
              </w:r>
            </w:fldSimple>
          </w:p>
        </w:tc>
      </w:tr>
    </w:tbl>
    <w:p>
      <w:pPr>
        <w:spacing w:before="0"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10052" w:type="dxa"/>
            <w:shd w:val="clear" w:fill="F3EFE4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 xml:space="preserve">Payment is due by </w:t>
            </w:r>
            <w:fldSimple w:instr=" MERGEFIELD &quot;Payment Due Date&quot; \* MERGEFORMAT ">
              <w:r>
                <w:rPr>
                  <w:rFonts w:ascii="Calibri" w:hAnsi="Calibri"/>
                  <w:b/>
                  <w:i w:val="0"/>
                  <w:color w:val="1F4D3A"/>
                  <w:sz w:val="19"/>
                </w:rPr>
                <w:t>«Payment Due Date»</w:t>
              </w:r>
            </w:fldSimple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.</w:t>
            </w:r>
          </w:p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Payment plans are available. Contact the business office at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[Office contact email]</w:t>
            </w: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or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[Office phone]</w:t>
            </w: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 xml:space="preserve"> and we will be glad to arrange one.</w:t>
            </w:r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Please retain this statement for your records. If you believe any item is listed in error, contact us and we will review it promptly.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statement is provided for general information. Amounts reflect school records as of the statement date; tuition and fee policies vary by school and region.</w:t>
      </w:r>
    </w:p>
    <w:p>
      <w:pPr>
        <w:spacing w:before="2400" w:after="20"/>
        <w:jc w:val="center"/>
      </w:pPr>
      <w:r>
        <w:rPr>
          <w:rFonts w:ascii="Calibri" w:hAnsi="Calibri"/>
          <w:b w:val="0"/>
          <w:i w:val="0"/>
          <w:color w:val="5F6B76"/>
          <w:sz w:val="15"/>
          <w:spacing w:val="20"/>
        </w:rPr>
        <w:t>DETACH AND RETURN WITH YOUR PAYMENT</w:t>
      </w:r>
    </w:p>
    <w:p>
      <w:pPr>
        <w:spacing w:before="0" w:after="200" w:line="40" w:lineRule="exact"/>
        <w:pBdr>
          <w:bottom w:val="dashed" w:sz="6" w:space="1" w:color="5F6B76"/>
        </w:pBdr>
      </w:pPr>
    </w:p>
    <w:p>
      <w:pPr>
        <w:spacing w:before="4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REMITTANCE ADVICE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3264"/>
        <w:gridCol w:w="3264"/>
        <w:gridCol w:w="3264"/>
      </w:tblGrid>
      <w:tr>
        <w:tc>
          <w:tcPr>
            <w:tcW w:type="dxa" w:w="3264"/>
            <w:tcW w:w="3311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STUDENT ID</w:t>
            </w:r>
          </w:p>
          <w:p>
            <w:pPr>
              <w:spacing w:after="0"/>
              <w:jc w:val="center"/>
            </w:pPr>
            <w:fldSimple w:instr=" MERGEFIELD &quot;Student ID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«Student ID»</w:t>
              </w:r>
            </w:fldSimple>
          </w:p>
        </w:tc>
        <w:tc>
          <w:tcPr>
            <w:tcW w:type="dxa" w:w="3264"/>
            <w:tcW w:w="3311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AMOUNT DUE</w:t>
            </w:r>
          </w:p>
          <w:p>
            <w:pPr>
              <w:spacing w:after="0"/>
              <w:jc w:val="center"/>
            </w:pPr>
            <w:fldSimple w:instr=" MERGEFIELD &quot;Total Du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«Total Due»</w:t>
              </w:r>
            </w:fldSimple>
          </w:p>
        </w:tc>
        <w:tc>
          <w:tcPr>
            <w:tcW w:type="dxa" w:w="3264"/>
            <w:tcW w:w="3428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DUE BY</w:t>
            </w:r>
          </w:p>
          <w:p>
            <w:pPr>
              <w:spacing w:after="0"/>
              <w:jc w:val="center"/>
            </w:pPr>
            <w:fldSimple w:instr=" MERGEFIELD &quot;Payment Due Dat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«Payment Due Date»</w:t>
              </w:r>
            </w:fldSimple>
          </w:p>
        </w:tc>
      </w:tr>
    </w:tbl>
    <w:p>
      <w:pPr>
        <w:spacing w:before="0" w:after="40"/>
      </w:pPr>
    </w:p>
    <w:p>
      <w:pPr>
        <w:spacing w:before="4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Make checks payable to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  <w:r>
        <w:rPr>
          <w:rFonts w:ascii="Calibri" w:hAnsi="Calibri"/>
          <w:b w:val="0"/>
          <w:i w:val="0"/>
          <w:color w:val="5F6B76"/>
          <w:sz w:val="18"/>
        </w:rPr>
        <w:t xml:space="preserve"> and write the student ID on the memo line.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 and Fees Statement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