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[School name]</w:t>
      </w:r>
    </w:p>
    <w:p>
      <w:pPr>
        <w:spacing w:before="0" w:after="160"/>
        <w:jc w:val="center"/>
        <w:pBdr>
          <w:bottom w:val="single" w:sz="14" w:space="6" w:color="1F4D3A"/>
        </w:pBdr>
      </w:pPr>
      <w:r>
        <w:rPr>
          <w:rFonts w:ascii="Calibri" w:hAnsi="Calibri"/>
          <w:b w:val="0"/>
          <w:i w:val="0"/>
          <w:color w:val="9A5B13"/>
          <w:sz w:val="17"/>
        </w:rPr>
        <w:t>[School address line]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contact email]</w:t>
      </w:r>
    </w:p>
    <w:p>
      <w:pPr>
        <w:spacing w:before="0" w:after="0" w:line="40" w:lineRule="exact"/>
        <w:pBdr>
          <w:bottom w:val="single" w:sz="4" w:space="1" w:color="C9D2C9"/>
        </w:pBdr>
      </w:pPr>
    </w:p>
    <w:p>
      <w:pPr>
        <w:spacing w:before="240" w:after="40"/>
        <w:jc w:val="center"/>
      </w:pPr>
      <w:r>
        <w:rPr>
          <w:rFonts w:ascii="Georgia" w:hAnsi="Georgia"/>
          <w:b/>
          <w:i w:val="0"/>
          <w:color w:val="1F4D3A"/>
          <w:sz w:val="28"/>
          <w:spacing w:val="50"/>
        </w:rPr>
        <w:t>STUDENT REPORT CARD</w:t>
      </w:r>
    </w:p>
    <w:p>
      <w:pPr>
        <w:spacing w:before="0" w:after="20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Report of academic progress for </w:t>
      </w:r>
      <w:fldSimple w:instr=" MERGEFIELD &quot;Term&quot; \* MERGEFORMAT ">
        <w:r>
          <w:rPr>
            <w:rFonts w:ascii="Calibri" w:hAnsi="Calibri"/>
            <w:b w:val="0"/>
            <w:i/>
            <w:color w:val="5F6B76"/>
            <w:sz w:val="19"/>
          </w:rPr>
          <w:t>«Term»</w:t>
        </w:r>
      </w:fldSimple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2448"/>
        <w:gridCol w:w="2448"/>
        <w:gridCol w:w="2448"/>
        <w:gridCol w:w="2448"/>
      </w:tblGrid>
      <w:tr>
        <w:tc>
          <w:tcPr>
            <w:tcW w:type="dxa" w:w="2448"/>
            <w:tcW w:w="3168" w:type="dxa"/>
            <w:shd w:val="clear" w:fill="F3EFE4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STUDENT</w:t>
            </w:r>
          </w:p>
          <w:p>
            <w:pPr>
              <w:spacing w:after="0"/>
              <w:jc w:val="center"/>
            </w:pPr>
            <w:fldSimple w:instr=" MERGEFIELD &quot;Student Name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«Student Name»</w:t>
              </w:r>
            </w:fldSimple>
          </w:p>
        </w:tc>
        <w:tc>
          <w:tcPr>
            <w:tcW w:type="dxa" w:w="2448"/>
            <w:tcW w:w="1872" w:type="dxa"/>
            <w:shd w:val="clear" w:fill="F3EFE4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GRADE LEVEL</w:t>
            </w:r>
          </w:p>
          <w:p>
            <w:pPr>
              <w:spacing w:after="0"/>
              <w:jc w:val="center"/>
            </w:pPr>
            <w:fldSimple w:instr=" MERGEFIELD &quot;Grade Level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«Grade Level»</w:t>
              </w:r>
            </w:fldSimple>
          </w:p>
        </w:tc>
        <w:tc>
          <w:tcPr>
            <w:tcW w:type="dxa" w:w="2448"/>
            <w:tcW w:w="2160" w:type="dxa"/>
            <w:shd w:val="clear" w:fill="F3EFE4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TERM</w:t>
            </w:r>
          </w:p>
          <w:p>
            <w:pPr>
              <w:spacing w:after="0"/>
              <w:jc w:val="center"/>
            </w:pPr>
            <w:fldSimple w:instr=" MERGEFIELD &quot;Term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«Term»</w:t>
              </w:r>
            </w:fldSimple>
          </w:p>
        </w:tc>
        <w:tc>
          <w:tcPr>
            <w:tcW w:type="dxa" w:w="2448"/>
            <w:tcW w:w="2852" w:type="dxa"/>
            <w:shd w:val="clear" w:fill="F3EFE4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i w:val="0"/>
                <w:color w:val="1F4D3A"/>
                <w:sz w:val="15"/>
                <w:spacing w:val="20"/>
              </w:rPr>
              <w:t>HOMEROOM</w:t>
            </w:r>
          </w:p>
          <w:p>
            <w:pPr>
              <w:spacing w:after="0"/>
              <w:jc w:val="center"/>
            </w:pPr>
            <w:fldSimple w:instr=" MERGEFIELD &quot;Homeroom Teacher&quot; \* MERGEFORMAT ">
              <w:r>
                <w:rPr>
                  <w:rFonts w:ascii="Calibri" w:hAnsi="Calibri"/>
                  <w:b/>
                  <w:i w:val="0"/>
                  <w:color w:val="333B44"/>
                  <w:sz w:val="20"/>
                </w:rPr>
                <w:t>«Homeroom Teacher»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ACADEMIC PERFORMANCE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6623" w:type="dxa"/>
            <w:shd w:val="clear" w:fill="1F4D3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7"/>
                <w:spacing w:val="20"/>
              </w:rPr>
              <w:t>SUBJECT</w:t>
            </w:r>
          </w:p>
        </w:tc>
        <w:tc>
          <w:tcPr>
            <w:tcW w:type="dxa" w:w="4896"/>
            <w:tcW w:w="3428" w:type="dxa"/>
            <w:shd w:val="clear" w:fill="1F4D3A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7"/>
                <w:spacing w:val="20"/>
              </w:rPr>
              <w:t>GRADE</w:t>
            </w:r>
          </w:p>
        </w:tc>
      </w:tr>
      <w:tr>
        <w:tc>
          <w:tcPr>
            <w:tcW w:type="dxa" w:w="4896"/>
            <w:tcW w:w="6623" w:type="dxa"/>
          </w:tcPr>
          <w:p>
            <w:pPr>
              <w:spacing w:after="0"/>
            </w:pPr>
            <w:fldSimple w:instr=" MERGEFIELD &quot;Subject 1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«Subject 1»</w:t>
              </w:r>
            </w:fldSimple>
          </w:p>
        </w:tc>
        <w:tc>
          <w:tcPr>
            <w:tcW w:type="dxa" w:w="4896"/>
            <w:tcW w:w="3428" w:type="dxa"/>
          </w:tcPr>
          <w:p>
            <w:pPr>
              <w:spacing w:after="0"/>
              <w:jc w:val="center"/>
            </w:pPr>
            <w:fldSimple w:instr=" MERGEFIELD &quot;Grade 1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«Grade 1»</w:t>
              </w:r>
            </w:fldSimple>
          </w:p>
        </w:tc>
      </w:tr>
      <w:tr>
        <w:tc>
          <w:tcPr>
            <w:tcW w:type="dxa" w:w="4896"/>
            <w:tcW w:w="6623" w:type="dxa"/>
          </w:tcPr>
          <w:p>
            <w:pPr>
              <w:spacing w:after="0"/>
            </w:pPr>
            <w:fldSimple w:instr=" MERGEFIELD &quot;Subject 2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«Subject 2»</w:t>
              </w:r>
            </w:fldSimple>
          </w:p>
        </w:tc>
        <w:tc>
          <w:tcPr>
            <w:tcW w:type="dxa" w:w="4896"/>
            <w:tcW w:w="3428" w:type="dxa"/>
          </w:tcPr>
          <w:p>
            <w:pPr>
              <w:spacing w:after="0"/>
              <w:jc w:val="center"/>
            </w:pPr>
            <w:fldSimple w:instr=" MERGEFIELD &quot;Grade 2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«Grade 2»</w:t>
              </w:r>
            </w:fldSimple>
          </w:p>
        </w:tc>
      </w:tr>
      <w:tr>
        <w:tc>
          <w:tcPr>
            <w:tcW w:type="dxa" w:w="4896"/>
            <w:tcW w:w="6623" w:type="dxa"/>
          </w:tcPr>
          <w:p>
            <w:pPr>
              <w:spacing w:after="0"/>
            </w:pPr>
            <w:fldSimple w:instr=" MERGEFIELD &quot;Subject 3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«Subject 3»</w:t>
              </w:r>
            </w:fldSimple>
          </w:p>
        </w:tc>
        <w:tc>
          <w:tcPr>
            <w:tcW w:type="dxa" w:w="4896"/>
            <w:tcW w:w="3428" w:type="dxa"/>
          </w:tcPr>
          <w:p>
            <w:pPr>
              <w:spacing w:after="0"/>
              <w:jc w:val="center"/>
            </w:pPr>
            <w:fldSimple w:instr=" MERGEFIELD &quot;Grade 3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«Grade 3»</w:t>
              </w:r>
            </w:fldSimple>
          </w:p>
        </w:tc>
      </w:tr>
      <w:tr>
        <w:tc>
          <w:tcPr>
            <w:tcW w:type="dxa" w:w="4896"/>
            <w:tcW w:w="6623" w:type="dxa"/>
          </w:tcPr>
          <w:p>
            <w:pPr>
              <w:spacing w:after="0"/>
            </w:pPr>
            <w:fldSimple w:instr=" MERGEFIELD &quot;Subject 4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«Subject 4»</w:t>
              </w:r>
            </w:fldSimple>
          </w:p>
        </w:tc>
        <w:tc>
          <w:tcPr>
            <w:tcW w:type="dxa" w:w="4896"/>
            <w:tcW w:w="3428" w:type="dxa"/>
          </w:tcPr>
          <w:p>
            <w:pPr>
              <w:spacing w:after="0"/>
              <w:jc w:val="center"/>
            </w:pPr>
            <w:fldSimple w:instr=" MERGEFIELD &quot;Grade 4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«Grade 4»</w:t>
              </w:r>
            </w:fldSimple>
          </w:p>
        </w:tc>
      </w:tr>
      <w:tr>
        <w:tc>
          <w:tcPr>
            <w:tcW w:type="dxa" w:w="4896"/>
            <w:tcW w:w="6623" w:type="dxa"/>
          </w:tcPr>
          <w:p>
            <w:pPr>
              <w:spacing w:after="0"/>
            </w:pPr>
            <w:fldSimple w:instr=" MERGEFIELD &quot;Subject 5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«Subject 5»</w:t>
              </w:r>
            </w:fldSimple>
          </w:p>
        </w:tc>
        <w:tc>
          <w:tcPr>
            <w:tcW w:type="dxa" w:w="4896"/>
            <w:tcW w:w="3428" w:type="dxa"/>
          </w:tcPr>
          <w:p>
            <w:pPr>
              <w:spacing w:after="0"/>
              <w:jc w:val="center"/>
            </w:pPr>
            <w:fldSimple w:instr=" MERGEFIELD &quot;Grade 5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«Grade 5»</w:t>
              </w:r>
            </w:fldSimple>
          </w:p>
        </w:tc>
      </w:tr>
      <w:tr>
        <w:tc>
          <w:tcPr>
            <w:tcW w:type="dxa" w:w="4896"/>
            <w:tcW w:w="6623" w:type="dxa"/>
            <w:shd w:val="clear" w:fill="E2EBE4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F4D3A"/>
                <w:sz w:val="19"/>
              </w:rPr>
              <w:t>Grade point average</w:t>
            </w:r>
          </w:p>
        </w:tc>
        <w:tc>
          <w:tcPr>
            <w:tcW w:type="dxa" w:w="4896"/>
            <w:tcW w:w="3428" w:type="dxa"/>
            <w:shd w:val="clear" w:fill="E2EBE4"/>
          </w:tcPr>
          <w:p>
            <w:pPr>
              <w:spacing w:after="0"/>
              <w:jc w:val="center"/>
            </w:pPr>
            <w:fldSimple w:instr=" MERGEFIELD &quot;GPA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«GPA»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TEACHER COMMENT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9792"/>
      </w:tblGrid>
      <w:tr>
        <w:tc>
          <w:tcPr>
            <w:tcW w:type="dxa" w:w="9792"/>
            <w:tcW w:w="10052" w:type="dxa"/>
            <w:shd w:val="clear" w:fill="F3EFE4"/>
          </w:tcPr>
          <w:p>
            <w:pPr>
              <w:spacing w:after="0" w:line="276" w:lineRule="auto"/>
            </w:pPr>
            <w:fldSimple w:instr=" MERGEFIELD &quot;Teacher Comment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0"/>
                </w:rPr>
                <w:t>«Teacher Comment»</w:t>
              </w:r>
            </w:fldSimple>
          </w:p>
        </w:tc>
      </w:tr>
    </w:tbl>
    <w:p>
      <w:pPr>
        <w:spacing w:before="0" w:after="40"/>
      </w:pPr>
    </w:p>
    <w:p>
      <w:pPr>
        <w:spacing w:before="120" w:after="360"/>
        <w:keepNext/>
      </w:pP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[Principal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Principal, </w:t>
      </w:r>
      <w:r>
        <w:rPr>
          <w:rFonts w:ascii="Calibri" w:hAnsi="Calibri"/>
          <w:b w:val="0"/>
          <w:i w:val="0"/>
          <w:color w:val="9A5B13"/>
          <w:sz w:val="18"/>
        </w:rPr>
        <w:t>[School name]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 xml:space="preserve">Grades reflect work completed during </w:t>
      </w:r>
      <w:fldSimple w:instr=" MERGEFIELD &quot;Term&quot; \* MERGEFORMAT ">
        <w:r>
          <w:rPr>
            <w:rFonts w:ascii="Calibri" w:hAnsi="Calibri"/>
            <w:b w:val="0"/>
            <w:i/>
            <w:color w:val="5F6B76"/>
            <w:sz w:val="16"/>
          </w:rPr>
          <w:t>«Term»</w:t>
        </w:r>
      </w:fldSimple>
      <w:r>
        <w:rPr>
          <w:rFonts w:ascii="Calibri" w:hAnsi="Calibri"/>
          <w:b w:val="0"/>
          <w:i/>
          <w:color w:val="5F6B76"/>
          <w:sz w:val="16"/>
        </w:rPr>
        <w:t xml:space="preserve">. The full grading scale and academic records are available from the school office at </w:t>
      </w:r>
      <w:r>
        <w:rPr>
          <w:rFonts w:ascii="Calibri" w:hAnsi="Calibri"/>
          <w:b w:val="0"/>
          <w:i/>
          <w:color w:val="9A5B13"/>
          <w:sz w:val="16"/>
        </w:rPr>
        <w:t>[Office contact email]</w:t>
      </w:r>
      <w:r>
        <w:rPr>
          <w:rFonts w:ascii="Calibri" w:hAnsi="Calibri"/>
          <w:b w:val="0"/>
          <w:i/>
          <w:color w:val="5F6B76"/>
          <w:sz w:val="16"/>
        </w:rPr>
        <w:t>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Report Card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