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26"/>
          <w:caps/>
          <w:spacing w:val="30"/>
        </w:rPr>
        <w:t>[School name]</w:t>
      </w:r>
    </w:p>
    <w:p>
      <w:pPr>
        <w:spacing w:before="0" w:after="160"/>
        <w:jc w:val="center"/>
        <w:pBdr>
          <w:bottom w:val="single" w:sz="6" w:space="6" w:color="1F4D3A"/>
        </w:pBdr>
      </w:pPr>
      <w:r>
        <w:rPr>
          <w:rFonts w:ascii="Calibri" w:hAnsi="Calibri"/>
          <w:b w:val="0"/>
          <w:i w:val="0"/>
          <w:color w:val="9A5B13"/>
          <w:sz w:val="17"/>
        </w:rPr>
        <w:t>[School address line]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contact email]</w:t>
      </w:r>
    </w:p>
    <w:p>
      <w:pPr>
        <w:spacing w:before="280" w:after="40"/>
        <w:jc w:val="center"/>
      </w:pPr>
      <w:r>
        <w:rPr>
          <w:rFonts w:ascii="Calibri" w:hAnsi="Calibri"/>
          <w:b/>
          <w:i w:val="0"/>
          <w:color w:val="1F4D3A"/>
          <w:sz w:val="18"/>
          <w:spacing w:val="30"/>
        </w:rPr>
        <w:t>SCHOOL EVENT NOTICE</w:t>
      </w:r>
    </w:p>
    <w:p>
      <w:pPr>
        <w:spacing w:before="0" w:after="240"/>
        <w:jc w:val="center"/>
      </w:pPr>
      <w:fldSimple w:instr=" MERGEFIELD &quot;Event Name&quot; \* MERGEFORMAT ">
        <w:r>
          <w:rPr>
            <w:rFonts w:ascii="Georgia" w:hAnsi="Georgia"/>
            <w:b/>
            <w:i w:val="0"/>
            <w:color w:val="333B44"/>
            <w:sz w:val="40"/>
          </w:rPr>
          <w:t>«Event Name»</w:t>
        </w:r>
      </w:fldSimple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3264"/>
        <w:gridCol w:w="3264"/>
        <w:gridCol w:w="3264"/>
      </w:tblGrid>
      <w:tr>
        <w:tc>
          <w:tcPr>
            <w:tcW w:type="dxa" w:w="3264"/>
            <w:tcW w:w="3456" w:type="dxa"/>
            <w:shd w:val="clear" w:fill="F3EFE4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WHEN</w:t>
            </w:r>
          </w:p>
          <w:p>
            <w:pPr>
              <w:spacing w:after="0"/>
              <w:jc w:val="center"/>
            </w:pPr>
            <w:fldSimple w:instr=" MERGEFIELD &quot;Event Date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«Event Date»</w:t>
              </w:r>
            </w:fldSimple>
          </w:p>
          <w:p>
            <w:pPr>
              <w:spacing w:after="0"/>
              <w:jc w:val="center"/>
            </w:pPr>
            <w:fldSimple w:instr=" MERGEFIELD &quot;Event Time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7"/>
                </w:rPr>
                <w:t>«Event Time»</w:t>
              </w:r>
            </w:fldSimple>
          </w:p>
        </w:tc>
        <w:tc>
          <w:tcPr>
            <w:tcW w:type="dxa" w:w="3264"/>
            <w:tcW w:w="3456" w:type="dxa"/>
            <w:shd w:val="clear" w:fill="F3EFE4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WHERE</w:t>
            </w:r>
          </w:p>
          <w:p>
            <w:pPr>
              <w:spacing w:after="0"/>
              <w:jc w:val="center"/>
            </w:pPr>
            <w:fldSimple w:instr=" MERGEFIELD &quot;Event Location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«Event Location»</w:t>
              </w:r>
            </w:fldSimple>
          </w:p>
        </w:tc>
        <w:tc>
          <w:tcPr>
            <w:tcW w:type="dxa" w:w="3264"/>
            <w:tcW w:w="3139" w:type="dxa"/>
            <w:shd w:val="clear" w:fill="F3EFE4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RSVP BY</w:t>
            </w:r>
          </w:p>
          <w:p>
            <w:pPr>
              <w:spacing w:after="0"/>
              <w:jc w:val="center"/>
            </w:pPr>
            <w:fldSimple w:instr=" MERGEFIELD &quot;RSVP Deadline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«RSVP Deadline»</w:t>
              </w:r>
            </w:fldSimple>
          </w:p>
        </w:tc>
      </w:tr>
    </w:tbl>
    <w:p>
      <w:pPr>
        <w:spacing w:before="0" w:after="40"/>
      </w:pPr>
    </w:p>
    <w:p>
      <w:pPr>
        <w:spacing w:before="16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Par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«Parent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 and </w:t>
      </w:r>
      <w:fldSimple w:instr=" MERGEFIELD &quot;Stud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«Student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are warmly invited to </w:t>
      </w:r>
      <w:fldSimple w:instr=" MERGEFIELD &quot;Ev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«Event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 Events like this one are the heart of our school year, and it would not be the same without your family there.</w:t>
      </w:r>
    </w:p>
    <w:p>
      <w:pPr>
        <w:spacing w:before="20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GOOD TO BRING</w:t>
      </w:r>
    </w:p>
    <w:p>
      <w:pPr>
        <w:spacing w:before="0" w:after="60" w:line="276" w:lineRule="auto"/>
        <w:ind w:left="274" w:hanging="115"/>
      </w:pPr>
      <w:r>
        <w:rPr>
          <w:rFonts w:ascii="Calibri" w:hAnsi="Calibri"/>
          <w:b/>
          <w:i w:val="0"/>
          <w:color w:val="1F4D3A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>A reusable water bottle for each family member.</w:t>
      </w:r>
    </w:p>
    <w:p>
      <w:pPr>
        <w:spacing w:before="0" w:after="60" w:line="276" w:lineRule="auto"/>
        <w:ind w:left="274" w:hanging="115"/>
      </w:pPr>
      <w:r>
        <w:rPr>
          <w:rFonts w:ascii="Calibri" w:hAnsi="Calibri"/>
          <w:b/>
          <w:i w:val="0"/>
          <w:color w:val="1F4D3A"/>
          <w:sz w:val="20"/>
        </w:rPr>
        <w:t xml:space="preserve">• </w:t>
      </w:r>
      <w:r>
        <w:rPr>
          <w:rFonts w:ascii="Calibri" w:hAnsi="Calibri"/>
          <w:b w:val="0"/>
          <w:i w:val="0"/>
          <w:color w:val="9A5B13"/>
          <w:sz w:val="20"/>
        </w:rPr>
        <w:t>[What to bring 1]</w:t>
      </w:r>
    </w:p>
    <w:p>
      <w:pPr>
        <w:spacing w:before="0" w:after="60" w:line="276" w:lineRule="auto"/>
        <w:ind w:left="274" w:hanging="115"/>
      </w:pPr>
      <w:r>
        <w:rPr>
          <w:rFonts w:ascii="Calibri" w:hAnsi="Calibri"/>
          <w:b/>
          <w:i w:val="0"/>
          <w:color w:val="1F4D3A"/>
          <w:sz w:val="20"/>
        </w:rPr>
        <w:t xml:space="preserve">• </w:t>
      </w:r>
      <w:r>
        <w:rPr>
          <w:rFonts w:ascii="Calibri" w:hAnsi="Calibri"/>
          <w:b w:val="0"/>
          <w:i w:val="0"/>
          <w:color w:val="9A5B13"/>
          <w:sz w:val="20"/>
        </w:rPr>
        <w:t>[What to bring 2]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Seating and refreshments are planned by headcount, so please reply by </w:t>
      </w:r>
      <w:fldSimple w:instr=" MERGEFIELD &quot;RSVP Deadlin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«RSVP Deadline»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to </w:t>
      </w:r>
      <w:r>
        <w:rPr>
          <w:rFonts w:ascii="Calibri" w:hAnsi="Calibri"/>
          <w:b w:val="0"/>
          <w:i w:val="0"/>
          <w:color w:val="9A5B13"/>
          <w:sz w:val="21"/>
        </w:rPr>
        <w:t>[Office contact email]</w:t>
      </w:r>
      <w:r>
        <w:rPr>
          <w:rFonts w:ascii="Calibri" w:hAnsi="Calibri"/>
          <w:b w:val="0"/>
          <w:i w:val="0"/>
          <w:color w:val="333B44"/>
          <w:sz w:val="21"/>
        </w:rPr>
        <w:t xml:space="preserve"> or </w:t>
      </w:r>
      <w:r>
        <w:rPr>
          <w:rFonts w:ascii="Calibri" w:hAnsi="Calibri"/>
          <w:b w:val="0"/>
          <w:i w:val="0"/>
          <w:color w:val="9A5B13"/>
          <w:sz w:val="21"/>
        </w:rPr>
        <w:t>[Office phone]</w:t>
      </w:r>
      <w:r>
        <w:rPr>
          <w:rFonts w:ascii="Calibri" w:hAnsi="Calibri"/>
          <w:b w:val="0"/>
          <w:i w:val="0"/>
          <w:color w:val="333B44"/>
          <w:sz w:val="21"/>
        </w:rPr>
        <w:t>. Younger siblings are welcome.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We hope to see you there!</w:t>
      </w:r>
    </w:p>
    <w:p>
      <w:pPr>
        <w:spacing w:before="160" w:after="0"/>
      </w:pPr>
      <w:r>
        <w:rPr>
          <w:rFonts w:ascii="Calibri" w:hAnsi="Calibri"/>
          <w:b w:val="0"/>
          <w:i w:val="0"/>
          <w:color w:val="333B44"/>
          <w:sz w:val="21"/>
        </w:rPr>
        <w:t>With warm wishes,</w:t>
      </w:r>
    </w:p>
    <w:p>
      <w:pPr>
        <w:spacing w:before="0" w:after="0"/>
      </w:pPr>
      <w:r>
        <w:rPr>
          <w:rFonts w:ascii="Calibri" w:hAnsi="Calibri"/>
          <w:b/>
          <w:i w:val="0"/>
          <w:color w:val="333B44"/>
          <w:sz w:val="21"/>
        </w:rPr>
        <w:t xml:space="preserve">The </w:t>
      </w:r>
      <w:r>
        <w:rPr>
          <w:rFonts w:ascii="Calibri" w:hAnsi="Calibri"/>
          <w:b/>
          <w:i w:val="0"/>
          <w:color w:val="9A5B13"/>
          <w:sz w:val="21"/>
        </w:rPr>
        <w:t>[School name]</w:t>
      </w:r>
      <w:r>
        <w:rPr>
          <w:rFonts w:ascii="Calibri" w:hAnsi="Calibri"/>
          <w:b/>
          <w:i w:val="0"/>
          <w:color w:val="333B44"/>
          <w:sz w:val="21"/>
        </w:rPr>
        <w:t xml:space="preserve"> Team</w:t>
      </w:r>
    </w:p>
    <w:p>
      <w:pPr>
        <w:spacing w:before="280" w:after="0"/>
        <w:jc w:val="center"/>
      </w:pPr>
      <w:r>
        <w:rPr>
          <w:rFonts w:ascii="Calibri" w:hAnsi="Calibri"/>
          <w:b w:val="0"/>
          <w:i w:val="0"/>
          <w:color w:val="9A5B13"/>
          <w:sz w:val="16"/>
        </w:rPr>
        <w:t>[School address line]</w:t>
      </w:r>
      <w:r>
        <w:rPr>
          <w:rFonts w:ascii="Calibri" w:hAnsi="Calibri"/>
          <w:b w:val="0"/>
          <w:i w:val="0"/>
          <w:color w:val="5F6B76"/>
          <w:sz w:val="16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6"/>
        </w:rPr>
        <w:t>[Office phone]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Event Notice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