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26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6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4D3A"/>
          <w:sz w:val="27"/>
          <w:spacing w:val="44"/>
        </w:rPr>
        <w:t>FIELD TRIP PERMISSION SLIP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Please sign and return the slip below by </w:t>
      </w:r>
      <w:r>
        <w:rPr>
          <w:rFonts w:ascii="Calibri" w:hAnsi="Calibri"/>
          <w:b w:val="0"/>
          <w:i/>
          <w:color w:val="9A5B13"/>
          <w:sz w:val="19"/>
        </w:rPr>
        <w:t>[Return slip deadline]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Par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«Parent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Our class is planning a field trip to </w:t>
      </w:r>
      <w:fldSimple w:instr=" MERGEFIELD &quot;Destination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«Destination»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, and we would love for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to join us. Students will be supervised by school staff for the whole trip.</w:t>
      </w:r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TRIP DETAILS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Destination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Destination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«Destination»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Trip date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Trip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«Trip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Departure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Departure Ti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«Departure Time»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Return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Return Ti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«Return Time»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Homeroom teacher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Homeroom Teach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«Homeroom Teacher»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4D3A"/>
                <w:sz w:val="19"/>
              </w:rPr>
              <w:t>Cost per student</w:t>
            </w:r>
          </w:p>
        </w:tc>
        <w:tc>
          <w:tcPr>
            <w:tcW w:type="dxa" w:w="4896"/>
            <w:tcW w:w="6668" w:type="dxa"/>
            <w:shd w:val="clear" w:fill="E2EBE4"/>
          </w:tcPr>
          <w:p>
            <w:pPr>
              <w:spacing w:after="0"/>
            </w:pPr>
            <w:fldSimple w:instr=" MERGEFIELD &quot;Trip Cost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«Trip Cost»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The cost covers transportation and admission; please send payment with the signed slip. If the cost is a difficulty, contact us in confidence at </w:t>
      </w:r>
      <w:r>
        <w:rPr>
          <w:rFonts w:ascii="Calibri" w:hAnsi="Calibri"/>
          <w:b w:val="0"/>
          <w:i w:val="0"/>
          <w:color w:val="9A5B13"/>
          <w:sz w:val="21"/>
        </w:rPr>
        <w:t>[Office contact email]</w:t>
      </w:r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20"/>
        <w:jc w:val="center"/>
      </w:pPr>
      <w:r>
        <w:rPr>
          <w:rFonts w:ascii="Calibri" w:hAnsi="Calibri"/>
          <w:b w:val="0"/>
          <w:i w:val="0"/>
          <w:color w:val="5F6B76"/>
          <w:sz w:val="15"/>
          <w:spacing w:val="20"/>
        </w:rPr>
        <w:t>DETACH AND RETURN THE SLIP BELOW</w:t>
      </w:r>
    </w:p>
    <w:p>
      <w:pPr>
        <w:spacing w:before="0" w:after="200" w:line="40" w:lineRule="exact"/>
        <w:pBdr>
          <w:bottom w:val="dashed" w:sz="6" w:space="1" w:color="5F6B76"/>
        </w:pBdr>
      </w:pPr>
    </w:p>
    <w:p>
      <w:pPr>
        <w:spacing w:before="4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PERMISSION SLIP</w:t>
      </w:r>
    </w:p>
    <w:p>
      <w:pPr>
        <w:spacing w:before="0" w:after="160"/>
      </w:pPr>
      <w:r>
        <w:rPr>
          <w:rFonts w:ascii="Calibri" w:hAnsi="Calibri"/>
          <w:b w:val="0"/>
          <w:i w:val="0"/>
          <w:color w:val="5F6B76"/>
          <w:sz w:val="20"/>
        </w:rPr>
        <w:t xml:space="preserve">Student: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5F6B76"/>
            <w:sz w:val="20"/>
          </w:rPr>
          <w:t>«Student Name»</w:t>
        </w:r>
      </w:fldSimple>
      <w:r>
        <w:rPr>
          <w:rFonts w:ascii="Calibri" w:hAnsi="Calibri"/>
          <w:b w:val="0"/>
          <w:i w:val="0"/>
          <w:color w:val="5F6B76"/>
          <w:sz w:val="20"/>
        </w:rPr>
        <w:t xml:space="preserve">    ·    Homeroom teacher: </w:t>
      </w:r>
      <w:fldSimple w:instr=" MERGEFIELD &quot;Homeroom Teacher&quot; \* MERGEFORMAT ">
        <w:r>
          <w:rPr>
            <w:rFonts w:ascii="Calibri" w:hAnsi="Calibri"/>
            <w:b w:val="0"/>
            <w:i w:val="0"/>
            <w:color w:val="5F6B76"/>
            <w:sz w:val="20"/>
          </w:rPr>
          <w:t>«Homeroom Teacher»</w:t>
        </w:r>
      </w:fldSimple>
    </w:p>
    <w:p>
      <w:pPr>
        <w:spacing w:before="0" w:after="10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I give permission for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 xml:space="preserve"> to attend the field trip to </w:t>
      </w:r>
      <w:fldSimple w:instr=" MERGEFIELD &quot;Destination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«Destination»</w:t>
        </w:r>
      </w:fldSimple>
      <w:r>
        <w:rPr>
          <w:rFonts w:ascii="Calibri" w:hAnsi="Calibri"/>
          <w:b w:val="0"/>
          <w:i w:val="0"/>
          <w:color w:val="333B44"/>
          <w:sz w:val="19"/>
        </w:rPr>
        <w:t xml:space="preserve"> on </w:t>
      </w:r>
      <w:fldSimple w:instr=" MERGEFIELD &quot;Trip Dat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«Trip Date»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>.</w:t>
      </w:r>
    </w:p>
    <w:p>
      <w:pPr>
        <w:spacing w:before="0" w:after="10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>I authorize school staff to arrange emergency medical treatment for my child if I cannot be reached.</w:t>
      </w:r>
    </w:p>
    <w:p>
      <w:pPr>
        <w:spacing w:before="80" w:after="160"/>
      </w:pPr>
      <w:r>
        <w:rPr>
          <w:rFonts w:ascii="Calibri" w:hAnsi="Calibri"/>
          <w:b w:val="0"/>
          <w:i w:val="0"/>
          <w:color w:val="333B44"/>
          <w:sz w:val="20"/>
        </w:rPr>
        <w:t xml:space="preserve">Emergency contact during the trip: </w:t>
      </w:r>
      <w:fldSimple w:instr=" MERGEFIELD &quot;Emergency Contact Nam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«Emergency Contact Name»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, </w:t>
      </w:r>
      <w:fldSimple w:instr=" MERGEFIELD &quot;Emergency Contact Phon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«Emergency Contact Phone»</w:t>
        </w:r>
      </w:fldSimple>
    </w:p>
    <w:p>
      <w:pPr>
        <w:spacing w:before="120" w:after="360"/>
        <w:keepNext/>
      </w:pP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Parent Name&quot; \* MERGEFORMAT ">
        <w:r>
          <w:rPr>
            <w:rFonts w:ascii="Calibri" w:hAnsi="Calibri"/>
            <w:b/>
            <w:i w:val="0"/>
            <w:color w:val="333B44"/>
            <w:sz w:val="21"/>
          </w:rPr>
          <w:t>«Parent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Parent or guardian</w:t>
      </w:r>
    </w:p>
    <w:p>
      <w:pPr>
        <w:spacing w:before="120" w:after="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permission slip is provided for general information. Requirements for school excursions and parental consent vary by country and region; please review them with a qualified professional.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Trip Permission Slip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