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jc w:val="center"/>
      </w:pPr>
      <w:r>
        <w:rPr>
          <w:rFonts w:ascii="Georgia" w:hAnsi="Georgia"/>
          <w:b/>
          <w:i w:val="0"/>
          <w:color w:val="9A5B13"/>
          <w:sz w:val="30"/>
          <w:caps/>
          <w:spacing w:val="30"/>
        </w:rPr>
        <w:t>[School name]</w:t>
      </w:r>
    </w:p>
    <w:p>
      <w:pPr>
        <w:spacing w:before="0" w:after="160"/>
        <w:jc w:val="center"/>
        <w:pBdr>
          <w:bottom w:val="single" w:sz="14" w:space="6" w:color="1F4D3A"/>
        </w:pBdr>
      </w:pPr>
      <w:r>
        <w:rPr>
          <w:rFonts w:ascii="Calibri" w:hAnsi="Calibri"/>
          <w:b w:val="0"/>
          <w:i w:val="0"/>
          <w:color w:val="9A5B13"/>
          <w:sz w:val="17"/>
        </w:rPr>
        <w:t>[School address line]</w:t>
      </w:r>
      <w:r>
        <w:rPr>
          <w:rFonts w:ascii="Calibri" w:hAnsi="Calibri"/>
          <w:b w:val="0"/>
          <w:i w:val="0"/>
          <w:color w:val="5F6B76"/>
          <w:sz w:val="17"/>
        </w:rPr>
        <w:t xml:space="preserve">   ·   </w:t>
      </w:r>
      <w:r>
        <w:rPr>
          <w:rFonts w:ascii="Calibri" w:hAnsi="Calibri"/>
          <w:b w:val="0"/>
          <w:i w:val="0"/>
          <w:color w:val="9A5B13"/>
          <w:sz w:val="17"/>
        </w:rPr>
        <w:t>[Office phone]</w:t>
      </w:r>
      <w:r>
        <w:rPr>
          <w:rFonts w:ascii="Calibri" w:hAnsi="Calibri"/>
          <w:b w:val="0"/>
          <w:i w:val="0"/>
          <w:color w:val="5F6B76"/>
          <w:sz w:val="17"/>
        </w:rPr>
        <w:t xml:space="preserve">   ·   </w:t>
      </w:r>
      <w:r>
        <w:rPr>
          <w:rFonts w:ascii="Calibri" w:hAnsi="Calibri"/>
          <w:b w:val="0"/>
          <w:i w:val="0"/>
          <w:color w:val="9A5B13"/>
          <w:sz w:val="17"/>
        </w:rPr>
        <w:t>[Office contact email]</w:t>
      </w:r>
    </w:p>
    <w:p>
      <w:pPr>
        <w:spacing w:before="0" w:after="0" w:line="40" w:lineRule="exact"/>
        <w:pBdr>
          <w:bottom w:val="single" w:sz="4" w:space="1" w:color="C9D2C9"/>
        </w:pBdr>
      </w:pPr>
    </w:p>
    <w:p>
      <w:pPr>
        <w:spacing w:before="40" w:after="280"/>
      </w:pPr>
      <w:r>
        <w:rPr>
          <w:rFonts w:ascii="Calibri" w:hAnsi="Calibri"/>
          <w:b w:val="0"/>
          <w:i w:val="0"/>
          <w:color w:val="9A5B13"/>
          <w:sz w:val="21"/>
        </w:rPr>
        <w:t>[Letter date]</w:t>
      </w:r>
    </w:p>
    <w:p>
      <w:pPr>
        <w:spacing w:before="280" w:after="40"/>
        <w:jc w:val="center"/>
      </w:pPr>
      <w:r>
        <w:rPr>
          <w:rFonts w:ascii="Georgia" w:hAnsi="Georgia"/>
          <w:b/>
          <w:i w:val="0"/>
          <w:color w:val="1F4D3A"/>
          <w:sz w:val="27"/>
          <w:spacing w:val="44"/>
        </w:rPr>
        <w:t>ENROLLMENT CONFIRMATION</w:t>
      </w:r>
    </w:p>
    <w:p>
      <w:pPr>
        <w:spacing w:before="0" w:after="240"/>
        <w:jc w:val="center"/>
      </w:pPr>
      <w:r>
        <w:rPr>
          <w:rFonts w:ascii="Calibri" w:hAnsi="Calibri"/>
          <w:b w:val="0"/>
          <w:i/>
          <w:color w:val="5F6B76"/>
          <w:sz w:val="19"/>
        </w:rPr>
        <w:t xml:space="preserve">RE: Enrollment of </w:t>
      </w:r>
      <w:fldSimple w:instr=" MERGEFIELD &quot;Student Name&quot; \* MERGEFORMAT ">
        <w:r>
          <w:rPr>
            <w:rFonts w:ascii="Calibri" w:hAnsi="Calibri"/>
            <w:b w:val="0"/>
            <w:i/>
            <w:color w:val="5F6B76"/>
            <w:sz w:val="19"/>
          </w:rPr>
          <w:t>«Student Name»</w:t>
        </w:r>
      </w:fldSimple>
      <w:r>
        <w:rPr>
          <w:rFonts w:ascii="Calibri" w:hAnsi="Calibri"/>
          <w:b w:val="0"/>
          <w:i/>
          <w:color w:val="5F6B76"/>
          <w:sz w:val="19"/>
        </w:rPr>
        <w:t xml:space="preserve"> for the </w:t>
      </w:r>
      <w:fldSimple w:instr=" MERGEFIELD &quot;Academic Year&quot; \* MERGEFORMAT ">
        <w:r>
          <w:rPr>
            <w:rFonts w:ascii="Calibri" w:hAnsi="Calibri"/>
            <w:b w:val="0"/>
            <w:i/>
            <w:color w:val="5F6B76"/>
            <w:sz w:val="19"/>
          </w:rPr>
          <w:t>«Academic Year»</w:t>
        </w:r>
      </w:fldSimple>
      <w:r>
        <w:rPr>
          <w:rFonts w:ascii="Calibri" w:hAnsi="Calibri"/>
          <w:b w:val="0"/>
          <w:i/>
          <w:color w:val="5F6B76"/>
          <w:sz w:val="19"/>
        </w:rPr>
        <w:t xml:space="preserve"> school year</w:t>
      </w: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Dear </w:t>
      </w:r>
      <w:fldSimple w:instr=" MERGEFIELD &quot;Parent Name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«Parent Name»</w:t>
        </w:r>
      </w:fldSimple>
      <w:r>
        <w:rPr>
          <w:rFonts w:ascii="Calibri" w:hAnsi="Calibri"/>
          <w:b w:val="0"/>
          <w:i w:val="0"/>
          <w:color w:val="333B44"/>
          <w:sz w:val="21"/>
        </w:rPr>
        <w:t>,</w:t>
      </w: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We are delighted to confirm that </w:t>
      </w:r>
      <w:fldSimple w:instr=" MERGEFIELD &quot;Student Name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«Student Name»</w:t>
        </w:r>
      </w:fldSimple>
      <w:r>
        <w:rPr>
          <w:rFonts w:ascii="Calibri" w:hAnsi="Calibri"/>
          <w:b w:val="0"/>
          <w:i w:val="0"/>
          <w:color w:val="333B44"/>
          <w:sz w:val="21"/>
        </w:rPr>
        <w:t xml:space="preserve"> has been enrolled at </w:t>
      </w:r>
      <w:r>
        <w:rPr>
          <w:rFonts w:ascii="Calibri" w:hAnsi="Calibri"/>
          <w:b w:val="0"/>
          <w:i w:val="0"/>
          <w:color w:val="9A5B13"/>
          <w:sz w:val="21"/>
        </w:rPr>
        <w:t>[School name]</w:t>
      </w:r>
      <w:r>
        <w:rPr>
          <w:rFonts w:ascii="Calibri" w:hAnsi="Calibri"/>
          <w:b w:val="0"/>
          <w:i w:val="0"/>
          <w:color w:val="333B44"/>
          <w:sz w:val="21"/>
        </w:rPr>
        <w:t xml:space="preserve"> for the </w:t>
      </w:r>
      <w:fldSimple w:instr=" MERGEFIELD &quot;Academic Year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«Academic Year»</w:t>
        </w:r>
      </w:fldSimple>
      <w:r>
        <w:rPr>
          <w:rFonts w:ascii="Calibri" w:hAnsi="Calibri"/>
          <w:b w:val="0"/>
          <w:i w:val="0"/>
          <w:color w:val="333B44"/>
          <w:sz w:val="21"/>
        </w:rPr>
        <w:t xml:space="preserve"> school year. A place has been reserved in </w:t>
      </w:r>
      <w:fldSimple w:instr=" MERGEFIELD &quot;Grade Level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«Grade Level»</w:t>
        </w:r>
      </w:fldSimple>
      <w:r>
        <w:rPr>
          <w:rFonts w:ascii="Calibri" w:hAnsi="Calibri"/>
          <w:b w:val="0"/>
          <w:i w:val="0"/>
          <w:color w:val="333B44"/>
          <w:sz w:val="21"/>
        </w:rPr>
        <w:t>, and the details of the enrollment are set out below.</w:t>
      </w: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>Please review each item and let us know right away if anything needs to be corrected.</w:t>
      </w:r>
    </w:p>
    <w:p>
      <w:pPr>
        <w:spacing w:before="0" w:after="80" w:line="8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C9D2C9"/>
          <w:left w:val="single" w:sz="4" w:space="0" w:color="C9D2C9"/>
          <w:bottom w:val="single" w:sz="4" w:space="0" w:color="C9D2C9"/>
          <w:right w:val="single" w:sz="4" w:space="0" w:color="C9D2C9"/>
          <w:insideH w:val="single" w:sz="4" w:space="0" w:color="C9D2C9"/>
          <w:insideV w:val="single" w:sz="4" w:space="0" w:color="C9D2C9"/>
        </w:tblBorders>
        <w:tblCellMar>
          <w:top w:w="70" w:type="dxa"/>
          <w:bottom w:w="70" w:type="dxa"/>
          <w:left w:w="130" w:type="dxa"/>
          <w:right w:w="130" w:type="dxa"/>
        </w:tblCellMar>
      </w:tblPr>
      <w:tblGrid>
        <w:gridCol w:w="4896"/>
        <w:gridCol w:w="4896"/>
      </w:tblGrid>
      <w:tr>
        <w:tc>
          <w:tcPr>
            <w:tcW w:type="dxa" w:w="9792"/>
            <w:gridSpan w:val="2"/>
            <w:tcW w:w="10052" w:type="dxa"/>
            <w:shd w:val="clear" w:fill="1F4D3A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7"/>
                <w:spacing w:val="20"/>
              </w:rPr>
              <w:t>ENROLLMENT DETAILS</w:t>
            </w:r>
          </w:p>
        </w:tc>
      </w:tr>
      <w:tr>
        <w:tc>
          <w:tcPr>
            <w:tcW w:type="dxa" w:w="4896"/>
            <w:tcW w:w="5026" w:type="dxa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45594E"/>
                <w:sz w:val="15"/>
                <w:spacing w:val="20"/>
              </w:rPr>
              <w:t>STUDENT NAME</w:t>
            </w:r>
          </w:p>
          <w:p>
            <w:pPr>
              <w:spacing w:after="0"/>
            </w:pPr>
            <w:fldSimple w:instr=" MERGEFIELD &quot;Student Name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«Student Name»</w:t>
              </w:r>
            </w:fldSimple>
          </w:p>
        </w:tc>
        <w:tc>
          <w:tcPr>
            <w:tcW w:type="dxa" w:w="4896"/>
            <w:tcW w:w="5026" w:type="dxa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45594E"/>
                <w:sz w:val="15"/>
                <w:spacing w:val="20"/>
              </w:rPr>
              <w:t>STUDENT ID</w:t>
            </w:r>
          </w:p>
          <w:p>
            <w:pPr>
              <w:spacing w:after="0"/>
            </w:pPr>
            <w:fldSimple w:instr=" MERGEFIELD &quot;Student ID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«Student ID»</w:t>
              </w:r>
            </w:fldSimple>
          </w:p>
        </w:tc>
      </w:tr>
      <w:tr>
        <w:tc>
          <w:tcPr>
            <w:tcW w:type="dxa" w:w="4896"/>
            <w:tcW w:w="5026" w:type="dxa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45594E"/>
                <w:sz w:val="15"/>
                <w:spacing w:val="20"/>
              </w:rPr>
              <w:t>GRADE LEVEL</w:t>
            </w:r>
          </w:p>
          <w:p>
            <w:pPr>
              <w:spacing w:after="0"/>
            </w:pPr>
            <w:fldSimple w:instr=" MERGEFIELD &quot;Grade Level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«Grade Level»</w:t>
              </w:r>
            </w:fldSimple>
          </w:p>
        </w:tc>
        <w:tc>
          <w:tcPr>
            <w:tcW w:type="dxa" w:w="4896"/>
            <w:tcW w:w="5026" w:type="dxa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45594E"/>
                <w:sz w:val="15"/>
                <w:spacing w:val="20"/>
              </w:rPr>
              <w:t>ACADEMIC YEAR</w:t>
            </w:r>
          </w:p>
          <w:p>
            <w:pPr>
              <w:spacing w:after="0"/>
            </w:pPr>
            <w:fldSimple w:instr=" MERGEFIELD &quot;Academic Year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«Academic Year»</w:t>
              </w:r>
            </w:fldSimple>
          </w:p>
        </w:tc>
      </w:tr>
      <w:tr>
        <w:tc>
          <w:tcPr>
            <w:tcW w:type="dxa" w:w="4896"/>
            <w:tcW w:w="5026" w:type="dxa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45594E"/>
                <w:sz w:val="15"/>
                <w:spacing w:val="20"/>
              </w:rPr>
              <w:t>HOMEROOM TEACHER</w:t>
            </w:r>
          </w:p>
          <w:p>
            <w:pPr>
              <w:spacing w:after="0"/>
            </w:pPr>
            <w:fldSimple w:instr=" MERGEFIELD &quot;Homeroom Teacher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«Homeroom Teacher»</w:t>
              </w:r>
            </w:fldSimple>
          </w:p>
        </w:tc>
        <w:tc>
          <w:tcPr>
            <w:tcW w:type="dxa" w:w="4896"/>
            <w:tcW w:w="5026" w:type="dxa"/>
            <w:shd w:val="clear" w:fill="E2EBE4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3A"/>
                <w:sz w:val="15"/>
                <w:spacing w:val="20"/>
              </w:rPr>
              <w:t>FIRST DAY OF SCHOOL</w:t>
            </w:r>
          </w:p>
          <w:p>
            <w:pPr>
              <w:spacing w:after="0"/>
            </w:pPr>
            <w:fldSimple w:instr=" MERGEFIELD &quot;First Day Date&quot; \* MERGEFORMAT ">
              <w:r>
                <w:rPr>
                  <w:rFonts w:ascii="Calibri" w:hAnsi="Calibri"/>
                  <w:b/>
                  <w:i w:val="0"/>
                  <w:color w:val="333B44"/>
                  <w:sz w:val="21"/>
                </w:rPr>
                <w:t>«First Day Date»</w:t>
              </w:r>
            </w:fldSimple>
          </w:p>
        </w:tc>
      </w:tr>
    </w:tbl>
    <w:p>
      <w:pPr>
        <w:spacing w:before="0" w:after="40"/>
      </w:pPr>
    </w:p>
    <w:p>
      <w:pPr>
        <w:spacing w:before="200" w:after="80"/>
      </w:pPr>
      <w:r>
        <w:rPr>
          <w:rFonts w:ascii="Calibri" w:hAnsi="Calibri"/>
          <w:b/>
          <w:i w:val="0"/>
          <w:color w:val="1F4D3A"/>
          <w:sz w:val="18"/>
          <w:spacing w:val="24"/>
        </w:rPr>
        <w:t>BEFORE THE FIRST DAY</w:t>
      </w:r>
    </w:p>
    <w:p>
      <w:pPr>
        <w:spacing w:before="0" w:after="60" w:line="276" w:lineRule="auto"/>
        <w:ind w:left="274" w:hanging="115"/>
      </w:pPr>
      <w:r>
        <w:rPr>
          <w:rFonts w:ascii="Calibri" w:hAnsi="Calibri"/>
          <w:b/>
          <w:i w:val="0"/>
          <w:color w:val="1F4D3A"/>
          <w:sz w:val="20"/>
        </w:rPr>
        <w:t xml:space="preserve">• </w:t>
      </w:r>
      <w:r>
        <w:rPr>
          <w:rFonts w:ascii="Calibri" w:hAnsi="Calibri"/>
          <w:b w:val="0"/>
          <w:i w:val="0"/>
          <w:color w:val="333B44"/>
          <w:sz w:val="20"/>
        </w:rPr>
        <w:t xml:space="preserve">Arrive by </w:t>
      </w:r>
      <w:r>
        <w:rPr>
          <w:rFonts w:ascii="Calibri" w:hAnsi="Calibri"/>
          <w:b w:val="0"/>
          <w:i w:val="0"/>
          <w:color w:val="9A5B13"/>
          <w:sz w:val="20"/>
        </w:rPr>
        <w:t>[Morning arrival time]</w:t>
      </w:r>
      <w:r>
        <w:rPr>
          <w:rFonts w:ascii="Calibri" w:hAnsi="Calibri"/>
          <w:b w:val="0"/>
          <w:i w:val="0"/>
          <w:color w:val="333B44"/>
          <w:sz w:val="20"/>
        </w:rPr>
        <w:t xml:space="preserve"> on </w:t>
      </w:r>
      <w:fldSimple w:instr=" MERGEFIELD &quot;First Day Date&quot; \* MERGEFORMAT ">
        <w:r>
          <w:rPr>
            <w:rFonts w:ascii="Calibri" w:hAnsi="Calibri"/>
            <w:b w:val="0"/>
            <w:i w:val="0"/>
            <w:color w:val="333B44"/>
            <w:sz w:val="20"/>
          </w:rPr>
          <w:t>«First Day Date»</w:t>
        </w:r>
      </w:fldSimple>
      <w:r>
        <w:rPr>
          <w:rFonts w:ascii="Calibri" w:hAnsi="Calibri"/>
          <w:b w:val="0"/>
          <w:i w:val="0"/>
          <w:color w:val="333B44"/>
          <w:sz w:val="20"/>
        </w:rPr>
        <w:t xml:space="preserve"> to allow time to find the classroom and settle in.</w:t>
      </w:r>
    </w:p>
    <w:p>
      <w:pPr>
        <w:spacing w:before="0" w:after="60" w:line="276" w:lineRule="auto"/>
        <w:ind w:left="274" w:hanging="115"/>
      </w:pPr>
      <w:r>
        <w:rPr>
          <w:rFonts w:ascii="Calibri" w:hAnsi="Calibri"/>
          <w:b/>
          <w:i w:val="0"/>
          <w:color w:val="1F4D3A"/>
          <w:sz w:val="20"/>
        </w:rPr>
        <w:t xml:space="preserve">• </w:t>
      </w:r>
      <w:r>
        <w:rPr>
          <w:rFonts w:ascii="Calibri" w:hAnsi="Calibri"/>
          <w:b w:val="0"/>
          <w:i w:val="0"/>
          <w:color w:val="333B44"/>
          <w:sz w:val="20"/>
        </w:rPr>
        <w:t>Bring the signed health and emergency contact forms enclosed with this letter.</w:t>
      </w:r>
    </w:p>
    <w:p>
      <w:pPr>
        <w:spacing w:before="0" w:after="60" w:line="276" w:lineRule="auto"/>
        <w:ind w:left="274" w:hanging="115"/>
      </w:pPr>
      <w:r>
        <w:rPr>
          <w:rFonts w:ascii="Calibri" w:hAnsi="Calibri"/>
          <w:b/>
          <w:i w:val="0"/>
          <w:color w:val="1F4D3A"/>
          <w:sz w:val="20"/>
        </w:rPr>
        <w:t xml:space="preserve">• </w:t>
      </w:r>
      <w:r>
        <w:rPr>
          <w:rFonts w:ascii="Calibri" w:hAnsi="Calibri"/>
          <w:b w:val="0"/>
          <w:i w:val="0"/>
          <w:color w:val="333B44"/>
          <w:sz w:val="20"/>
        </w:rPr>
        <w:t xml:space="preserve">Questions about uniforms, transportation, or meals are answered gladly at </w:t>
      </w:r>
      <w:r>
        <w:rPr>
          <w:rFonts w:ascii="Calibri" w:hAnsi="Calibri"/>
          <w:b w:val="0"/>
          <w:i w:val="0"/>
          <w:color w:val="9A5B13"/>
          <w:sz w:val="20"/>
        </w:rPr>
        <w:t>[Office contact email]</w:t>
      </w:r>
      <w:r>
        <w:rPr>
          <w:rFonts w:ascii="Calibri" w:hAnsi="Calibri"/>
          <w:b w:val="0"/>
          <w:i w:val="0"/>
          <w:color w:val="333B44"/>
          <w:sz w:val="20"/>
        </w:rPr>
        <w:t xml:space="preserve"> or </w:t>
      </w:r>
      <w:r>
        <w:rPr>
          <w:rFonts w:ascii="Calibri" w:hAnsi="Calibri"/>
          <w:b w:val="0"/>
          <w:i w:val="0"/>
          <w:color w:val="9A5B13"/>
          <w:sz w:val="20"/>
        </w:rPr>
        <w:t>[Office phone]</w:t>
      </w:r>
      <w:r>
        <w:rPr>
          <w:rFonts w:ascii="Calibri" w:hAnsi="Calibri"/>
          <w:b w:val="0"/>
          <w:i w:val="0"/>
          <w:color w:val="333B44"/>
          <w:sz w:val="20"/>
        </w:rPr>
        <w:t>.</w:t>
      </w: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We are so pleased that your family is joining the </w:t>
      </w:r>
      <w:r>
        <w:rPr>
          <w:rFonts w:ascii="Calibri" w:hAnsi="Calibri"/>
          <w:b w:val="0"/>
          <w:i w:val="0"/>
          <w:color w:val="9A5B13"/>
          <w:sz w:val="21"/>
        </w:rPr>
        <w:t>[School name]</w:t>
      </w:r>
      <w:r>
        <w:rPr>
          <w:rFonts w:ascii="Calibri" w:hAnsi="Calibri"/>
          <w:b w:val="0"/>
          <w:i w:val="0"/>
          <w:color w:val="333B44"/>
          <w:sz w:val="21"/>
        </w:rPr>
        <w:t xml:space="preserve"> community, and we look forward to a wonderful year together.</w:t>
      </w:r>
    </w:p>
    <w:p>
      <w:pPr>
        <w:spacing w:before="200" w:after="400"/>
        <w:keepNext/>
      </w:pPr>
      <w:r>
        <w:rPr>
          <w:rFonts w:ascii="Calibri" w:hAnsi="Calibri"/>
          <w:b w:val="0"/>
          <w:i w:val="0"/>
          <w:color w:val="333B44"/>
          <w:sz w:val="21"/>
        </w:rPr>
        <w:t>Warm regards,</w:t>
      </w:r>
    </w:p>
    <w:p>
      <w:pPr>
        <w:spacing w:before="0" w:after="40"/>
        <w:ind w:right="5616"/>
        <w:pBdr>
          <w:bottom w:val="single" w:sz="6" w:space="1" w:color="333B44"/>
        </w:pBdr>
        <w:keepNext/>
      </w:pPr>
    </w:p>
    <w:p>
      <w:pPr>
        <w:spacing w:before="0" w:after="0"/>
        <w:keepNext/>
      </w:pPr>
      <w:r>
        <w:rPr>
          <w:rFonts w:ascii="Calibri" w:hAnsi="Calibri"/>
          <w:b/>
          <w:i w:val="0"/>
          <w:color w:val="9A5B13"/>
          <w:sz w:val="21"/>
        </w:rPr>
        <w:t>[Principal name]</w:t>
      </w:r>
    </w:p>
    <w:p>
      <w:pPr>
        <w:spacing w:before="0" w:after="0"/>
      </w:pPr>
      <w:r>
        <w:rPr>
          <w:rFonts w:ascii="Calibri" w:hAnsi="Calibri"/>
          <w:b w:val="0"/>
          <w:i w:val="0"/>
          <w:color w:val="5F6B76"/>
          <w:sz w:val="18"/>
        </w:rPr>
        <w:t xml:space="preserve">Principal, </w:t>
      </w:r>
      <w:r>
        <w:rPr>
          <w:rFonts w:ascii="Calibri" w:hAnsi="Calibri"/>
          <w:b w:val="0"/>
          <w:i w:val="0"/>
          <w:color w:val="9A5B13"/>
          <w:sz w:val="18"/>
        </w:rPr>
        <w:t>[School name]</w:t>
      </w:r>
    </w:p>
    <w:p>
      <w:pPr>
        <w:spacing w:before="240" w:after="0"/>
        <w:jc w:val="center"/>
      </w:pPr>
      <w:r>
        <w:rPr>
          <w:rFonts w:ascii="Calibri" w:hAnsi="Calibri"/>
          <w:b w:val="0"/>
          <w:i/>
          <w:color w:val="5F6B76"/>
          <w:sz w:val="16"/>
        </w:rPr>
        <w:t>Please keep this letter for your records. Enrollment details can be confirmed at any time through the school office.</w:t>
      </w:r>
    </w:p>
    <w:sectPr w:rsidR="00FC693F" w:rsidRPr="0006063C" w:rsidSect="00034616">
      <w:pgSz w:w="12240" w:h="15840"/>
      <w:pgMar w:top="1008" w:right="1224" w:bottom="792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333B44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Enrollment Confirmation</dc:title>
  <dc:subject/>
  <dc:creator>MailMergic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