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[School name]</w:t>
      </w:r>
    </w:p>
    <w:p>
      <w:pPr>
        <w:spacing w:before="0" w:after="160"/>
        <w:jc w:val="center"/>
        <w:pBdr>
          <w:bottom w:val="single" w:sz="14" w:space="6" w:color="1F4D3A"/>
        </w:pBdr>
      </w:pPr>
      <w:r>
        <w:rPr>
          <w:rFonts w:ascii="Calibri" w:hAnsi="Calibri"/>
          <w:b w:val="0"/>
          <w:i w:val="0"/>
          <w:color w:val="9A5B13"/>
          <w:sz w:val="17"/>
        </w:rPr>
        <w:t>[School address line]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contact email]</w:t>
      </w:r>
    </w:p>
    <w:p>
      <w:pPr>
        <w:spacing w:before="0" w:after="0" w:line="40" w:lineRule="exact"/>
        <w:pBdr>
          <w:bottom w:val="single" w:sz="4" w:space="1" w:color="C9D2C9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40" w:after="40"/>
        <w:pBdr>
          <w:bottom w:val="single" w:sz="8" w:space="3" w:color="1F4D3A"/>
        </w:pBdr>
      </w:pPr>
      <w:r>
        <w:rPr>
          <w:rFonts w:ascii="Georgia" w:hAnsi="Georgia"/>
          <w:b/>
          <w:i w:val="0"/>
          <w:color w:val="1F4D3A"/>
          <w:sz w:val="26"/>
          <w:spacing w:val="30"/>
        </w:rPr>
        <w:t>COURSE COMPLETION LETTER</w:t>
      </w:r>
    </w:p>
    <w:p>
      <w:pPr>
        <w:spacing w:before="80" w:after="240"/>
      </w:pPr>
      <w:r>
        <w:rPr>
          <w:rFonts w:ascii="Calibri" w:hAnsi="Calibri"/>
          <w:b w:val="0"/>
          <w:i/>
          <w:color w:val="5F6B76"/>
          <w:sz w:val="19"/>
        </w:rPr>
        <w:t xml:space="preserve">Verification of completion for </w:t>
      </w:r>
      <w:fldSimple w:instr=" MERGEFIELD &quot;Participant Name&quot; \* MERGEFORMAT ">
        <w:r>
          <w:rPr>
            <w:rFonts w:ascii="Calibri" w:hAnsi="Calibri"/>
            <w:b w:val="0"/>
            <w:i/>
            <w:color w:val="5F6B76"/>
            <w:sz w:val="19"/>
          </w:rPr>
          <w:t>«Participant Name»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To Whom It May Concern,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This letter confirms that </w:t>
      </w:r>
      <w:fldSimple w:instr=" MERGEFIELD &quot;Participa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«Participant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has successfully completed the course </w:t>
      </w:r>
      <w:fldSimple w:instr=" MERGEFIELD &quot;Course Titl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«Course Title»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at </w:t>
      </w:r>
      <w:r>
        <w:rPr>
          <w:rFonts w:ascii="Calibri" w:hAnsi="Calibri"/>
          <w:b w:val="0"/>
          <w:i w:val="0"/>
          <w:color w:val="9A5B13"/>
          <w:sz w:val="21"/>
        </w:rPr>
        <w:t>[School name]</w:t>
      </w:r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The record below is drawn from the official course register and may be presented to employers or education providers as confirmation of completion.</w:t>
      </w:r>
    </w:p>
    <w:p>
      <w:pPr>
        <w:spacing w:before="200" w:after="80"/>
      </w:pPr>
      <w:r>
        <w:rPr>
          <w:rFonts w:ascii="Calibri" w:hAnsi="Calibri"/>
          <w:b/>
          <w:i w:val="0"/>
          <w:color w:val="1F4D3A"/>
          <w:sz w:val="18"/>
          <w:spacing w:val="24"/>
        </w:rPr>
        <w:t>RECORD OF COMPLETION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1F4D3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Participant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Participant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«Participant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1F4D3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Course title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Course Titl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«Course Title»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1F4D3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Completion date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Completion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«Completion Date»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1F4D3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Instructional hours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Course Hours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«Course Hours»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1F4D3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Final result</w:t>
            </w:r>
          </w:p>
        </w:tc>
        <w:tc>
          <w:tcPr>
            <w:tcW w:type="dxa" w:w="4896"/>
            <w:tcW w:w="6668" w:type="dxa"/>
            <w:shd w:val="clear" w:fill="E2EBE4"/>
          </w:tcPr>
          <w:p>
            <w:pPr>
              <w:spacing w:after="0"/>
            </w:pPr>
            <w:fldSimple w:instr=" MERGEFIELD &quot;Final Result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«Final Result»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1F4D3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Certificate number</w:t>
            </w:r>
          </w:p>
        </w:tc>
        <w:tc>
          <w:tcPr>
            <w:tcW w:type="dxa" w:w="4896"/>
            <w:tcW w:w="6668" w:type="dxa"/>
          </w:tcPr>
          <w:p>
            <w:pPr>
              <w:spacing w:after="0"/>
            </w:pPr>
            <w:fldSimple w:instr=" MERGEFIELD &quot;Certificate Number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«Certificate Number»</w:t>
              </w:r>
            </w:fldSimple>
          </w:p>
        </w:tc>
      </w:tr>
    </w:tbl>
    <w:p>
      <w:pPr>
        <w:spacing w:before="0" w:after="4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To verify the authenticity of this letter, contact the registrar's office at </w:t>
      </w:r>
      <w:r>
        <w:rPr>
          <w:rFonts w:ascii="Calibri" w:hAnsi="Calibri"/>
          <w:b w:val="0"/>
          <w:i w:val="0"/>
          <w:color w:val="9A5B13"/>
          <w:sz w:val="21"/>
        </w:rPr>
        <w:t>[Office contact email]</w:t>
      </w:r>
      <w:r>
        <w:rPr>
          <w:rFonts w:ascii="Calibri" w:hAnsi="Calibri"/>
          <w:b w:val="0"/>
          <w:i w:val="0"/>
          <w:color w:val="333B44"/>
          <w:sz w:val="21"/>
        </w:rPr>
        <w:t xml:space="preserve"> or </w:t>
      </w:r>
      <w:r>
        <w:rPr>
          <w:rFonts w:ascii="Calibri" w:hAnsi="Calibri"/>
          <w:b w:val="0"/>
          <w:i w:val="0"/>
          <w:color w:val="9A5B13"/>
          <w:sz w:val="21"/>
        </w:rPr>
        <w:t>[Office phone]</w:t>
      </w:r>
      <w:r>
        <w:rPr>
          <w:rFonts w:ascii="Calibri" w:hAnsi="Calibri"/>
          <w:b w:val="0"/>
          <w:i w:val="0"/>
          <w:color w:val="333B44"/>
          <w:sz w:val="21"/>
        </w:rPr>
        <w:t xml:space="preserve"> and quote certificate number </w:t>
      </w:r>
      <w:fldSimple w:instr=" MERGEFIELD &quot;Certificate Number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«Certificate Number»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Sincerely,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[Registrar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Registrar, </w:t>
      </w:r>
      <w:r>
        <w:rPr>
          <w:rFonts w:ascii="Calibri" w:hAnsi="Calibri"/>
          <w:b w:val="0"/>
          <w:i w:val="0"/>
          <w:color w:val="9A5B13"/>
          <w:sz w:val="18"/>
        </w:rPr>
        <w:t>[School name]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letter verifies completion of the course named above. It is not an academic transcript, and it does not by itself certify a professional license or qualification.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Completion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