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 w:line="40" w:lineRule="exact"/>
        <w:pBdr>
          <w:bottom w:val="single" w:sz="18" w:space="1" w:color="1F4D3A"/>
        </w:pBdr>
      </w:pPr>
    </w:p>
    <w:p>
      <w:pPr>
        <w:spacing w:before="0" w:after="0" w:line="40" w:lineRule="exact"/>
        <w:pBdr>
          <w:bottom w:val="single" w:sz="4" w:space="1" w:color="C9D2C9"/>
        </w:pBdr>
      </w:pPr>
    </w:p>
    <w:p>
      <w:pPr>
        <w:spacing w:before="600" w:after="40"/>
        <w:jc w:val="center"/>
      </w:pPr>
      <w:r>
        <w:rPr>
          <w:rFonts w:ascii="Georgia" w:hAnsi="Georgia"/>
          <w:b/>
          <w:i w:val="0"/>
          <w:color w:val="9A5B13"/>
          <w:sz w:val="24"/>
          <w:caps/>
          <w:spacing w:val="40"/>
        </w:rPr>
        <w:t>[School name]</w:t>
      </w:r>
    </w:p>
    <w:p>
      <w:pPr>
        <w:spacing w:before="0" w:after="0"/>
        <w:jc w:val="center"/>
      </w:pPr>
      <w:r>
        <w:rPr>
          <w:rFonts w:ascii="Calibri" w:hAnsi="Calibri"/>
          <w:b w:val="0"/>
          <w:i w:val="0"/>
          <w:color w:val="9A5B13"/>
          <w:sz w:val="16"/>
        </w:rPr>
        <w:t>[School address line]</w:t>
      </w:r>
    </w:p>
    <w:p>
      <w:pPr>
        <w:spacing w:before="920" w:after="160"/>
        <w:jc w:val="center"/>
      </w:pPr>
      <w:r>
        <w:rPr>
          <w:rFonts w:ascii="Georgia" w:hAnsi="Georgia"/>
          <w:b/>
          <w:i w:val="0"/>
          <w:color w:val="1F4D3A"/>
          <w:sz w:val="42"/>
          <w:spacing w:val="80"/>
        </w:rPr>
        <w:t>CERTIFICATE OF ATTENDANCE</w:t>
      </w:r>
    </w:p>
    <w:p>
      <w:pPr>
        <w:spacing w:before="0" w:after="0" w:line="40" w:lineRule="exact"/>
        <w:ind w:left="3456" w:right="3456"/>
        <w:pBdr>
          <w:bottom w:val="single" w:sz="4" w:space="1" w:color="C9D2C9"/>
        </w:pBdr>
      </w:pPr>
    </w:p>
    <w:p>
      <w:pPr>
        <w:spacing w:before="840" w:after="120"/>
        <w:jc w:val="center"/>
      </w:pPr>
      <w:r>
        <w:rPr>
          <w:rFonts w:ascii="Calibri" w:hAnsi="Calibri"/>
          <w:b w:val="0"/>
          <w:i/>
          <w:color w:val="5F6B76"/>
          <w:sz w:val="22"/>
        </w:rPr>
        <w:t>This certifies that</w:t>
      </w:r>
    </w:p>
    <w:p>
      <w:pPr>
        <w:spacing w:before="0" w:after="160"/>
        <w:jc w:val="center"/>
      </w:pPr>
      <w:fldSimple w:instr=" MERGEFIELD &quot;Student Name&quot; \* MERGEFORMAT ">
        <w:r>
          <w:rPr>
            <w:rFonts w:ascii="Georgia" w:hAnsi="Georgia"/>
            <w:b/>
            <w:i w:val="0"/>
            <w:color w:val="333B44"/>
            <w:sz w:val="48"/>
          </w:rPr>
          <w:t>«Student Name»</w:t>
        </w:r>
      </w:fldSimple>
    </w:p>
    <w:p>
      <w:pPr>
        <w:spacing w:before="0" w:after="0" w:line="40" w:lineRule="exact"/>
        <w:ind w:left="2736" w:right="2736"/>
        <w:pBdr>
          <w:bottom w:val="single" w:sz="6" w:space="1" w:color="1F4D3A"/>
        </w:pBdr>
      </w:pPr>
    </w:p>
    <w:p>
      <w:pPr>
        <w:spacing w:before="720" w:after="60"/>
        <w:jc w:val="center"/>
      </w:pPr>
      <w:r>
        <w:rPr>
          <w:rFonts w:ascii="Calibri" w:hAnsi="Calibri"/>
          <w:b w:val="0"/>
          <w:i w:val="0"/>
          <w:color w:val="333B44"/>
          <w:sz w:val="21"/>
        </w:rPr>
        <w:t>has attended the course</w:t>
      </w:r>
    </w:p>
    <w:p>
      <w:pPr>
        <w:spacing w:before="0" w:after="200"/>
        <w:jc w:val="center"/>
      </w:pPr>
      <w:fldSimple w:instr=" MERGEFIELD &quot;Course Title&quot; \* MERGEFORMAT ">
        <w:r>
          <w:rPr>
            <w:rFonts w:ascii="Georgia" w:hAnsi="Georgia"/>
            <w:b/>
            <w:i w:val="0"/>
            <w:color w:val="1F4D3A"/>
            <w:sz w:val="28"/>
          </w:rPr>
          <w:t>«Course Title»</w:t>
        </w:r>
      </w:fldSimple>
    </w:p>
    <w:p>
      <w:pPr>
        <w:spacing w:before="0" w:after="120"/>
        <w:jc w:val="center"/>
      </w:pPr>
      <w:r>
        <w:rPr>
          <w:rFonts w:ascii="Calibri" w:hAnsi="Calibri"/>
          <w:b w:val="0"/>
          <w:i w:val="0"/>
          <w:color w:val="333B44"/>
          <w:sz w:val="21"/>
        </w:rPr>
        <w:t xml:space="preserve">held from </w:t>
      </w:r>
      <w:fldSimple w:instr=" MERGEFIELD &quot;Course Start Dat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«Course Start Date»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 xml:space="preserve"> to </w:t>
      </w:r>
      <w:fldSimple w:instr=" MERGEFIELD &quot;Course End Dat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«Course End Date»</w:t>
        </w:r>
      </w:fldSimple>
    </w:p>
    <w:p>
      <w:pPr>
        <w:spacing w:before="0" w:after="120"/>
        <w:jc w:val="center"/>
      </w:pPr>
      <w:r>
        <w:rPr>
          <w:rFonts w:ascii="Calibri" w:hAnsi="Calibri"/>
          <w:b w:val="0"/>
          <w:i w:val="0"/>
          <w:color w:val="333B44"/>
          <w:sz w:val="21"/>
        </w:rPr>
        <w:t xml:space="preserve">comprising </w:t>
      </w:r>
      <w:fldSimple w:instr=" MERGEFIELD &quot;Course Hours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«Course Hours»</w:t>
        </w:r>
      </w:fldSimple>
      <w:r>
        <w:rPr>
          <w:rFonts w:ascii="Calibri" w:hAnsi="Calibri"/>
          <w:b w:val="0"/>
          <w:i w:val="0"/>
          <w:color w:val="333B44"/>
          <w:sz w:val="21"/>
        </w:rPr>
        <w:t xml:space="preserve"> hours of instruction</w:t>
      </w:r>
    </w:p>
    <w:p>
      <w:pPr>
        <w:spacing w:before="760" w:after="240"/>
        <w:jc w:val="center"/>
      </w:pPr>
      <w:r>
        <w:rPr>
          <w:rFonts w:ascii="Calibri" w:hAnsi="Calibri"/>
          <w:b w:val="0"/>
          <w:i/>
          <w:color w:val="5F6B76"/>
          <w:sz w:val="19"/>
        </w:rPr>
        <w:t xml:space="preserve">Issued on </w:t>
      </w:r>
      <w:fldSimple w:instr=" MERGEFIELD &quot;Issue Date&quot; \* MERGEFORMAT ">
        <w:r>
          <w:rPr>
            <w:rFonts w:ascii="Calibri" w:hAnsi="Calibri"/>
            <w:b w:val="0"/>
            <w:i/>
            <w:color w:val="5F6B76"/>
            <w:sz w:val="19"/>
          </w:rPr>
          <w:t>«Issue Date»</w:t>
        </w:r>
      </w:fldSimple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 w:sz="0" w:space="0"/>
          <w:left w:val="none" w:sz="0" w:space="0"/>
          <w:bottom w:val="none" w:sz="0" w:space="0"/>
          <w:right w:val="none" w:sz="0" w:space="0"/>
          <w:insideH w:val="none" w:sz="0" w:space="0"/>
          <w:insideV w:val="none" w:sz="0" w:space="0"/>
        </w:tblBorders>
        <w:tblCellMar>
          <w:top w:w="0" w:type="dxa"/>
          <w:bottom w:w="0" w:type="dxa"/>
          <w:left w:w="0" w:type="dxa"/>
          <w:right w:w="0" w:type="dxa"/>
        </w:tblCellMar>
      </w:tblPr>
      <w:tblGrid>
        <w:gridCol w:w="4896"/>
        <w:gridCol w:w="4896"/>
      </w:tblGrid>
      <w:tr>
        <w:tc>
          <w:tcPr>
            <w:tcW w:type="dxa" w:w="4896"/>
            <w:tcW w:w="4896" w:type="dxa"/>
          </w:tcPr>
          <w:p>
            <w:pPr>
              <w:spacing w:before="1080" w:after="40"/>
              <w:ind w:left="504" w:right="504"/>
              <w:pBdr>
                <w:bottom w:val="single" w:sz="6" w:space="1" w:color="333B44"/>
              </w:pBdr>
            </w:pPr>
          </w:p>
          <w:p>
            <w:pPr>
              <w:spacing w:after="0"/>
              <w:jc w:val="center"/>
            </w:pPr>
            <w:fldSimple w:instr=" MERGEFIELD &quot;Instructor Name&quot; \* MERGEFORMAT ">
              <w:r>
                <w:rPr>
                  <w:rFonts w:ascii="Calibri" w:hAnsi="Calibri"/>
                  <w:b/>
                  <w:i w:val="0"/>
                  <w:color w:val="333B44"/>
                  <w:sz w:val="21"/>
                </w:rPr>
                <w:t>«Instructor Name»</w:t>
              </w:r>
            </w:fldSimple>
          </w:p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5F6B76"/>
                <w:sz w:val="17"/>
              </w:rPr>
              <w:t>Course Instructor</w:t>
            </w:r>
          </w:p>
        </w:tc>
        <w:tc>
          <w:tcPr>
            <w:tcW w:type="dxa" w:w="4896"/>
            <w:tcW w:w="4896" w:type="dxa"/>
          </w:tcPr>
          <w:p>
            <w:pPr>
              <w:spacing w:before="1080" w:after="40"/>
              <w:ind w:left="504" w:right="504"/>
              <w:pBdr>
                <w:bottom w:val="single" w:sz="6" w:space="1" w:color="333B44"/>
              </w:pBdr>
            </w:pPr>
          </w:p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i w:val="0"/>
                <w:color w:val="9A5B13"/>
                <w:sz w:val="21"/>
              </w:rPr>
              <w:t>[Registrar name]</w:t>
            </w:r>
          </w:p>
          <w:p>
            <w:pPr>
              <w:spacing w:after="0"/>
              <w:jc w:val="center"/>
            </w:pPr>
            <w:r>
              <w:rPr>
                <w:rFonts w:ascii="Calibri" w:hAnsi="Calibri"/>
                <w:b w:val="0"/>
                <w:i w:val="0"/>
                <w:color w:val="5F6B76"/>
                <w:sz w:val="17"/>
              </w:rPr>
              <w:t xml:space="preserve">Registrar, </w:t>
            </w:r>
            <w:r>
              <w:rPr>
                <w:rFonts w:ascii="Calibri" w:hAnsi="Calibri"/>
                <w:b w:val="0"/>
                <w:i w:val="0"/>
                <w:color w:val="9A5B13"/>
                <w:sz w:val="17"/>
              </w:rPr>
              <w:t>[School name]</w:t>
            </w:r>
          </w:p>
        </w:tc>
      </w:tr>
    </w:tbl>
    <w:p>
      <w:pPr>
        <w:spacing w:before="800" w:after="0"/>
      </w:pPr>
    </w:p>
    <w:p>
      <w:pPr>
        <w:spacing w:before="200" w:after="80" w:line="40" w:lineRule="exact"/>
        <w:pBdr>
          <w:bottom w:val="single" w:sz="4" w:space="1" w:color="C9D2C9"/>
        </w:pBdr>
      </w:pPr>
    </w:p>
    <w:p>
      <w:pPr>
        <w:spacing w:before="0" w:after="0" w:line="40" w:lineRule="exact"/>
        <w:pBdr>
          <w:bottom w:val="single" w:sz="18" w:space="1" w:color="1F4D3A"/>
        </w:pBdr>
      </w:pPr>
    </w:p>
    <w:sectPr w:rsidR="00FC693F" w:rsidRPr="0006063C" w:rsidSect="00034616">
      <w:pgSz w:w="12240" w:h="15840"/>
      <w:pgMar w:top="1008" w:right="1224" w:bottom="792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33B4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Certificate of Attendance</dc:title>
  <dc:subject/>
  <dc:creator>MailMergic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