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40"/>
        <w:jc w:val="center"/>
      </w:pPr>
      <w:r>
        <w:rPr>
          <w:rFonts w:ascii="Georgia" w:hAnsi="Georgia"/>
          <w:b/>
          <w:i w:val="0"/>
          <w:color w:val="9A5B13"/>
          <w:sz w:val="30"/>
          <w:caps/>
          <w:spacing w:val="30"/>
        </w:rPr>
        <w:t>[School name]</w:t>
      </w:r>
    </w:p>
    <w:p>
      <w:pPr>
        <w:spacing w:before="0" w:after="160"/>
        <w:jc w:val="center"/>
        <w:pBdr>
          <w:bottom w:val="single" w:sz="14" w:space="6" w:color="1F4D3A"/>
        </w:pBdr>
      </w:pPr>
      <w:r>
        <w:rPr>
          <w:rFonts w:ascii="Calibri" w:hAnsi="Calibri"/>
          <w:b w:val="0"/>
          <w:i w:val="0"/>
          <w:color w:val="9A5B13"/>
          <w:sz w:val="17"/>
        </w:rPr>
        <w:t>[School address line]</w:t>
      </w:r>
      <w:r>
        <w:rPr>
          <w:rFonts w:ascii="Calibri" w:hAnsi="Calibri"/>
          <w:b w:val="0"/>
          <w:i w:val="0"/>
          <w:color w:val="5F6B76"/>
          <w:sz w:val="17"/>
        </w:rPr>
        <w:t xml:space="preserve">   ·   </w:t>
      </w:r>
      <w:r>
        <w:rPr>
          <w:rFonts w:ascii="Calibri" w:hAnsi="Calibri"/>
          <w:b w:val="0"/>
          <w:i w:val="0"/>
          <w:color w:val="9A5B13"/>
          <w:sz w:val="17"/>
        </w:rPr>
        <w:t>[Office phone]</w:t>
      </w:r>
      <w:r>
        <w:rPr>
          <w:rFonts w:ascii="Calibri" w:hAnsi="Calibri"/>
          <w:b w:val="0"/>
          <w:i w:val="0"/>
          <w:color w:val="5F6B76"/>
          <w:sz w:val="17"/>
        </w:rPr>
        <w:t xml:space="preserve">   ·   </w:t>
      </w:r>
      <w:r>
        <w:rPr>
          <w:rFonts w:ascii="Calibri" w:hAnsi="Calibri"/>
          <w:b w:val="0"/>
          <w:i w:val="0"/>
          <w:color w:val="9A5B13"/>
          <w:sz w:val="17"/>
        </w:rPr>
        <w:t>[Office contact email]</w:t>
      </w:r>
    </w:p>
    <w:p>
      <w:pPr>
        <w:spacing w:before="0" w:after="0" w:line="40" w:lineRule="exact"/>
        <w:pBdr>
          <w:bottom w:val="single" w:sz="4" w:space="1" w:color="C9D2C9"/>
        </w:pBdr>
      </w:pPr>
    </w:p>
    <w:p>
      <w:pPr>
        <w:spacing w:before="40" w:after="280"/>
      </w:pPr>
      <w:r>
        <w:rPr>
          <w:rFonts w:ascii="Calibri" w:hAnsi="Calibri"/>
          <w:b w:val="0"/>
          <w:i w:val="0"/>
          <w:color w:val="9A5B13"/>
          <w:sz w:val="21"/>
        </w:rPr>
        <w:t>[Letter date]</w:t>
      </w:r>
    </w:p>
    <w:p>
      <w:pPr>
        <w:spacing w:before="240" w:after="40"/>
        <w:pBdr>
          <w:left w:val="single" w:sz="18" w:space="6" w:color="1F4D3A"/>
        </w:pBdr>
      </w:pPr>
      <w:r>
        <w:rPr>
          <w:rFonts w:ascii="Georgia" w:hAnsi="Georgia"/>
          <w:b/>
          <w:i w:val="0"/>
          <w:color w:val="1F4D3A"/>
          <w:sz w:val="26"/>
          <w:spacing w:val="30"/>
        </w:rPr>
        <w:t>ABSENCE NOTIFICATION</w:t>
      </w:r>
    </w:p>
    <w:p>
      <w:pPr>
        <w:spacing w:before="0" w:after="240"/>
      </w:pPr>
      <w:r>
        <w:rPr>
          <w:rFonts w:ascii="Calibri" w:hAnsi="Calibri"/>
          <w:b w:val="0"/>
          <w:i/>
          <w:color w:val="5F6B76"/>
          <w:sz w:val="19"/>
        </w:rPr>
        <w:t xml:space="preserve">Attendance review for </w:t>
      </w:r>
      <w:fldSimple w:instr=" MERGEFIELD &quot;Student Name&quot; \* MERGEFORMAT ">
        <w:r>
          <w:rPr>
            <w:rFonts w:ascii="Calibri" w:hAnsi="Calibri"/>
            <w:b w:val="0"/>
            <w:i/>
            <w:color w:val="5F6B76"/>
            <w:sz w:val="19"/>
          </w:rPr>
          <w:t>«Student Name»</w:t>
        </w:r>
      </w:fldSimple>
      <w:r>
        <w:rPr>
          <w:rFonts w:ascii="Calibri" w:hAnsi="Calibri"/>
          <w:b w:val="0"/>
          <w:i/>
          <w:color w:val="5F6B76"/>
          <w:sz w:val="19"/>
        </w:rPr>
        <w:t xml:space="preserve">, </w:t>
      </w:r>
      <w:fldSimple w:instr=" MERGEFIELD &quot;Grade Level&quot; \* MERGEFORMAT ">
        <w:r>
          <w:rPr>
            <w:rFonts w:ascii="Calibri" w:hAnsi="Calibri"/>
            <w:b w:val="0"/>
            <w:i/>
            <w:color w:val="5F6B76"/>
            <w:sz w:val="19"/>
          </w:rPr>
          <w:t>«Grade Level»</w:t>
        </w:r>
      </w:fldSimple>
    </w:p>
    <w:p>
      <w:pPr>
        <w:spacing w:before="0" w:after="140" w:line="276" w:lineRule="auto"/>
      </w:pPr>
      <w:r>
        <w:rPr>
          <w:rFonts w:ascii="Calibri" w:hAnsi="Calibri"/>
          <w:b w:val="0"/>
          <w:i w:val="0"/>
          <w:color w:val="333B44"/>
          <w:sz w:val="21"/>
        </w:rPr>
        <w:t xml:space="preserve">Dear </w:t>
      </w:r>
      <w:fldSimple w:instr=" MERGEFIELD &quot;Parent Name&quot; \* MERGEFORMAT ">
        <w:r>
          <w:rPr>
            <w:rFonts w:ascii="Calibri" w:hAnsi="Calibri"/>
            <w:b w:val="0"/>
            <w:i w:val="0"/>
            <w:color w:val="333B44"/>
            <w:sz w:val="21"/>
          </w:rPr>
          <w:t>«Parent Name»</w:t>
        </w:r>
      </w:fldSimple>
      <w:r>
        <w:rPr>
          <w:rFonts w:ascii="Calibri" w:hAnsi="Calibri"/>
          <w:b w:val="0"/>
          <w:i w:val="0"/>
          <w:color w:val="333B44"/>
          <w:sz w:val="21"/>
        </w:rPr>
        <w:t>,</w:t>
      </w:r>
    </w:p>
    <w:p>
      <w:pPr>
        <w:spacing w:before="0" w:after="140" w:line="276" w:lineRule="auto"/>
      </w:pPr>
      <w:r>
        <w:rPr>
          <w:rFonts w:ascii="Calibri" w:hAnsi="Calibri"/>
          <w:b w:val="0"/>
          <w:i w:val="0"/>
          <w:color w:val="333B44"/>
          <w:sz w:val="21"/>
        </w:rPr>
        <w:t xml:space="preserve">We are writing to share the attendance record for </w:t>
      </w:r>
      <w:fldSimple w:instr=" MERGEFIELD &quot;Student Name&quot; \* MERGEFORMAT ">
        <w:r>
          <w:rPr>
            <w:rFonts w:ascii="Calibri" w:hAnsi="Calibri"/>
            <w:b w:val="0"/>
            <w:i w:val="0"/>
            <w:color w:val="333B44"/>
            <w:sz w:val="21"/>
          </w:rPr>
          <w:t>«Student Name»</w:t>
        </w:r>
      </w:fldSimple>
      <w:r>
        <w:rPr>
          <w:rFonts w:ascii="Calibri" w:hAnsi="Calibri"/>
          <w:b w:val="0"/>
          <w:i w:val="0"/>
          <w:color w:val="333B44"/>
          <w:sz w:val="21"/>
        </w:rPr>
        <w:t xml:space="preserve"> covering </w:t>
      </w:r>
      <w:fldSimple w:instr=" MERGEFIELD &quot;Attendance Period&quot; \* MERGEFORMAT ">
        <w:r>
          <w:rPr>
            <w:rFonts w:ascii="Calibri" w:hAnsi="Calibri"/>
            <w:b w:val="0"/>
            <w:i w:val="0"/>
            <w:color w:val="333B44"/>
            <w:sz w:val="21"/>
          </w:rPr>
          <w:t>«Attendance Period»</w:t>
        </w:r>
      </w:fldSimple>
      <w:r>
        <w:rPr>
          <w:rFonts w:ascii="Calibri" w:hAnsi="Calibri"/>
          <w:b w:val="0"/>
          <w:i w:val="0"/>
          <w:color w:val="333B44"/>
          <w:sz w:val="21"/>
        </w:rPr>
        <w:t xml:space="preserve">. Our records show </w:t>
      </w:r>
      <w:fldSimple w:instr=" MERGEFIELD &quot;Absence Count&quot; \* MERGEFORMAT ">
        <w:r>
          <w:rPr>
            <w:rFonts w:ascii="Calibri" w:hAnsi="Calibri"/>
            <w:b w:val="0"/>
            <w:i w:val="0"/>
            <w:color w:val="333B44"/>
            <w:sz w:val="21"/>
          </w:rPr>
          <w:t>«Absence Count»</w:t>
        </w:r>
      </w:fldSimple>
      <w:r>
        <w:rPr>
          <w:rFonts w:ascii="Calibri" w:hAnsi="Calibri"/>
          <w:b w:val="0"/>
          <w:i w:val="0"/>
          <w:color w:val="333B44"/>
          <w:sz w:val="21"/>
        </w:rPr>
        <w:t xml:space="preserve"> recorded absences in this period.</w:t>
      </w:r>
    </w:p>
    <w:p>
      <w:pPr>
        <w:spacing w:before="0" w:after="140" w:line="276" w:lineRule="auto"/>
      </w:pPr>
      <w:r>
        <w:rPr>
          <w:rFonts w:ascii="Calibri" w:hAnsi="Calibri"/>
          <w:b w:val="0"/>
          <w:i w:val="0"/>
          <w:color w:val="333B44"/>
          <w:sz w:val="21"/>
        </w:rPr>
        <w:t>Steady attendance matters more than any single lesson: classwork builds day on day, and friendships do too. We also know that family circumstances differ, and this letter is an offer of support, not a judgment.</w:t>
      </w:r>
    </w:p>
    <w:p>
      <w:pPr>
        <w:spacing w:before="200" w:after="80"/>
      </w:pPr>
      <w:r>
        <w:rPr>
          <w:rFonts w:ascii="Calibri" w:hAnsi="Calibri"/>
          <w:b/>
          <w:i w:val="0"/>
          <w:color w:val="1F4D3A"/>
          <w:sz w:val="18"/>
          <w:spacing w:val="24"/>
        </w:rPr>
        <w:t>ATTENDANCE SUMMARY</w:t>
      </w: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single" w:sz="4" w:space="0" w:color="C9D2C9"/>
          <w:left w:val="single" w:sz="4" w:space="0" w:color="C9D2C9"/>
          <w:bottom w:val="single" w:sz="4" w:space="0" w:color="C9D2C9"/>
          <w:right w:val="single" w:sz="4" w:space="0" w:color="C9D2C9"/>
          <w:insideH w:val="single" w:sz="4" w:space="0" w:color="C9D2C9"/>
          <w:insideV w:val="single" w:sz="4" w:space="0" w:color="C9D2C9"/>
        </w:tblBorders>
        <w:tblCellMar>
          <w:top w:w="70" w:type="dxa"/>
          <w:bottom w:w="70" w:type="dxa"/>
          <w:left w:w="130" w:type="dxa"/>
          <w:right w:w="130" w:type="dxa"/>
        </w:tblCellMar>
      </w:tblPr>
      <w:tblGrid>
        <w:gridCol w:w="4896"/>
        <w:gridCol w:w="4896"/>
      </w:tblGrid>
      <w:tr>
        <w:tc>
          <w:tcPr>
            <w:tcW w:type="dxa" w:w="4896"/>
            <w:tcW w:w="3384" w:type="dxa"/>
            <w:shd w:val="clear" w:fill="F3EFE4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45594E"/>
                <w:sz w:val="19"/>
              </w:rPr>
              <w:t>Student</w:t>
            </w:r>
          </w:p>
        </w:tc>
        <w:tc>
          <w:tcPr>
            <w:tcW w:type="dxa" w:w="4896"/>
            <w:tcW w:w="6668" w:type="dxa"/>
          </w:tcPr>
          <w:p>
            <w:pPr>
              <w:spacing w:after="0"/>
            </w:pPr>
            <w:fldSimple w:instr=" MERGEFIELD &quot;Student Name&quot; \* MERGEFORMAT ">
              <w:r>
                <w:rPr>
                  <w:rFonts w:ascii="Calibri" w:hAnsi="Calibri"/>
                  <w:b w:val="0"/>
                  <w:i w:val="0"/>
                  <w:color w:val="333B44"/>
                  <w:sz w:val="21"/>
                </w:rPr>
                <w:t>«Student Name»</w:t>
              </w:r>
            </w:fldSimple>
          </w:p>
        </w:tc>
      </w:tr>
      <w:tr>
        <w:tc>
          <w:tcPr>
            <w:tcW w:type="dxa" w:w="4896"/>
            <w:tcW w:w="3384" w:type="dxa"/>
            <w:shd w:val="clear" w:fill="F3EFE4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45594E"/>
                <w:sz w:val="19"/>
              </w:rPr>
              <w:t>Grade level</w:t>
            </w:r>
          </w:p>
        </w:tc>
        <w:tc>
          <w:tcPr>
            <w:tcW w:type="dxa" w:w="4896"/>
            <w:tcW w:w="6668" w:type="dxa"/>
          </w:tcPr>
          <w:p>
            <w:pPr>
              <w:spacing w:after="0"/>
            </w:pPr>
            <w:fldSimple w:instr=" MERGEFIELD &quot;Grade Level&quot; \* MERGEFORMAT ">
              <w:r>
                <w:rPr>
                  <w:rFonts w:ascii="Calibri" w:hAnsi="Calibri"/>
                  <w:b w:val="0"/>
                  <w:i w:val="0"/>
                  <w:color w:val="333B44"/>
                  <w:sz w:val="21"/>
                </w:rPr>
                <w:t>«Grade Level»</w:t>
              </w:r>
            </w:fldSimple>
          </w:p>
        </w:tc>
      </w:tr>
      <w:tr>
        <w:tc>
          <w:tcPr>
            <w:tcW w:type="dxa" w:w="4896"/>
            <w:tcW w:w="3384" w:type="dxa"/>
            <w:shd w:val="clear" w:fill="F3EFE4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45594E"/>
                <w:sz w:val="19"/>
              </w:rPr>
              <w:t>Period reviewed</w:t>
            </w:r>
          </w:p>
        </w:tc>
        <w:tc>
          <w:tcPr>
            <w:tcW w:type="dxa" w:w="4896"/>
            <w:tcW w:w="6668" w:type="dxa"/>
          </w:tcPr>
          <w:p>
            <w:pPr>
              <w:spacing w:after="0"/>
            </w:pPr>
            <w:fldSimple w:instr=" MERGEFIELD &quot;Attendance Period&quot; \* MERGEFORMAT ">
              <w:r>
                <w:rPr>
                  <w:rFonts w:ascii="Calibri" w:hAnsi="Calibri"/>
                  <w:b w:val="0"/>
                  <w:i w:val="0"/>
                  <w:color w:val="333B44"/>
                  <w:sz w:val="21"/>
                </w:rPr>
                <w:t>«Attendance Period»</w:t>
              </w:r>
            </w:fldSimple>
          </w:p>
        </w:tc>
      </w:tr>
      <w:tr>
        <w:tc>
          <w:tcPr>
            <w:tcW w:type="dxa" w:w="4896"/>
            <w:tcW w:w="3384" w:type="dxa"/>
            <w:shd w:val="clear" w:fill="E2EBE4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1F4D3A"/>
                <w:sz w:val="19"/>
              </w:rPr>
              <w:t>Recorded absences</w:t>
            </w:r>
          </w:p>
        </w:tc>
        <w:tc>
          <w:tcPr>
            <w:tcW w:type="dxa" w:w="4896"/>
            <w:tcW w:w="6668" w:type="dxa"/>
            <w:shd w:val="clear" w:fill="E2EBE4"/>
          </w:tcPr>
          <w:p>
            <w:pPr>
              <w:spacing w:after="0"/>
            </w:pPr>
            <w:fldSimple w:instr=" MERGEFIELD &quot;Absence Count&quot; \* MERGEFORMAT ">
              <w:r>
                <w:rPr>
                  <w:rFonts w:ascii="Calibri" w:hAnsi="Calibri"/>
                  <w:b/>
                  <w:i w:val="0"/>
                  <w:color w:val="333B44"/>
                  <w:sz w:val="21"/>
                </w:rPr>
                <w:t>«Absence Count»</w:t>
              </w:r>
            </w:fldSimple>
          </w:p>
        </w:tc>
      </w:tr>
    </w:tbl>
    <w:p>
      <w:pPr>
        <w:spacing w:before="0" w:after="40"/>
      </w:pP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single" w:sz="4" w:space="0" w:color="C9D2C9"/>
          <w:left w:val="single" w:sz="4" w:space="0" w:color="C9D2C9"/>
          <w:bottom w:val="single" w:sz="4" w:space="0" w:color="C9D2C9"/>
          <w:right w:val="single" w:sz="4" w:space="0" w:color="C9D2C9"/>
          <w:insideH w:val="single" w:sz="4" w:space="0" w:color="C9D2C9"/>
          <w:insideV w:val="single" w:sz="4" w:space="0" w:color="C9D2C9"/>
        </w:tblBorders>
        <w:tblCellMar>
          <w:top w:w="70" w:type="dxa"/>
          <w:bottom w:w="70" w:type="dxa"/>
          <w:left w:w="130" w:type="dxa"/>
          <w:right w:w="130" w:type="dxa"/>
        </w:tblCellMar>
      </w:tblPr>
      <w:tblGrid>
        <w:gridCol w:w="9792"/>
      </w:tblGrid>
      <w:tr>
        <w:tc>
          <w:tcPr>
            <w:tcW w:type="dxa" w:w="9792"/>
            <w:tcW w:w="10052" w:type="dxa"/>
            <w:shd w:val="clear" w:fill="F3EFE4"/>
          </w:tcPr>
          <w:p>
            <w:pPr>
              <w:spacing w:after="40"/>
            </w:pPr>
            <w:r>
              <w:rPr>
                <w:rFonts w:ascii="Calibri" w:hAnsi="Calibri"/>
                <w:b/>
                <w:i w:val="0"/>
                <w:color w:val="1F4D3A"/>
                <w:sz w:val="19"/>
              </w:rPr>
              <w:t>We would like to talk it through.</w:t>
            </w:r>
          </w:p>
          <w:p>
            <w:pPr>
              <w:spacing w:after="0" w:line="276" w:lineRule="auto"/>
            </w:pPr>
            <w:r>
              <w:rPr>
                <w:rFonts w:ascii="Calibri" w:hAnsi="Calibri"/>
                <w:b w:val="0"/>
                <w:i w:val="0"/>
                <w:color w:val="333B44"/>
                <w:sz w:val="20"/>
              </w:rPr>
              <w:t xml:space="preserve">Time is reserved for you on </w:t>
            </w:r>
            <w:fldSimple w:instr=" MERGEFIELD &quot;Meeting Date&quot; \* MERGEFORMAT ">
              <w:r>
                <w:rPr>
                  <w:rFonts w:ascii="Calibri" w:hAnsi="Calibri"/>
                  <w:b w:val="0"/>
                  <w:i w:val="0"/>
                  <w:color w:val="333B44"/>
                  <w:sz w:val="20"/>
                </w:rPr>
                <w:t>«Meeting Date»</w:t>
              </w:r>
            </w:fldSimple>
            <w:r>
              <w:rPr>
                <w:rFonts w:ascii="Calibri" w:hAnsi="Calibri"/>
                <w:b w:val="0"/>
                <w:i w:val="0"/>
                <w:color w:val="333B44"/>
                <w:sz w:val="20"/>
              </w:rPr>
              <w:t xml:space="preserve"> at </w:t>
            </w:r>
            <w:fldSimple w:instr=" MERGEFIELD &quot;Meeting Time&quot; \* MERGEFORMAT ">
              <w:r>
                <w:rPr>
                  <w:rFonts w:ascii="Calibri" w:hAnsi="Calibri"/>
                  <w:b w:val="0"/>
                  <w:i w:val="0"/>
                  <w:color w:val="333B44"/>
                  <w:sz w:val="20"/>
                </w:rPr>
                <w:t>«Meeting Time»</w:t>
              </w:r>
            </w:fldSimple>
            <w:r>
              <w:rPr>
                <w:rFonts w:ascii="Calibri" w:hAnsi="Calibri"/>
                <w:b w:val="0"/>
                <w:i w:val="0"/>
                <w:color w:val="333B44"/>
                <w:sz w:val="20"/>
              </w:rPr>
              <w:t xml:space="preserve"> to discuss how we can support </w:t>
            </w:r>
            <w:fldSimple w:instr=" MERGEFIELD &quot;Student Name&quot; \* MERGEFORMAT ">
              <w:r>
                <w:rPr>
                  <w:rFonts w:ascii="Calibri" w:hAnsi="Calibri"/>
                  <w:b w:val="0"/>
                  <w:i w:val="0"/>
                  <w:color w:val="333B44"/>
                  <w:sz w:val="20"/>
                </w:rPr>
                <w:t>«Student Name»</w:t>
              </w:r>
            </w:fldSimple>
            <w:r>
              <w:rPr>
                <w:rFonts w:ascii="Calibri" w:hAnsi="Calibri"/>
                <w:b w:val="0"/>
                <w:i w:val="0"/>
                <w:color w:val="333B44"/>
                <w:sz w:val="20"/>
              </w:rPr>
              <w:t xml:space="preserve"> together. If that time does not suit your family, contact us at </w:t>
            </w:r>
            <w:r>
              <w:rPr>
                <w:rFonts w:ascii="Calibri" w:hAnsi="Calibri"/>
                <w:b w:val="0"/>
                <w:i w:val="0"/>
                <w:color w:val="9A5B13"/>
                <w:sz w:val="20"/>
              </w:rPr>
              <w:t>[Office contact email]</w:t>
            </w:r>
            <w:r>
              <w:rPr>
                <w:rFonts w:ascii="Calibri" w:hAnsi="Calibri"/>
                <w:b w:val="0"/>
                <w:i w:val="0"/>
                <w:color w:val="333B44"/>
                <w:sz w:val="20"/>
              </w:rPr>
              <w:t xml:space="preserve"> or </w:t>
            </w:r>
            <w:r>
              <w:rPr>
                <w:rFonts w:ascii="Calibri" w:hAnsi="Calibri"/>
                <w:b w:val="0"/>
                <w:i w:val="0"/>
                <w:color w:val="9A5B13"/>
                <w:sz w:val="20"/>
              </w:rPr>
              <w:t>[Office phone]</w:t>
            </w:r>
            <w:r>
              <w:rPr>
                <w:rFonts w:ascii="Calibri" w:hAnsi="Calibri"/>
                <w:b w:val="0"/>
                <w:i w:val="0"/>
                <w:color w:val="333B44"/>
                <w:sz w:val="20"/>
              </w:rPr>
              <w:t xml:space="preserve"> and we will happily find another.</w:t>
            </w:r>
          </w:p>
        </w:tc>
      </w:tr>
    </w:tbl>
    <w:p>
      <w:pPr>
        <w:spacing w:before="0" w:after="40"/>
      </w:pPr>
    </w:p>
    <w:p>
      <w:pPr>
        <w:spacing w:before="0" w:after="140" w:line="276" w:lineRule="auto"/>
      </w:pPr>
      <w:r>
        <w:rPr>
          <w:rFonts w:ascii="Calibri" w:hAnsi="Calibri"/>
          <w:b w:val="0"/>
          <w:i w:val="0"/>
          <w:color w:val="333B44"/>
          <w:sz w:val="21"/>
        </w:rPr>
        <w:t xml:space="preserve">If our records differ from yours, or if there is anything you would like us to know beforehand, please reach out. Thank you for being our partner in </w:t>
      </w:r>
      <w:fldSimple w:instr=" MERGEFIELD &quot;Student Name&quot; \* MERGEFORMAT ">
        <w:r>
          <w:rPr>
            <w:rFonts w:ascii="Calibri" w:hAnsi="Calibri"/>
            <w:b w:val="0"/>
            <w:i w:val="0"/>
            <w:color w:val="333B44"/>
            <w:sz w:val="21"/>
          </w:rPr>
          <w:t>«Student Name»</w:t>
        </w:r>
      </w:fldSimple>
      <w:r>
        <w:rPr>
          <w:rFonts w:ascii="Calibri" w:hAnsi="Calibri"/>
          <w:b w:val="0"/>
          <w:i w:val="0"/>
          <w:color w:val="333B44"/>
          <w:sz w:val="21"/>
        </w:rPr>
        <w:t>'s education.</w:t>
      </w:r>
    </w:p>
    <w:p>
      <w:pPr>
        <w:spacing w:before="200" w:after="400"/>
        <w:keepNext/>
      </w:pPr>
      <w:r>
        <w:rPr>
          <w:rFonts w:ascii="Calibri" w:hAnsi="Calibri"/>
          <w:b w:val="0"/>
          <w:i w:val="0"/>
          <w:color w:val="333B44"/>
          <w:sz w:val="21"/>
        </w:rPr>
        <w:t>Sincerely,</w:t>
      </w:r>
    </w:p>
    <w:p>
      <w:pPr>
        <w:spacing w:before="0" w:after="40"/>
        <w:ind w:right="5616"/>
        <w:pBdr>
          <w:bottom w:val="single" w:sz="6" w:space="1" w:color="333B44"/>
        </w:pBdr>
        <w:keepNext/>
      </w:pPr>
    </w:p>
    <w:p>
      <w:pPr>
        <w:spacing w:before="0" w:after="0"/>
        <w:keepNext/>
      </w:pPr>
      <w:r>
        <w:rPr>
          <w:rFonts w:ascii="Calibri" w:hAnsi="Calibri"/>
          <w:b/>
          <w:i w:val="0"/>
          <w:color w:val="9A5B13"/>
          <w:sz w:val="21"/>
        </w:rPr>
        <w:t>[Principal name]</w:t>
      </w:r>
    </w:p>
    <w:p>
      <w:pPr>
        <w:spacing w:before="0" w:after="0"/>
      </w:pPr>
      <w:r>
        <w:rPr>
          <w:rFonts w:ascii="Calibri" w:hAnsi="Calibri"/>
          <w:b w:val="0"/>
          <w:i w:val="0"/>
          <w:color w:val="5F6B76"/>
          <w:sz w:val="18"/>
        </w:rPr>
        <w:t xml:space="preserve">Principal, </w:t>
      </w:r>
      <w:r>
        <w:rPr>
          <w:rFonts w:ascii="Calibri" w:hAnsi="Calibri"/>
          <w:b w:val="0"/>
          <w:i w:val="0"/>
          <w:color w:val="9A5B13"/>
          <w:sz w:val="18"/>
        </w:rPr>
        <w:t>[School name]</w:t>
      </w:r>
    </w:p>
    <w:p>
      <w:pPr>
        <w:spacing w:before="240" w:after="0"/>
        <w:jc w:val="center"/>
      </w:pPr>
      <w:r>
        <w:rPr>
          <w:rFonts w:ascii="Calibri" w:hAnsi="Calibri"/>
          <w:b w:val="0"/>
          <w:i/>
          <w:color w:val="5F6B76"/>
          <w:sz w:val="16"/>
        </w:rPr>
        <w:t>This letter is provided for general information. School attendance requirements vary by country and region; please review any formal obligations with a qualified professional.</w:t>
      </w:r>
    </w:p>
    <w:sectPr w:rsidR="00FC693F" w:rsidRPr="0006063C" w:rsidSect="00034616">
      <w:pgSz w:w="12240" w:h="15840"/>
      <w:pgMar w:top="1008" w:right="1224" w:bottom="792" w:left="122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333B44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Absence Notification Letter</dc:title>
  <dc:subject/>
  <dc:creator>MailMergic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